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F3026" w14:textId="77777777" w:rsidR="00AD4725" w:rsidRDefault="00407892">
      <w:pPr>
        <w:spacing w:after="40"/>
        <w:jc w:val="center"/>
        <w:rPr>
          <w:rFonts w:ascii="Baskerville Old Face" w:hAnsi="Baskerville Old Face"/>
          <w:b/>
          <w:color w:val="1B365D"/>
          <w:sz w:val="32"/>
        </w:rPr>
      </w:pPr>
      <w:r w:rsidRPr="001859C4">
        <w:rPr>
          <w:rFonts w:ascii="Baskerville Old Face" w:hAnsi="Baskerville Old Face"/>
          <w:b/>
          <w:color w:val="1B365D"/>
          <w:sz w:val="32"/>
        </w:rPr>
        <w:t>ANNISTON POLICE DEPARTMENT</w:t>
      </w:r>
    </w:p>
    <w:p w14:paraId="717AB781" w14:textId="67F629FF" w:rsidR="00AD4725" w:rsidRDefault="00AD4725">
      <w:pPr>
        <w:spacing w:after="40"/>
        <w:jc w:val="center"/>
        <w:rPr>
          <w:rFonts w:ascii="Baskerville Old Face" w:hAnsi="Baskerville Old Face"/>
          <w:b/>
          <w:color w:val="2F5496"/>
          <w:sz w:val="28"/>
        </w:rPr>
      </w:pPr>
      <w:r>
        <w:rPr>
          <w:rFonts w:ascii="Baskerville Old Face" w:hAnsi="Baskerville Old Face"/>
          <w:b/>
          <w:color w:val="1B365D"/>
          <w:sz w:val="32"/>
        </w:rPr>
        <w:t>POLICE OFFICER</w:t>
      </w:r>
      <w:r w:rsidR="00407892" w:rsidRPr="001859C4">
        <w:rPr>
          <w:rFonts w:ascii="Baskerville Old Face" w:hAnsi="Baskerville Old Face"/>
          <w:b/>
          <w:color w:val="1B365D"/>
          <w:sz w:val="32"/>
        </w:rPr>
        <w:br/>
      </w:r>
      <w:r w:rsidR="00407892" w:rsidRPr="001859C4">
        <w:rPr>
          <w:rFonts w:ascii="Baskerville Old Face" w:hAnsi="Baskerville Old Face"/>
          <w:b/>
          <w:color w:val="2F5496"/>
          <w:sz w:val="28"/>
        </w:rPr>
        <w:t>PRE-EMPLOYMENT BACKGROUND PACKET</w:t>
      </w:r>
    </w:p>
    <w:p w14:paraId="55A6E489" w14:textId="7B456AF1" w:rsidR="00AA3848" w:rsidRDefault="00AD4725">
      <w:pPr>
        <w:spacing w:after="40"/>
        <w:jc w:val="center"/>
      </w:pPr>
      <w:r w:rsidRPr="007D7A10">
        <w:rPr>
          <w:noProof/>
        </w:rPr>
        <w:drawing>
          <wp:inline distT="0" distB="0" distL="0" distR="0" wp14:anchorId="3CF02575" wp14:editId="63D9DC7B">
            <wp:extent cx="1428750" cy="1635672"/>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9617" cy="1636664"/>
                    </a:xfrm>
                    <a:prstGeom prst="rect">
                      <a:avLst/>
                    </a:prstGeom>
                    <a:noFill/>
                    <a:ln>
                      <a:noFill/>
                    </a:ln>
                  </pic:spPr>
                </pic:pic>
              </a:graphicData>
            </a:graphic>
          </wp:inline>
        </w:drawing>
      </w:r>
      <w:r>
        <w:rPr>
          <w:color w:val="646464"/>
        </w:rPr>
        <w:t xml:space="preserve">                         </w:t>
      </w:r>
      <w:r>
        <w:rPr>
          <w:b/>
          <w:i/>
          <w:noProof/>
        </w:rPr>
        <w:drawing>
          <wp:inline distT="0" distB="0" distL="0" distR="0" wp14:anchorId="5919CB95" wp14:editId="4DA3F236">
            <wp:extent cx="1497873" cy="157099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6153" cy="1590162"/>
                    </a:xfrm>
                    <a:prstGeom prst="rect">
                      <a:avLst/>
                    </a:prstGeom>
                    <a:noFill/>
                    <a:ln>
                      <a:noFill/>
                    </a:ln>
                  </pic:spPr>
                </pic:pic>
              </a:graphicData>
            </a:graphic>
          </wp:inline>
        </w:drawing>
      </w:r>
      <w:r w:rsidR="00407892">
        <w:rPr>
          <w:b/>
          <w:color w:val="2F5496"/>
          <w:sz w:val="28"/>
        </w:rPr>
        <w:br/>
      </w:r>
      <w:r w:rsidR="00407892">
        <w:rPr>
          <w:color w:val="646464"/>
        </w:rPr>
        <w:t>OFFICIAL APPLICANT SUBMISSION &amp; BACKGROUND INVESTIGATION FORM</w:t>
      </w:r>
    </w:p>
    <w:p w14:paraId="7E9A44AA" w14:textId="77777777" w:rsidR="00AA3848" w:rsidRDefault="00407892">
      <w:pPr>
        <w:spacing w:before="120" w:after="160"/>
      </w:pPr>
      <w:r>
        <w:rPr>
          <w:b/>
        </w:rPr>
        <w:t xml:space="preserve">Submission Requirements: </w:t>
      </w:r>
      <w:r>
        <w:rPr>
          <w:sz w:val="19"/>
        </w:rPr>
        <w:t>This packet must be completed in its entirety and submitted to either:</w:t>
      </w:r>
      <w:r>
        <w:rPr>
          <w:sz w:val="19"/>
        </w:rPr>
        <w:br/>
        <w:t>1. Training and Inspections Unit – Anniston Police Department, 174 W. 13th Street, Anniston, AL 36202</w:t>
      </w:r>
      <w:r>
        <w:rPr>
          <w:sz w:val="19"/>
        </w:rPr>
        <w:br/>
        <w:t>2. Anniston Civil Service Office – City Hall, 1129 Noble Street, Anniston, AL 36202</w:t>
      </w:r>
      <w:r>
        <w:rPr>
          <w:sz w:val="19"/>
        </w:rPr>
        <w:br/>
        <w:t xml:space="preserve">Civil Service Application Portal: </w:t>
      </w:r>
      <w:r>
        <w:rPr>
          <w:color w:val="0066CC"/>
          <w:sz w:val="19"/>
          <w:u w:val="single"/>
        </w:rPr>
        <w:t>https://www.annistonal.gov/civil-service/civil-service-app-portal/</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168"/>
        <w:gridCol w:w="6912"/>
      </w:tblGrid>
      <w:tr w:rsidR="00AA3848" w14:paraId="5F940059" w14:textId="77777777">
        <w:trPr>
          <w:jc w:val="center"/>
        </w:trPr>
        <w:tc>
          <w:tcPr>
            <w:tcW w:w="3168" w:type="dxa"/>
            <w:shd w:val="clear" w:color="auto" w:fill="1B365D"/>
            <w:tcMar>
              <w:top w:w="70" w:type="dxa"/>
              <w:left w:w="100" w:type="dxa"/>
              <w:bottom w:w="70" w:type="dxa"/>
              <w:right w:w="100" w:type="dxa"/>
            </w:tcMar>
          </w:tcPr>
          <w:p w14:paraId="7F493958" w14:textId="77777777" w:rsidR="00AA3848" w:rsidRDefault="00407892">
            <w:pPr>
              <w:spacing w:before="40" w:after="40"/>
            </w:pPr>
            <w:r>
              <w:rPr>
                <w:b/>
                <w:color w:val="FFFFFF"/>
                <w:sz w:val="19"/>
              </w:rPr>
              <w:t>Field</w:t>
            </w:r>
          </w:p>
        </w:tc>
        <w:tc>
          <w:tcPr>
            <w:tcW w:w="6912" w:type="dxa"/>
            <w:shd w:val="clear" w:color="auto" w:fill="1B365D"/>
            <w:tcMar>
              <w:top w:w="70" w:type="dxa"/>
              <w:left w:w="100" w:type="dxa"/>
              <w:bottom w:w="70" w:type="dxa"/>
              <w:right w:w="100" w:type="dxa"/>
            </w:tcMar>
          </w:tcPr>
          <w:p w14:paraId="3729F475" w14:textId="77777777" w:rsidR="00AA3848" w:rsidRDefault="00407892">
            <w:pPr>
              <w:spacing w:before="40" w:after="40"/>
            </w:pPr>
            <w:r>
              <w:rPr>
                <w:b/>
                <w:color w:val="FFFFFF"/>
                <w:sz w:val="19"/>
              </w:rPr>
              <w:t>Applicant &amp; Department Administrative Tracking</w:t>
            </w:r>
          </w:p>
        </w:tc>
      </w:tr>
      <w:tr w:rsidR="00AA3848" w14:paraId="2BB50B19" w14:textId="77777777">
        <w:trPr>
          <w:jc w:val="center"/>
        </w:trPr>
        <w:tc>
          <w:tcPr>
            <w:tcW w:w="3168" w:type="dxa"/>
            <w:shd w:val="clear" w:color="auto" w:fill="FFFFFF"/>
            <w:tcMar>
              <w:top w:w="70" w:type="dxa"/>
              <w:left w:w="100" w:type="dxa"/>
              <w:bottom w:w="70" w:type="dxa"/>
              <w:right w:w="100" w:type="dxa"/>
            </w:tcMar>
          </w:tcPr>
          <w:p w14:paraId="4BDE39FC" w14:textId="77777777" w:rsidR="00AA3848" w:rsidRDefault="00407892">
            <w:pPr>
              <w:spacing w:before="40" w:after="40"/>
            </w:pPr>
            <w:r>
              <w:rPr>
                <w:color w:val="141414"/>
                <w:sz w:val="19"/>
              </w:rPr>
              <w:t>Applicant Full Legal Name:</w:t>
            </w:r>
          </w:p>
        </w:tc>
        <w:tc>
          <w:tcPr>
            <w:tcW w:w="6912" w:type="dxa"/>
            <w:shd w:val="clear" w:color="auto" w:fill="FFFFFF"/>
            <w:tcMar>
              <w:top w:w="70" w:type="dxa"/>
              <w:left w:w="100" w:type="dxa"/>
              <w:bottom w:w="70" w:type="dxa"/>
              <w:right w:w="100" w:type="dxa"/>
            </w:tcMar>
          </w:tcPr>
          <w:p w14:paraId="276368B7" w14:textId="77777777" w:rsidR="00AA3848" w:rsidRDefault="00407892">
            <w:pPr>
              <w:spacing w:before="40" w:after="40"/>
            </w:pPr>
            <w:r>
              <w:rPr>
                <w:i/>
                <w:color w:val="6E6E6E"/>
                <w:sz w:val="19"/>
              </w:rPr>
              <w:t xml:space="preserve">[ Click / Type Full </w:t>
            </w:r>
            <w:proofErr w:type="gramStart"/>
            <w:r>
              <w:rPr>
                <w:i/>
                <w:color w:val="6E6E6E"/>
                <w:sz w:val="19"/>
              </w:rPr>
              <w:t>Name ]</w:t>
            </w:r>
            <w:proofErr w:type="gramEnd"/>
          </w:p>
        </w:tc>
      </w:tr>
      <w:tr w:rsidR="00AA3848" w14:paraId="3BAB1A7C" w14:textId="77777777">
        <w:trPr>
          <w:jc w:val="center"/>
        </w:trPr>
        <w:tc>
          <w:tcPr>
            <w:tcW w:w="3168" w:type="dxa"/>
            <w:shd w:val="clear" w:color="auto" w:fill="F9FBFD"/>
            <w:tcMar>
              <w:top w:w="70" w:type="dxa"/>
              <w:left w:w="100" w:type="dxa"/>
              <w:bottom w:w="70" w:type="dxa"/>
              <w:right w:w="100" w:type="dxa"/>
            </w:tcMar>
          </w:tcPr>
          <w:p w14:paraId="5B779705" w14:textId="77777777" w:rsidR="00AA3848" w:rsidRDefault="00407892">
            <w:pPr>
              <w:spacing w:before="40" w:after="40"/>
            </w:pPr>
            <w:r>
              <w:rPr>
                <w:color w:val="141414"/>
                <w:sz w:val="19"/>
              </w:rPr>
              <w:t>Date Packet Received:</w:t>
            </w:r>
          </w:p>
        </w:tc>
        <w:tc>
          <w:tcPr>
            <w:tcW w:w="6912" w:type="dxa"/>
            <w:shd w:val="clear" w:color="auto" w:fill="F9FBFD"/>
            <w:tcMar>
              <w:top w:w="70" w:type="dxa"/>
              <w:left w:w="100" w:type="dxa"/>
              <w:bottom w:w="70" w:type="dxa"/>
              <w:right w:w="100" w:type="dxa"/>
            </w:tcMar>
          </w:tcPr>
          <w:p w14:paraId="15E98BF6" w14:textId="77777777" w:rsidR="00AA3848" w:rsidRDefault="00407892">
            <w:pPr>
              <w:spacing w:before="40" w:after="40"/>
            </w:pPr>
            <w:r>
              <w:rPr>
                <w:i/>
                <w:color w:val="6E6E6E"/>
                <w:sz w:val="19"/>
              </w:rPr>
              <w:t xml:space="preserve">[ Enter Date </w:t>
            </w:r>
            <w:proofErr w:type="gramStart"/>
            <w:r>
              <w:rPr>
                <w:i/>
                <w:color w:val="6E6E6E"/>
                <w:sz w:val="19"/>
              </w:rPr>
              <w:t>Received ]</w:t>
            </w:r>
            <w:proofErr w:type="gramEnd"/>
          </w:p>
        </w:tc>
      </w:tr>
      <w:tr w:rsidR="00AA3848" w14:paraId="2841C79D" w14:textId="77777777">
        <w:trPr>
          <w:jc w:val="center"/>
        </w:trPr>
        <w:tc>
          <w:tcPr>
            <w:tcW w:w="3168" w:type="dxa"/>
            <w:shd w:val="clear" w:color="auto" w:fill="FFFFFF"/>
            <w:tcMar>
              <w:top w:w="70" w:type="dxa"/>
              <w:left w:w="100" w:type="dxa"/>
              <w:bottom w:w="70" w:type="dxa"/>
              <w:right w:w="100" w:type="dxa"/>
            </w:tcMar>
          </w:tcPr>
          <w:p w14:paraId="2E23D0C7" w14:textId="77777777" w:rsidR="00AA3848" w:rsidRDefault="00407892">
            <w:pPr>
              <w:spacing w:before="40" w:after="40"/>
            </w:pPr>
            <w:r>
              <w:rPr>
                <w:color w:val="141414"/>
                <w:sz w:val="19"/>
              </w:rPr>
              <w:t>APD Receiving Officer / Initial:</w:t>
            </w:r>
          </w:p>
        </w:tc>
        <w:tc>
          <w:tcPr>
            <w:tcW w:w="6912" w:type="dxa"/>
            <w:shd w:val="clear" w:color="auto" w:fill="FFFFFF"/>
            <w:tcMar>
              <w:top w:w="70" w:type="dxa"/>
              <w:left w:w="100" w:type="dxa"/>
              <w:bottom w:w="70" w:type="dxa"/>
              <w:right w:w="100" w:type="dxa"/>
            </w:tcMar>
          </w:tcPr>
          <w:p w14:paraId="2F0D31F1" w14:textId="77777777" w:rsidR="00AA3848" w:rsidRDefault="00407892">
            <w:pPr>
              <w:spacing w:before="40" w:after="40"/>
            </w:pPr>
            <w:r>
              <w:rPr>
                <w:i/>
                <w:color w:val="6E6E6E"/>
                <w:sz w:val="19"/>
              </w:rPr>
              <w:t xml:space="preserve">[ APD Official Use </w:t>
            </w:r>
            <w:proofErr w:type="gramStart"/>
            <w:r>
              <w:rPr>
                <w:i/>
                <w:color w:val="6E6E6E"/>
                <w:sz w:val="19"/>
              </w:rPr>
              <w:t>Only ]</w:t>
            </w:r>
            <w:proofErr w:type="gramEnd"/>
          </w:p>
        </w:tc>
      </w:tr>
    </w:tbl>
    <w:p w14:paraId="7E939C6F" w14:textId="77777777" w:rsidR="00AA3848" w:rsidRDefault="00AA3848">
      <w:pPr>
        <w:spacing w:after="120"/>
      </w:pPr>
    </w:p>
    <w:tbl>
      <w:tblPr>
        <w:tblW w:w="0" w:type="auto"/>
        <w:jc w:val="center"/>
        <w:tblLayout w:type="fixed"/>
        <w:tblLook w:val="04A0" w:firstRow="1" w:lastRow="0" w:firstColumn="1" w:lastColumn="0" w:noHBand="0" w:noVBand="1"/>
      </w:tblPr>
      <w:tblGrid>
        <w:gridCol w:w="10080"/>
      </w:tblGrid>
      <w:tr w:rsidR="00AA3848" w14:paraId="47DE8194" w14:textId="77777777">
        <w:trPr>
          <w:jc w:val="center"/>
        </w:trPr>
        <w:tc>
          <w:tcPr>
            <w:tcW w:w="10080" w:type="dxa"/>
            <w:tcBorders>
              <w:top w:val="single" w:sz="4" w:space="0" w:color="856404"/>
              <w:left w:val="single" w:sz="24" w:space="0" w:color="856404"/>
              <w:bottom w:val="single" w:sz="4" w:space="0" w:color="856404"/>
              <w:right w:val="single" w:sz="4" w:space="0" w:color="856404"/>
            </w:tcBorders>
            <w:shd w:val="clear" w:color="auto" w:fill="FFF3CD"/>
            <w:tcMar>
              <w:top w:w="120" w:type="dxa"/>
              <w:left w:w="180" w:type="dxa"/>
              <w:bottom w:w="120" w:type="dxa"/>
              <w:right w:w="180" w:type="dxa"/>
            </w:tcMar>
          </w:tcPr>
          <w:p w14:paraId="7FE55CAF" w14:textId="77777777" w:rsidR="00AA3848" w:rsidRDefault="00407892">
            <w:pPr>
              <w:spacing w:before="40" w:after="80"/>
            </w:pPr>
            <w:r>
              <w:rPr>
                <w:b/>
                <w:color w:val="856404"/>
                <w:sz w:val="22"/>
              </w:rPr>
              <w:t>⚠️ APPLICANT INSTRUCTIONS: EMAIL &amp; ONLINE FILLABLE FORM</w:t>
            </w:r>
            <w:r>
              <w:rPr>
                <w:b/>
                <w:color w:val="856404"/>
                <w:sz w:val="22"/>
              </w:rPr>
              <w:br/>
            </w:r>
            <w:r>
              <w:t xml:space="preserve">• Electronic Completion: This document is formatted with fillable text boxes [ Click / Type </w:t>
            </w:r>
            <w:proofErr w:type="gramStart"/>
            <w:r>
              <w:t>Here ]</w:t>
            </w:r>
            <w:proofErr w:type="gramEnd"/>
            <w:r>
              <w:t xml:space="preserve"> and check options so you can complete Sections 1 through 17 directly in Microsoft Word on your computer before returning.</w:t>
            </w:r>
          </w:p>
          <w:p w14:paraId="1D21AA46" w14:textId="77777777" w:rsidR="00AA3848" w:rsidRDefault="00407892">
            <w:pPr>
              <w:spacing w:before="40" w:after="40"/>
            </w:pPr>
            <w:r>
              <w:t>• NOTARY &amp; WET-INK SIGNATURE REQUIREMENT: Federal and State law enforcement standards require physical wet-ink signatures for notary authorizations. The following TWO (2) PAGES MUST BE PRINTED OUT, SIGNED IN PHYSICAL WET INK BEFORE A NOTARY PUBLIC, AND NOTARIZED:</w:t>
            </w:r>
          </w:p>
          <w:p w14:paraId="2F8E0D48" w14:textId="77777777" w:rsidR="00AA3848" w:rsidRDefault="00407892">
            <w:pPr>
              <w:spacing w:before="40" w:after="40"/>
            </w:pPr>
            <w:r>
              <w:t xml:space="preserve">    1. Page 4: AUTHORITY FOR RELEASE OF INFORMATION (Standalone Page)</w:t>
            </w:r>
          </w:p>
          <w:p w14:paraId="77A0526D" w14:textId="77777777" w:rsidR="00AA3848" w:rsidRDefault="00407892">
            <w:pPr>
              <w:spacing w:before="40" w:after="40"/>
            </w:pPr>
            <w:r>
              <w:t xml:space="preserve">    2. Section 18 (Final Page): PRE-EMPLOYMENT APPLICATION VERIFICATION &amp; NOTARY AFFIRMATION</w:t>
            </w:r>
          </w:p>
          <w:p w14:paraId="5C87268B" w14:textId="77777777" w:rsidR="00AA3848" w:rsidRDefault="00407892">
            <w:pPr>
              <w:spacing w:before="40" w:after="40"/>
            </w:pPr>
            <w:r>
              <w:t>• Submission Options: You may email the completed fillable Word file to your background investigator, along with scanned PDF copies or original physical copies of the two signed/notarized pages and required checklist documents.</w:t>
            </w:r>
          </w:p>
        </w:tc>
      </w:tr>
    </w:tbl>
    <w:p w14:paraId="3E1DF7DD" w14:textId="77777777" w:rsidR="00AA3848" w:rsidRDefault="00AA3848">
      <w:pPr>
        <w:spacing w:after="120"/>
      </w:pPr>
    </w:p>
    <w:p w14:paraId="21C32C92" w14:textId="77777777" w:rsidR="001859C4" w:rsidRDefault="001859C4">
      <w:pPr>
        <w:keepNext/>
        <w:spacing w:before="280" w:after="120"/>
        <w:rPr>
          <w:b/>
          <w:color w:val="1B365D"/>
          <w:sz w:val="26"/>
        </w:rPr>
      </w:pPr>
    </w:p>
    <w:p w14:paraId="42E2FAE5" w14:textId="77777777" w:rsidR="00E377E9" w:rsidRDefault="00E377E9" w:rsidP="00E377E9">
      <w:pPr>
        <w:rPr>
          <w:b/>
          <w:color w:val="1B365D"/>
          <w:sz w:val="26"/>
        </w:rPr>
      </w:pPr>
      <w:r>
        <w:rPr>
          <w:b/>
          <w:color w:val="1B365D"/>
          <w:sz w:val="26"/>
        </w:rPr>
        <w:br w:type="page"/>
      </w:r>
    </w:p>
    <w:p w14:paraId="1EBA9EBF" w14:textId="68A2A6B9" w:rsidR="00AA3848" w:rsidRPr="00E377E9" w:rsidRDefault="00407892" w:rsidP="00E377E9">
      <w:pPr>
        <w:rPr>
          <w:b/>
          <w:color w:val="1B365D"/>
          <w:sz w:val="26"/>
        </w:rPr>
      </w:pPr>
      <w:r>
        <w:rPr>
          <w:b/>
          <w:color w:val="1B365D"/>
          <w:sz w:val="26"/>
        </w:rPr>
        <w:lastRenderedPageBreak/>
        <w:t>REQUIRED DOCUMENTS CHECKLIST</w:t>
      </w:r>
    </w:p>
    <w:p w14:paraId="7868C778" w14:textId="77777777" w:rsidR="00AA3848" w:rsidRDefault="00407892">
      <w:pPr>
        <w:spacing w:after="120"/>
      </w:pPr>
      <w:r>
        <w:t>Some of the following documents may not be applicable to you, but any that are MUST be submitted with this background packet.</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864"/>
        <w:gridCol w:w="3168"/>
        <w:gridCol w:w="6048"/>
      </w:tblGrid>
      <w:tr w:rsidR="00AA3848" w14:paraId="4D1E9CF8" w14:textId="77777777">
        <w:trPr>
          <w:jc w:val="center"/>
        </w:trPr>
        <w:tc>
          <w:tcPr>
            <w:tcW w:w="864" w:type="dxa"/>
            <w:shd w:val="clear" w:color="auto" w:fill="1B365D"/>
            <w:tcMar>
              <w:top w:w="70" w:type="dxa"/>
              <w:left w:w="100" w:type="dxa"/>
              <w:bottom w:w="70" w:type="dxa"/>
              <w:right w:w="100" w:type="dxa"/>
            </w:tcMar>
          </w:tcPr>
          <w:p w14:paraId="66B94EBD" w14:textId="77777777" w:rsidR="00AA3848" w:rsidRDefault="00407892">
            <w:pPr>
              <w:spacing w:before="40" w:after="40"/>
            </w:pPr>
            <w:r>
              <w:rPr>
                <w:b/>
                <w:color w:val="FFFFFF"/>
                <w:sz w:val="19"/>
              </w:rPr>
              <w:t>Check</w:t>
            </w:r>
          </w:p>
        </w:tc>
        <w:tc>
          <w:tcPr>
            <w:tcW w:w="3168" w:type="dxa"/>
            <w:shd w:val="clear" w:color="auto" w:fill="1B365D"/>
            <w:tcMar>
              <w:top w:w="70" w:type="dxa"/>
              <w:left w:w="100" w:type="dxa"/>
              <w:bottom w:w="70" w:type="dxa"/>
              <w:right w:w="100" w:type="dxa"/>
            </w:tcMar>
          </w:tcPr>
          <w:p w14:paraId="6E0E8425" w14:textId="77777777" w:rsidR="00AA3848" w:rsidRDefault="00407892">
            <w:pPr>
              <w:spacing w:before="40" w:after="40"/>
            </w:pPr>
            <w:r>
              <w:rPr>
                <w:b/>
                <w:color w:val="FFFFFF"/>
                <w:sz w:val="19"/>
              </w:rPr>
              <w:t>Document Type</w:t>
            </w:r>
          </w:p>
        </w:tc>
        <w:tc>
          <w:tcPr>
            <w:tcW w:w="6048" w:type="dxa"/>
            <w:shd w:val="clear" w:color="auto" w:fill="1B365D"/>
            <w:tcMar>
              <w:top w:w="70" w:type="dxa"/>
              <w:left w:w="100" w:type="dxa"/>
              <w:bottom w:w="70" w:type="dxa"/>
              <w:right w:w="100" w:type="dxa"/>
            </w:tcMar>
          </w:tcPr>
          <w:p w14:paraId="3DF07754" w14:textId="77777777" w:rsidR="00AA3848" w:rsidRDefault="00407892">
            <w:pPr>
              <w:spacing w:before="40" w:after="40"/>
            </w:pPr>
            <w:r>
              <w:rPr>
                <w:b/>
                <w:color w:val="FFFFFF"/>
                <w:sz w:val="19"/>
              </w:rPr>
              <w:t>Instructions &amp; Requirements</w:t>
            </w:r>
          </w:p>
        </w:tc>
      </w:tr>
      <w:tr w:rsidR="00AA3848" w14:paraId="158E4A26" w14:textId="77777777">
        <w:trPr>
          <w:jc w:val="center"/>
        </w:trPr>
        <w:tc>
          <w:tcPr>
            <w:tcW w:w="864" w:type="dxa"/>
            <w:shd w:val="clear" w:color="auto" w:fill="FFFFFF"/>
            <w:tcMar>
              <w:top w:w="70" w:type="dxa"/>
              <w:left w:w="100" w:type="dxa"/>
              <w:bottom w:w="70" w:type="dxa"/>
              <w:right w:w="100" w:type="dxa"/>
            </w:tcMar>
          </w:tcPr>
          <w:p w14:paraId="2A78AC90" w14:textId="77777777" w:rsidR="00AA3848" w:rsidRDefault="00407892">
            <w:pPr>
              <w:spacing w:before="40" w:after="40"/>
            </w:pPr>
            <w:r>
              <w:rPr>
                <w:color w:val="141414"/>
                <w:sz w:val="19"/>
              </w:rPr>
              <w:t>[  ]</w:t>
            </w:r>
          </w:p>
        </w:tc>
        <w:tc>
          <w:tcPr>
            <w:tcW w:w="3168" w:type="dxa"/>
            <w:shd w:val="clear" w:color="auto" w:fill="FFFFFF"/>
            <w:tcMar>
              <w:top w:w="70" w:type="dxa"/>
              <w:left w:w="100" w:type="dxa"/>
              <w:bottom w:w="70" w:type="dxa"/>
              <w:right w:w="100" w:type="dxa"/>
            </w:tcMar>
          </w:tcPr>
          <w:p w14:paraId="7280DB50" w14:textId="77777777" w:rsidR="00AA3848" w:rsidRDefault="00407892">
            <w:pPr>
              <w:spacing w:before="40" w:after="40"/>
            </w:pPr>
            <w:r>
              <w:rPr>
                <w:color w:val="141414"/>
                <w:sz w:val="19"/>
              </w:rPr>
              <w:t>1. Certified Birth Certificate</w:t>
            </w:r>
          </w:p>
        </w:tc>
        <w:tc>
          <w:tcPr>
            <w:tcW w:w="6048" w:type="dxa"/>
            <w:shd w:val="clear" w:color="auto" w:fill="FFFFFF"/>
            <w:tcMar>
              <w:top w:w="70" w:type="dxa"/>
              <w:left w:w="100" w:type="dxa"/>
              <w:bottom w:w="70" w:type="dxa"/>
              <w:right w:w="100" w:type="dxa"/>
            </w:tcMar>
          </w:tcPr>
          <w:p w14:paraId="546A8572" w14:textId="77777777" w:rsidR="00AA3848" w:rsidRDefault="00407892">
            <w:pPr>
              <w:spacing w:before="40" w:after="40"/>
            </w:pPr>
            <w:r>
              <w:rPr>
                <w:color w:val="141414"/>
                <w:sz w:val="19"/>
              </w:rPr>
              <w:t>Certified copy from Bureau of Vital Statistics in birth state (In AL, local health dept). APOSTC requires actual certified copy; photocopies are NOT accepted.</w:t>
            </w:r>
          </w:p>
        </w:tc>
      </w:tr>
      <w:tr w:rsidR="00AA3848" w14:paraId="20DFF779" w14:textId="77777777">
        <w:trPr>
          <w:jc w:val="center"/>
        </w:trPr>
        <w:tc>
          <w:tcPr>
            <w:tcW w:w="864" w:type="dxa"/>
            <w:shd w:val="clear" w:color="auto" w:fill="F9FBFD"/>
            <w:tcMar>
              <w:top w:w="70" w:type="dxa"/>
              <w:left w:w="100" w:type="dxa"/>
              <w:bottom w:w="70" w:type="dxa"/>
              <w:right w:w="100" w:type="dxa"/>
            </w:tcMar>
          </w:tcPr>
          <w:p w14:paraId="0EBF3E38" w14:textId="77777777" w:rsidR="00AA3848" w:rsidRDefault="00407892">
            <w:pPr>
              <w:spacing w:before="40" w:after="40"/>
            </w:pPr>
            <w:r>
              <w:rPr>
                <w:color w:val="141414"/>
                <w:sz w:val="19"/>
              </w:rPr>
              <w:t>[  ]</w:t>
            </w:r>
          </w:p>
        </w:tc>
        <w:tc>
          <w:tcPr>
            <w:tcW w:w="3168" w:type="dxa"/>
            <w:shd w:val="clear" w:color="auto" w:fill="F9FBFD"/>
            <w:tcMar>
              <w:top w:w="70" w:type="dxa"/>
              <w:left w:w="100" w:type="dxa"/>
              <w:bottom w:w="70" w:type="dxa"/>
              <w:right w:w="100" w:type="dxa"/>
            </w:tcMar>
          </w:tcPr>
          <w:p w14:paraId="59C2967A" w14:textId="77777777" w:rsidR="00AA3848" w:rsidRDefault="00407892">
            <w:pPr>
              <w:spacing w:before="40" w:after="40"/>
            </w:pPr>
            <w:r>
              <w:rPr>
                <w:color w:val="141414"/>
                <w:sz w:val="19"/>
              </w:rPr>
              <w:t>2. DD Form 214</w:t>
            </w:r>
          </w:p>
        </w:tc>
        <w:tc>
          <w:tcPr>
            <w:tcW w:w="6048" w:type="dxa"/>
            <w:shd w:val="clear" w:color="auto" w:fill="F9FBFD"/>
            <w:tcMar>
              <w:top w:w="70" w:type="dxa"/>
              <w:left w:w="100" w:type="dxa"/>
              <w:bottom w:w="70" w:type="dxa"/>
              <w:right w:w="100" w:type="dxa"/>
            </w:tcMar>
          </w:tcPr>
          <w:p w14:paraId="19139FA3" w14:textId="77777777" w:rsidR="00AA3848" w:rsidRDefault="00407892">
            <w:pPr>
              <w:spacing w:before="40" w:after="40"/>
            </w:pPr>
            <w:r>
              <w:rPr>
                <w:color w:val="141414"/>
                <w:sz w:val="19"/>
              </w:rPr>
              <w:t>Copy of Department of Defense Form DD-214 for ex-service personnel for each term of enlistment.</w:t>
            </w:r>
          </w:p>
        </w:tc>
      </w:tr>
      <w:tr w:rsidR="00AA3848" w14:paraId="4837829E" w14:textId="77777777">
        <w:trPr>
          <w:jc w:val="center"/>
        </w:trPr>
        <w:tc>
          <w:tcPr>
            <w:tcW w:w="864" w:type="dxa"/>
            <w:shd w:val="clear" w:color="auto" w:fill="FFFFFF"/>
            <w:tcMar>
              <w:top w:w="70" w:type="dxa"/>
              <w:left w:w="100" w:type="dxa"/>
              <w:bottom w:w="70" w:type="dxa"/>
              <w:right w:w="100" w:type="dxa"/>
            </w:tcMar>
          </w:tcPr>
          <w:p w14:paraId="4B25ACD5" w14:textId="77777777" w:rsidR="00AA3848" w:rsidRDefault="00407892">
            <w:pPr>
              <w:spacing w:before="40" w:after="40"/>
            </w:pPr>
            <w:r>
              <w:rPr>
                <w:color w:val="141414"/>
                <w:sz w:val="19"/>
              </w:rPr>
              <w:t>[  ]</w:t>
            </w:r>
          </w:p>
        </w:tc>
        <w:tc>
          <w:tcPr>
            <w:tcW w:w="3168" w:type="dxa"/>
            <w:shd w:val="clear" w:color="auto" w:fill="FFFFFF"/>
            <w:tcMar>
              <w:top w:w="70" w:type="dxa"/>
              <w:left w:w="100" w:type="dxa"/>
              <w:bottom w:w="70" w:type="dxa"/>
              <w:right w:w="100" w:type="dxa"/>
            </w:tcMar>
          </w:tcPr>
          <w:p w14:paraId="7F6432FA" w14:textId="77777777" w:rsidR="00AA3848" w:rsidRDefault="00407892">
            <w:pPr>
              <w:spacing w:before="40" w:after="40"/>
            </w:pPr>
            <w:r>
              <w:rPr>
                <w:color w:val="141414"/>
                <w:sz w:val="19"/>
              </w:rPr>
              <w:t>3. Identification Cards</w:t>
            </w:r>
          </w:p>
        </w:tc>
        <w:tc>
          <w:tcPr>
            <w:tcW w:w="6048" w:type="dxa"/>
            <w:shd w:val="clear" w:color="auto" w:fill="FFFFFF"/>
            <w:tcMar>
              <w:top w:w="70" w:type="dxa"/>
              <w:left w:w="100" w:type="dxa"/>
              <w:bottom w:w="70" w:type="dxa"/>
              <w:right w:w="100" w:type="dxa"/>
            </w:tcMar>
          </w:tcPr>
          <w:p w14:paraId="4204AB96" w14:textId="77777777" w:rsidR="00AA3848" w:rsidRDefault="00407892">
            <w:pPr>
              <w:spacing w:before="40" w:after="40"/>
            </w:pPr>
            <w:r>
              <w:rPr>
                <w:color w:val="141414"/>
                <w:sz w:val="19"/>
              </w:rPr>
              <w:t>Copies of current Driver's License and Social Security Number (SSN) card.</w:t>
            </w:r>
          </w:p>
        </w:tc>
      </w:tr>
      <w:tr w:rsidR="00AA3848" w14:paraId="3A4C495E" w14:textId="77777777">
        <w:trPr>
          <w:jc w:val="center"/>
        </w:trPr>
        <w:tc>
          <w:tcPr>
            <w:tcW w:w="864" w:type="dxa"/>
            <w:shd w:val="clear" w:color="auto" w:fill="F9FBFD"/>
            <w:tcMar>
              <w:top w:w="70" w:type="dxa"/>
              <w:left w:w="100" w:type="dxa"/>
              <w:bottom w:w="70" w:type="dxa"/>
              <w:right w:w="100" w:type="dxa"/>
            </w:tcMar>
          </w:tcPr>
          <w:p w14:paraId="149ABB2C" w14:textId="77777777" w:rsidR="00AA3848" w:rsidRDefault="00407892">
            <w:pPr>
              <w:spacing w:before="40" w:after="40"/>
            </w:pPr>
            <w:r>
              <w:rPr>
                <w:color w:val="141414"/>
                <w:sz w:val="19"/>
              </w:rPr>
              <w:t>[  ]</w:t>
            </w:r>
          </w:p>
        </w:tc>
        <w:tc>
          <w:tcPr>
            <w:tcW w:w="3168" w:type="dxa"/>
            <w:shd w:val="clear" w:color="auto" w:fill="F9FBFD"/>
            <w:tcMar>
              <w:top w:w="70" w:type="dxa"/>
              <w:left w:w="100" w:type="dxa"/>
              <w:bottom w:w="70" w:type="dxa"/>
              <w:right w:w="100" w:type="dxa"/>
            </w:tcMar>
          </w:tcPr>
          <w:p w14:paraId="0F0B3D50" w14:textId="77777777" w:rsidR="00AA3848" w:rsidRDefault="00407892">
            <w:pPr>
              <w:spacing w:before="40" w:after="40"/>
            </w:pPr>
            <w:r>
              <w:rPr>
                <w:color w:val="141414"/>
                <w:sz w:val="19"/>
              </w:rPr>
              <w:t>4. Licenses &amp; Certificates</w:t>
            </w:r>
          </w:p>
        </w:tc>
        <w:tc>
          <w:tcPr>
            <w:tcW w:w="6048" w:type="dxa"/>
            <w:shd w:val="clear" w:color="auto" w:fill="F9FBFD"/>
            <w:tcMar>
              <w:top w:w="70" w:type="dxa"/>
              <w:left w:w="100" w:type="dxa"/>
              <w:bottom w:w="70" w:type="dxa"/>
              <w:right w:w="100" w:type="dxa"/>
            </w:tcMar>
          </w:tcPr>
          <w:p w14:paraId="3D3BCDA0" w14:textId="77777777" w:rsidR="00AA3848" w:rsidRDefault="00407892">
            <w:pPr>
              <w:spacing w:before="40" w:after="40"/>
            </w:pPr>
            <w:r>
              <w:rPr>
                <w:color w:val="141414"/>
                <w:sz w:val="19"/>
              </w:rPr>
              <w:t>Copies of all Law Enforcement Licenses or other applicable professional licenses and certifications.</w:t>
            </w:r>
          </w:p>
        </w:tc>
      </w:tr>
      <w:tr w:rsidR="00AA3848" w14:paraId="6FCE23A3" w14:textId="77777777">
        <w:trPr>
          <w:jc w:val="center"/>
        </w:trPr>
        <w:tc>
          <w:tcPr>
            <w:tcW w:w="864" w:type="dxa"/>
            <w:shd w:val="clear" w:color="auto" w:fill="FFFFFF"/>
            <w:tcMar>
              <w:top w:w="70" w:type="dxa"/>
              <w:left w:w="100" w:type="dxa"/>
              <w:bottom w:w="70" w:type="dxa"/>
              <w:right w:w="100" w:type="dxa"/>
            </w:tcMar>
          </w:tcPr>
          <w:p w14:paraId="1BA7779D" w14:textId="77777777" w:rsidR="00AA3848" w:rsidRDefault="00407892">
            <w:pPr>
              <w:spacing w:before="40" w:after="40"/>
            </w:pPr>
            <w:r>
              <w:rPr>
                <w:color w:val="141414"/>
                <w:sz w:val="19"/>
              </w:rPr>
              <w:t>[  ]</w:t>
            </w:r>
          </w:p>
        </w:tc>
        <w:tc>
          <w:tcPr>
            <w:tcW w:w="3168" w:type="dxa"/>
            <w:shd w:val="clear" w:color="auto" w:fill="FFFFFF"/>
            <w:tcMar>
              <w:top w:w="70" w:type="dxa"/>
              <w:left w:w="100" w:type="dxa"/>
              <w:bottom w:w="70" w:type="dxa"/>
              <w:right w:w="100" w:type="dxa"/>
            </w:tcMar>
          </w:tcPr>
          <w:p w14:paraId="02A47B0F" w14:textId="77777777" w:rsidR="00AA3848" w:rsidRDefault="00407892">
            <w:pPr>
              <w:spacing w:before="40" w:after="40"/>
            </w:pPr>
            <w:r>
              <w:rPr>
                <w:color w:val="141414"/>
                <w:sz w:val="19"/>
              </w:rPr>
              <w:t>5. Diplomas &amp; Degrees</w:t>
            </w:r>
          </w:p>
        </w:tc>
        <w:tc>
          <w:tcPr>
            <w:tcW w:w="6048" w:type="dxa"/>
            <w:shd w:val="clear" w:color="auto" w:fill="FFFFFF"/>
            <w:tcMar>
              <w:top w:w="70" w:type="dxa"/>
              <w:left w:w="100" w:type="dxa"/>
              <w:bottom w:w="70" w:type="dxa"/>
              <w:right w:w="100" w:type="dxa"/>
            </w:tcMar>
          </w:tcPr>
          <w:p w14:paraId="7B11AAB0" w14:textId="77777777" w:rsidR="00AA3848" w:rsidRDefault="00407892">
            <w:pPr>
              <w:spacing w:before="40" w:after="40"/>
            </w:pPr>
            <w:r>
              <w:rPr>
                <w:color w:val="141414"/>
                <w:sz w:val="19"/>
              </w:rPr>
              <w:t>Copies of all diplomas or degrees earned (High School Diploma, GED, College Degrees).</w:t>
            </w:r>
          </w:p>
        </w:tc>
      </w:tr>
      <w:tr w:rsidR="00AA3848" w14:paraId="7536159B" w14:textId="77777777">
        <w:trPr>
          <w:jc w:val="center"/>
        </w:trPr>
        <w:tc>
          <w:tcPr>
            <w:tcW w:w="864" w:type="dxa"/>
            <w:shd w:val="clear" w:color="auto" w:fill="F9FBFD"/>
            <w:tcMar>
              <w:top w:w="70" w:type="dxa"/>
              <w:left w:w="100" w:type="dxa"/>
              <w:bottom w:w="70" w:type="dxa"/>
              <w:right w:w="100" w:type="dxa"/>
            </w:tcMar>
          </w:tcPr>
          <w:p w14:paraId="523A252A" w14:textId="77777777" w:rsidR="00AA3848" w:rsidRDefault="00407892">
            <w:pPr>
              <w:spacing w:before="40" w:after="40"/>
            </w:pPr>
            <w:r>
              <w:rPr>
                <w:color w:val="141414"/>
                <w:sz w:val="19"/>
              </w:rPr>
              <w:t>[  ]</w:t>
            </w:r>
          </w:p>
        </w:tc>
        <w:tc>
          <w:tcPr>
            <w:tcW w:w="3168" w:type="dxa"/>
            <w:shd w:val="clear" w:color="auto" w:fill="F9FBFD"/>
            <w:tcMar>
              <w:top w:w="70" w:type="dxa"/>
              <w:left w:w="100" w:type="dxa"/>
              <w:bottom w:w="70" w:type="dxa"/>
              <w:right w:w="100" w:type="dxa"/>
            </w:tcMar>
          </w:tcPr>
          <w:p w14:paraId="1BB0AD54" w14:textId="77777777" w:rsidR="00AA3848" w:rsidRDefault="00407892">
            <w:pPr>
              <w:spacing w:before="40" w:after="40"/>
            </w:pPr>
            <w:r>
              <w:rPr>
                <w:color w:val="141414"/>
                <w:sz w:val="19"/>
              </w:rPr>
              <w:t>6. Academic Transcripts</w:t>
            </w:r>
          </w:p>
        </w:tc>
        <w:tc>
          <w:tcPr>
            <w:tcW w:w="6048" w:type="dxa"/>
            <w:shd w:val="clear" w:color="auto" w:fill="F9FBFD"/>
            <w:tcMar>
              <w:top w:w="70" w:type="dxa"/>
              <w:left w:w="100" w:type="dxa"/>
              <w:bottom w:w="70" w:type="dxa"/>
              <w:right w:w="100" w:type="dxa"/>
            </w:tcMar>
          </w:tcPr>
          <w:p w14:paraId="63F626A9" w14:textId="77777777" w:rsidR="00AA3848" w:rsidRDefault="00407892">
            <w:pPr>
              <w:spacing w:before="40" w:after="40"/>
            </w:pPr>
            <w:r>
              <w:rPr>
                <w:color w:val="141414"/>
                <w:sz w:val="19"/>
              </w:rPr>
              <w:t>Copies of all transcripts (High School and College). Official transcripts can be requested via Parchment.com.</w:t>
            </w:r>
          </w:p>
        </w:tc>
      </w:tr>
      <w:tr w:rsidR="00AA3848" w14:paraId="28B08480" w14:textId="77777777">
        <w:trPr>
          <w:jc w:val="center"/>
        </w:trPr>
        <w:tc>
          <w:tcPr>
            <w:tcW w:w="864" w:type="dxa"/>
            <w:shd w:val="clear" w:color="auto" w:fill="FFFFFF"/>
            <w:tcMar>
              <w:top w:w="70" w:type="dxa"/>
              <w:left w:w="100" w:type="dxa"/>
              <w:bottom w:w="70" w:type="dxa"/>
              <w:right w:w="100" w:type="dxa"/>
            </w:tcMar>
          </w:tcPr>
          <w:p w14:paraId="36E7D0F2" w14:textId="77777777" w:rsidR="00AA3848" w:rsidRDefault="00407892">
            <w:pPr>
              <w:spacing w:before="40" w:after="40"/>
            </w:pPr>
            <w:r>
              <w:rPr>
                <w:color w:val="141414"/>
                <w:sz w:val="19"/>
              </w:rPr>
              <w:t>[  ]</w:t>
            </w:r>
          </w:p>
        </w:tc>
        <w:tc>
          <w:tcPr>
            <w:tcW w:w="3168" w:type="dxa"/>
            <w:shd w:val="clear" w:color="auto" w:fill="FFFFFF"/>
            <w:tcMar>
              <w:top w:w="70" w:type="dxa"/>
              <w:left w:w="100" w:type="dxa"/>
              <w:bottom w:w="70" w:type="dxa"/>
              <w:right w:w="100" w:type="dxa"/>
            </w:tcMar>
          </w:tcPr>
          <w:p w14:paraId="7647B4A5" w14:textId="77777777" w:rsidR="00AA3848" w:rsidRDefault="00407892">
            <w:pPr>
              <w:spacing w:before="40" w:after="40"/>
            </w:pPr>
            <w:r>
              <w:rPr>
                <w:color w:val="141414"/>
                <w:sz w:val="19"/>
              </w:rPr>
              <w:t xml:space="preserve">7. ACT </w:t>
            </w:r>
            <w:proofErr w:type="spellStart"/>
            <w:r>
              <w:rPr>
                <w:color w:val="141414"/>
                <w:sz w:val="19"/>
              </w:rPr>
              <w:t>WorkKeys</w:t>
            </w:r>
            <w:proofErr w:type="spellEnd"/>
            <w:r>
              <w:rPr>
                <w:color w:val="141414"/>
                <w:sz w:val="19"/>
              </w:rPr>
              <w:t xml:space="preserve"> Assessment</w:t>
            </w:r>
          </w:p>
        </w:tc>
        <w:tc>
          <w:tcPr>
            <w:tcW w:w="6048" w:type="dxa"/>
            <w:shd w:val="clear" w:color="auto" w:fill="FFFFFF"/>
            <w:tcMar>
              <w:top w:w="70" w:type="dxa"/>
              <w:left w:w="100" w:type="dxa"/>
              <w:bottom w:w="70" w:type="dxa"/>
              <w:right w:w="100" w:type="dxa"/>
            </w:tcMar>
          </w:tcPr>
          <w:p w14:paraId="37EA0AE3" w14:textId="77777777" w:rsidR="00AA3848" w:rsidRDefault="00407892">
            <w:pPr>
              <w:spacing w:before="40" w:after="40"/>
            </w:pPr>
            <w:r>
              <w:rPr>
                <w:color w:val="141414"/>
                <w:sz w:val="19"/>
              </w:rPr>
              <w:t>Required if you do not possess a college degree. Scores valid within 5 years. (To schedule at APD, contact Lt. Hamrick at 256-240-4050).</w:t>
            </w:r>
          </w:p>
        </w:tc>
      </w:tr>
      <w:tr w:rsidR="00AA3848" w14:paraId="4FFB8D0A" w14:textId="77777777">
        <w:trPr>
          <w:jc w:val="center"/>
        </w:trPr>
        <w:tc>
          <w:tcPr>
            <w:tcW w:w="864" w:type="dxa"/>
            <w:shd w:val="clear" w:color="auto" w:fill="F9FBFD"/>
            <w:tcMar>
              <w:top w:w="70" w:type="dxa"/>
              <w:left w:w="100" w:type="dxa"/>
              <w:bottom w:w="70" w:type="dxa"/>
              <w:right w:w="100" w:type="dxa"/>
            </w:tcMar>
          </w:tcPr>
          <w:p w14:paraId="16D7FAC5" w14:textId="77777777" w:rsidR="00AA3848" w:rsidRDefault="00407892">
            <w:pPr>
              <w:spacing w:before="40" w:after="40"/>
            </w:pPr>
            <w:r>
              <w:rPr>
                <w:color w:val="141414"/>
                <w:sz w:val="19"/>
              </w:rPr>
              <w:t>[  ]</w:t>
            </w:r>
          </w:p>
        </w:tc>
        <w:tc>
          <w:tcPr>
            <w:tcW w:w="3168" w:type="dxa"/>
            <w:shd w:val="clear" w:color="auto" w:fill="F9FBFD"/>
            <w:tcMar>
              <w:top w:w="70" w:type="dxa"/>
              <w:left w:w="100" w:type="dxa"/>
              <w:bottom w:w="70" w:type="dxa"/>
              <w:right w:w="100" w:type="dxa"/>
            </w:tcMar>
          </w:tcPr>
          <w:p w14:paraId="76BC09FD" w14:textId="77777777" w:rsidR="00AA3848" w:rsidRDefault="00407892">
            <w:pPr>
              <w:spacing w:before="40" w:after="40"/>
            </w:pPr>
            <w:r>
              <w:rPr>
                <w:color w:val="141414"/>
                <w:sz w:val="19"/>
              </w:rPr>
              <w:t>8. Traffic Citations &amp; Dispositions</w:t>
            </w:r>
          </w:p>
        </w:tc>
        <w:tc>
          <w:tcPr>
            <w:tcW w:w="6048" w:type="dxa"/>
            <w:shd w:val="clear" w:color="auto" w:fill="F9FBFD"/>
            <w:tcMar>
              <w:top w:w="70" w:type="dxa"/>
              <w:left w:w="100" w:type="dxa"/>
              <w:bottom w:w="70" w:type="dxa"/>
              <w:right w:w="100" w:type="dxa"/>
            </w:tcMar>
          </w:tcPr>
          <w:p w14:paraId="26D8387B" w14:textId="77777777" w:rsidR="00AA3848" w:rsidRDefault="00407892">
            <w:pPr>
              <w:spacing w:before="40" w:after="40"/>
            </w:pPr>
            <w:r>
              <w:rPr>
                <w:color w:val="141414"/>
                <w:sz w:val="19"/>
              </w:rPr>
              <w:t>Copies of all traffic citations received in last 3 calendar years and official court dispositions for each.</w:t>
            </w:r>
          </w:p>
        </w:tc>
      </w:tr>
      <w:tr w:rsidR="00AA3848" w14:paraId="52BD988B" w14:textId="77777777">
        <w:trPr>
          <w:jc w:val="center"/>
        </w:trPr>
        <w:tc>
          <w:tcPr>
            <w:tcW w:w="864" w:type="dxa"/>
            <w:shd w:val="clear" w:color="auto" w:fill="FFFFFF"/>
            <w:tcMar>
              <w:top w:w="70" w:type="dxa"/>
              <w:left w:w="100" w:type="dxa"/>
              <w:bottom w:w="70" w:type="dxa"/>
              <w:right w:w="100" w:type="dxa"/>
            </w:tcMar>
          </w:tcPr>
          <w:p w14:paraId="005EA7FB" w14:textId="77777777" w:rsidR="00AA3848" w:rsidRDefault="00407892">
            <w:pPr>
              <w:spacing w:before="40" w:after="40"/>
            </w:pPr>
            <w:r>
              <w:rPr>
                <w:color w:val="141414"/>
                <w:sz w:val="19"/>
              </w:rPr>
              <w:t>[  ]</w:t>
            </w:r>
          </w:p>
        </w:tc>
        <w:tc>
          <w:tcPr>
            <w:tcW w:w="3168" w:type="dxa"/>
            <w:shd w:val="clear" w:color="auto" w:fill="FFFFFF"/>
            <w:tcMar>
              <w:top w:w="70" w:type="dxa"/>
              <w:left w:w="100" w:type="dxa"/>
              <w:bottom w:w="70" w:type="dxa"/>
              <w:right w:w="100" w:type="dxa"/>
            </w:tcMar>
          </w:tcPr>
          <w:p w14:paraId="4A5EF883" w14:textId="77777777" w:rsidR="00AA3848" w:rsidRDefault="00407892">
            <w:pPr>
              <w:spacing w:before="40" w:after="40"/>
            </w:pPr>
            <w:r>
              <w:rPr>
                <w:color w:val="141414"/>
                <w:sz w:val="19"/>
              </w:rPr>
              <w:t>9. Arrest Records &amp; Dispositions</w:t>
            </w:r>
          </w:p>
        </w:tc>
        <w:tc>
          <w:tcPr>
            <w:tcW w:w="6048" w:type="dxa"/>
            <w:shd w:val="clear" w:color="auto" w:fill="FFFFFF"/>
            <w:tcMar>
              <w:top w:w="70" w:type="dxa"/>
              <w:left w:w="100" w:type="dxa"/>
              <w:bottom w:w="70" w:type="dxa"/>
              <w:right w:w="100" w:type="dxa"/>
            </w:tcMar>
          </w:tcPr>
          <w:p w14:paraId="38709980" w14:textId="77777777" w:rsidR="00AA3848" w:rsidRDefault="00407892">
            <w:pPr>
              <w:spacing w:before="40" w:after="40"/>
            </w:pPr>
            <w:r>
              <w:rPr>
                <w:color w:val="141414"/>
                <w:sz w:val="19"/>
              </w:rPr>
              <w:t>Copies of any arrests AND case dispositions—including related arrest reports, warrants, affidavits, I/O reports, and case summaries.</w:t>
            </w:r>
          </w:p>
        </w:tc>
      </w:tr>
      <w:tr w:rsidR="00AA3848" w14:paraId="4D99EC1C" w14:textId="77777777">
        <w:trPr>
          <w:jc w:val="center"/>
        </w:trPr>
        <w:tc>
          <w:tcPr>
            <w:tcW w:w="864" w:type="dxa"/>
            <w:shd w:val="clear" w:color="auto" w:fill="F9FBFD"/>
            <w:tcMar>
              <w:top w:w="70" w:type="dxa"/>
              <w:left w:w="100" w:type="dxa"/>
              <w:bottom w:w="70" w:type="dxa"/>
              <w:right w:w="100" w:type="dxa"/>
            </w:tcMar>
          </w:tcPr>
          <w:p w14:paraId="4E91EC8E" w14:textId="77777777" w:rsidR="00AA3848" w:rsidRDefault="00407892">
            <w:pPr>
              <w:spacing w:before="40" w:after="40"/>
            </w:pPr>
            <w:r>
              <w:rPr>
                <w:color w:val="141414"/>
                <w:sz w:val="19"/>
              </w:rPr>
              <w:t>[  ]</w:t>
            </w:r>
          </w:p>
        </w:tc>
        <w:tc>
          <w:tcPr>
            <w:tcW w:w="3168" w:type="dxa"/>
            <w:shd w:val="clear" w:color="auto" w:fill="F9FBFD"/>
            <w:tcMar>
              <w:top w:w="70" w:type="dxa"/>
              <w:left w:w="100" w:type="dxa"/>
              <w:bottom w:w="70" w:type="dxa"/>
              <w:right w:w="100" w:type="dxa"/>
            </w:tcMar>
          </w:tcPr>
          <w:p w14:paraId="4F2CD82E" w14:textId="77777777" w:rsidR="00AA3848" w:rsidRDefault="00407892">
            <w:pPr>
              <w:spacing w:before="40" w:after="40"/>
            </w:pPr>
            <w:r>
              <w:rPr>
                <w:color w:val="141414"/>
                <w:sz w:val="19"/>
              </w:rPr>
              <w:t>10. Comprehensive Credit Report</w:t>
            </w:r>
          </w:p>
        </w:tc>
        <w:tc>
          <w:tcPr>
            <w:tcW w:w="6048" w:type="dxa"/>
            <w:shd w:val="clear" w:color="auto" w:fill="F9FBFD"/>
            <w:tcMar>
              <w:top w:w="70" w:type="dxa"/>
              <w:left w:w="100" w:type="dxa"/>
              <w:bottom w:w="70" w:type="dxa"/>
              <w:right w:w="100" w:type="dxa"/>
            </w:tcMar>
          </w:tcPr>
          <w:p w14:paraId="066E3953" w14:textId="7262572D" w:rsidR="00AA3848" w:rsidRDefault="00407892">
            <w:pPr>
              <w:spacing w:before="40" w:after="40"/>
            </w:pPr>
            <w:r>
              <w:rPr>
                <w:color w:val="141414"/>
                <w:sz w:val="19"/>
              </w:rPr>
              <w:t xml:space="preserve">Must request official reports from </w:t>
            </w:r>
            <w:r w:rsidRPr="00B70587">
              <w:rPr>
                <w:b/>
                <w:bCs/>
                <w:color w:val="141414"/>
                <w:sz w:val="19"/>
              </w:rPr>
              <w:t>Equifax, Experian, AND TransUnion</w:t>
            </w:r>
            <w:r>
              <w:rPr>
                <w:color w:val="141414"/>
                <w:sz w:val="19"/>
              </w:rPr>
              <w:t xml:space="preserve"> via </w:t>
            </w:r>
            <w:r w:rsidRPr="00B70587">
              <w:rPr>
                <w:b/>
                <w:bCs/>
                <w:color w:val="141414"/>
                <w:sz w:val="19"/>
              </w:rPr>
              <w:t>AnnualCreditReport.com</w:t>
            </w:r>
            <w:r>
              <w:rPr>
                <w:color w:val="141414"/>
                <w:sz w:val="19"/>
              </w:rPr>
              <w:t xml:space="preserve">. Save as unaltered PDFs. Do NOT redact or alter </w:t>
            </w:r>
            <w:r w:rsidR="00B70587">
              <w:rPr>
                <w:color w:val="141414"/>
                <w:sz w:val="19"/>
              </w:rPr>
              <w:t>any information on these reports. Altered reports will be rejected and may result in disqualification.</w:t>
            </w:r>
          </w:p>
        </w:tc>
      </w:tr>
    </w:tbl>
    <w:p w14:paraId="2503C88A" w14:textId="77777777" w:rsidR="00AA3848" w:rsidRDefault="00AA3848">
      <w:pPr>
        <w:spacing w:after="120"/>
      </w:pPr>
    </w:p>
    <w:p w14:paraId="6759F869" w14:textId="77777777" w:rsidR="00B70587" w:rsidRDefault="00B70587">
      <w:pPr>
        <w:keepNext/>
        <w:spacing w:before="280" w:after="120"/>
        <w:rPr>
          <w:b/>
          <w:color w:val="1B365D"/>
          <w:sz w:val="26"/>
        </w:rPr>
      </w:pPr>
      <w:r>
        <w:rPr>
          <w:b/>
          <w:color w:val="1B365D"/>
          <w:sz w:val="26"/>
        </w:rPr>
        <w:br w:type="page"/>
      </w:r>
    </w:p>
    <w:p w14:paraId="0364115E" w14:textId="77777777" w:rsidR="00B70587" w:rsidRPr="004259BB" w:rsidRDefault="00B70587" w:rsidP="00B70587">
      <w:pPr>
        <w:spacing w:before="120" w:after="240"/>
        <w:jc w:val="center"/>
        <w:rPr>
          <w:rFonts w:ascii="Baskerville Old Face" w:hAnsi="Baskerville Old Face"/>
          <w:sz w:val="28"/>
          <w:szCs w:val="28"/>
        </w:rPr>
      </w:pPr>
      <w:r w:rsidRPr="004259BB">
        <w:rPr>
          <w:rFonts w:ascii="Baskerville Old Face" w:hAnsi="Baskerville Old Face"/>
          <w:b/>
          <w:bCs/>
          <w:sz w:val="40"/>
          <w:szCs w:val="40"/>
        </w:rPr>
        <w:lastRenderedPageBreak/>
        <w:t>ANNISTON POLICE DEPARTMENT</w:t>
      </w:r>
      <w:r w:rsidRPr="004259BB">
        <w:rPr>
          <w:rFonts w:ascii="Baskerville Old Face" w:hAnsi="Baskerville Old Face"/>
          <w:sz w:val="28"/>
          <w:szCs w:val="28"/>
        </w:rPr>
        <w:br/>
        <w:t>PRE-EMPLOYMENT BACKGROUND PACKET</w:t>
      </w:r>
    </w:p>
    <w:p w14:paraId="30FAF07B" w14:textId="77777777" w:rsidR="00B70587" w:rsidRDefault="00B70587" w:rsidP="00B70587">
      <w:pPr>
        <w:spacing w:before="280" w:after="120"/>
        <w:rPr>
          <w:rFonts w:ascii="Arial" w:hAnsi="Arial"/>
          <w:b/>
          <w:color w:val="003366"/>
          <w:sz w:val="28"/>
        </w:rPr>
      </w:pPr>
    </w:p>
    <w:p w14:paraId="25E87467" w14:textId="77777777" w:rsidR="00B70587" w:rsidRDefault="00B70587" w:rsidP="00B70587">
      <w:pPr>
        <w:spacing w:before="280" w:after="120"/>
      </w:pPr>
      <w:r>
        <w:rPr>
          <w:rFonts w:ascii="Arial" w:hAnsi="Arial"/>
          <w:b/>
          <w:color w:val="003366"/>
          <w:sz w:val="28"/>
        </w:rPr>
        <w:t>INSTRUCTIONS TO THE APPLICANT:</w:t>
      </w:r>
    </w:p>
    <w:p w14:paraId="61C66576" w14:textId="77777777" w:rsidR="00B70587" w:rsidRDefault="00B70587" w:rsidP="00B70587">
      <w:pPr>
        <w:spacing w:before="40" w:after="240" w:line="360" w:lineRule="auto"/>
        <w:rPr>
          <w:rFonts w:ascii="Arial" w:hAnsi="Arial"/>
          <w:sz w:val="24"/>
          <w:szCs w:val="24"/>
        </w:rPr>
      </w:pPr>
      <w:r w:rsidRPr="004634CB">
        <w:rPr>
          <w:rFonts w:ascii="Arial" w:hAnsi="Arial"/>
          <w:sz w:val="24"/>
          <w:szCs w:val="24"/>
        </w:rPr>
        <w:t xml:space="preserve">This </w:t>
      </w:r>
      <w:r w:rsidRPr="004259BB">
        <w:rPr>
          <w:rFonts w:ascii="Arial" w:hAnsi="Arial"/>
          <w:i/>
          <w:iCs/>
          <w:sz w:val="24"/>
          <w:szCs w:val="24"/>
        </w:rPr>
        <w:t>Pre-Employment Background Packet</w:t>
      </w:r>
      <w:r w:rsidRPr="004634CB">
        <w:rPr>
          <w:rFonts w:ascii="Arial" w:hAnsi="Arial"/>
          <w:sz w:val="24"/>
          <w:szCs w:val="24"/>
        </w:rPr>
        <w:t xml:space="preserve"> is vital in providing essential information to the Department concerning your pre-employment history. Complete all sections as accurately as possible and as detailed as is necessary to give an effective response. </w:t>
      </w:r>
      <w:r w:rsidRPr="004259BB">
        <w:rPr>
          <w:rFonts w:ascii="Arial" w:hAnsi="Arial"/>
          <w:b/>
          <w:bCs/>
          <w:sz w:val="24"/>
          <w:szCs w:val="24"/>
        </w:rPr>
        <w:t>Failure to complete this packet entirely or omitting any requested information may be grounds for removal from the eligibility list with the Anniston Civil Service Office.</w:t>
      </w:r>
      <w:r w:rsidRPr="004634CB">
        <w:rPr>
          <w:rFonts w:ascii="Arial" w:hAnsi="Arial"/>
          <w:sz w:val="24"/>
          <w:szCs w:val="24"/>
        </w:rPr>
        <w:br/>
      </w:r>
      <w:r w:rsidRPr="004634CB">
        <w:rPr>
          <w:rFonts w:ascii="Arial" w:hAnsi="Arial"/>
          <w:sz w:val="24"/>
          <w:szCs w:val="24"/>
        </w:rPr>
        <w:br/>
        <w:t>Each applicant is hereby advised that the contents of this packet are held strictly confidential and that no information will be disseminated to any person except in the conduct of official Anniston Police Department business.</w:t>
      </w:r>
      <w:r w:rsidRPr="004634CB">
        <w:rPr>
          <w:rFonts w:ascii="Arial" w:hAnsi="Arial"/>
          <w:sz w:val="24"/>
          <w:szCs w:val="24"/>
        </w:rPr>
        <w:br/>
      </w:r>
      <w:r w:rsidRPr="004634CB">
        <w:rPr>
          <w:rFonts w:ascii="Arial" w:hAnsi="Arial"/>
          <w:sz w:val="24"/>
          <w:szCs w:val="24"/>
        </w:rPr>
        <w:br/>
        <w:t xml:space="preserve">Each question </w:t>
      </w:r>
      <w:r w:rsidRPr="004259BB">
        <w:rPr>
          <w:rFonts w:ascii="Arial" w:hAnsi="Arial"/>
          <w:b/>
          <w:bCs/>
          <w:sz w:val="24"/>
          <w:szCs w:val="24"/>
        </w:rPr>
        <w:t>must be answered in its entirety</w:t>
      </w:r>
      <w:r w:rsidRPr="004634CB">
        <w:rPr>
          <w:rFonts w:ascii="Arial" w:hAnsi="Arial"/>
          <w:sz w:val="24"/>
          <w:szCs w:val="24"/>
        </w:rPr>
        <w:t>. Should additional space be necessary to answer any item accurately, utilize the narrative paragraphs after sections or the Additional Narrative section at the end of this packet.</w:t>
      </w:r>
      <w:r w:rsidRPr="004634CB">
        <w:rPr>
          <w:rFonts w:ascii="Arial" w:hAnsi="Arial"/>
          <w:sz w:val="24"/>
          <w:szCs w:val="24"/>
        </w:rPr>
        <w:br/>
      </w:r>
      <w:r w:rsidRPr="004634CB">
        <w:rPr>
          <w:rFonts w:ascii="Arial" w:hAnsi="Arial"/>
          <w:sz w:val="24"/>
          <w:szCs w:val="24"/>
        </w:rPr>
        <w:br/>
        <w:t>All information must be typed or printed legibly in black ink.</w:t>
      </w:r>
      <w:r w:rsidRPr="004634CB">
        <w:rPr>
          <w:rFonts w:ascii="Arial" w:hAnsi="Arial"/>
          <w:sz w:val="24"/>
          <w:szCs w:val="24"/>
        </w:rPr>
        <w:br/>
      </w:r>
      <w:r w:rsidRPr="004634CB">
        <w:rPr>
          <w:rFonts w:ascii="Arial" w:hAnsi="Arial"/>
          <w:sz w:val="24"/>
          <w:szCs w:val="24"/>
        </w:rPr>
        <w:br/>
      </w:r>
      <w:r w:rsidRPr="00E551F7">
        <w:rPr>
          <w:rFonts w:ascii="Arial" w:hAnsi="Arial"/>
          <w:b/>
          <w:bCs/>
          <w:sz w:val="24"/>
          <w:szCs w:val="24"/>
        </w:rPr>
        <w:t>ATTENTION SHOULD BE GIVEN TO THE FOLLOWING:</w:t>
      </w:r>
      <w:r w:rsidRPr="004634CB">
        <w:rPr>
          <w:rFonts w:ascii="Arial" w:hAnsi="Arial"/>
          <w:sz w:val="24"/>
          <w:szCs w:val="24"/>
        </w:rPr>
        <w:br/>
      </w:r>
      <w:r>
        <w:rPr>
          <w:rFonts w:ascii="Arial" w:hAnsi="Arial"/>
          <w:sz w:val="24"/>
          <w:szCs w:val="24"/>
        </w:rPr>
        <w:tab/>
      </w:r>
      <w:r w:rsidRPr="004634CB">
        <w:rPr>
          <w:rFonts w:ascii="Arial" w:hAnsi="Arial"/>
          <w:sz w:val="24"/>
          <w:szCs w:val="24"/>
        </w:rPr>
        <w:t xml:space="preserve">1. </w:t>
      </w:r>
      <w:r w:rsidRPr="004634CB">
        <w:rPr>
          <w:rFonts w:ascii="Arial" w:hAnsi="Arial"/>
          <w:sz w:val="24"/>
          <w:szCs w:val="24"/>
          <w:u w:val="single"/>
        </w:rPr>
        <w:t>Authorization for Release of Information</w:t>
      </w:r>
      <w:r w:rsidRPr="004634CB">
        <w:rPr>
          <w:rFonts w:ascii="Arial" w:hAnsi="Arial"/>
          <w:sz w:val="24"/>
          <w:szCs w:val="24"/>
        </w:rPr>
        <w:t xml:space="preserve">: Authorizes an Anniston Police Department </w:t>
      </w:r>
      <w:r>
        <w:rPr>
          <w:rFonts w:ascii="Arial" w:hAnsi="Arial"/>
          <w:sz w:val="24"/>
          <w:szCs w:val="24"/>
        </w:rPr>
        <w:tab/>
      </w:r>
      <w:r w:rsidRPr="004634CB">
        <w:rPr>
          <w:rFonts w:ascii="Arial" w:hAnsi="Arial"/>
          <w:sz w:val="24"/>
          <w:szCs w:val="24"/>
        </w:rPr>
        <w:t xml:space="preserve">representative to obtain and verify information essential for employment consideration. </w:t>
      </w:r>
      <w:r>
        <w:rPr>
          <w:rFonts w:ascii="Arial" w:hAnsi="Arial"/>
          <w:sz w:val="24"/>
          <w:szCs w:val="24"/>
        </w:rPr>
        <w:tab/>
      </w:r>
      <w:r w:rsidRPr="004634CB">
        <w:rPr>
          <w:rFonts w:ascii="Arial" w:hAnsi="Arial"/>
          <w:sz w:val="24"/>
          <w:szCs w:val="24"/>
        </w:rPr>
        <w:t>THIS FORM MUST BE SIGNED BEFORE A NOTARY PUBLIC.</w:t>
      </w:r>
      <w:r w:rsidRPr="004634CB">
        <w:rPr>
          <w:rFonts w:ascii="Arial" w:hAnsi="Arial"/>
          <w:sz w:val="24"/>
          <w:szCs w:val="24"/>
        </w:rPr>
        <w:br/>
      </w:r>
      <w:r>
        <w:rPr>
          <w:rFonts w:ascii="Arial" w:hAnsi="Arial"/>
          <w:sz w:val="24"/>
          <w:szCs w:val="24"/>
        </w:rPr>
        <w:tab/>
      </w:r>
      <w:r w:rsidRPr="004634CB">
        <w:rPr>
          <w:rFonts w:ascii="Arial" w:hAnsi="Arial"/>
          <w:sz w:val="24"/>
          <w:szCs w:val="24"/>
        </w:rPr>
        <w:t xml:space="preserve">2. </w:t>
      </w:r>
      <w:r w:rsidRPr="004634CB">
        <w:rPr>
          <w:rFonts w:ascii="Arial" w:hAnsi="Arial"/>
          <w:sz w:val="24"/>
          <w:szCs w:val="24"/>
          <w:u w:val="single"/>
        </w:rPr>
        <w:t>Privacy Act Notice</w:t>
      </w:r>
      <w:r w:rsidRPr="004634CB">
        <w:rPr>
          <w:rFonts w:ascii="Arial" w:hAnsi="Arial"/>
          <w:sz w:val="24"/>
          <w:szCs w:val="24"/>
        </w:rPr>
        <w:t>: Read carefully prior to signing.</w:t>
      </w:r>
      <w:r w:rsidRPr="004634CB">
        <w:rPr>
          <w:rFonts w:ascii="Arial" w:hAnsi="Arial"/>
          <w:sz w:val="24"/>
          <w:szCs w:val="24"/>
        </w:rPr>
        <w:br/>
      </w:r>
      <w:r>
        <w:rPr>
          <w:rFonts w:ascii="Arial" w:hAnsi="Arial"/>
          <w:sz w:val="24"/>
          <w:szCs w:val="24"/>
        </w:rPr>
        <w:tab/>
      </w:r>
      <w:r w:rsidRPr="004634CB">
        <w:rPr>
          <w:rFonts w:ascii="Arial" w:hAnsi="Arial"/>
          <w:sz w:val="24"/>
          <w:szCs w:val="24"/>
        </w:rPr>
        <w:t xml:space="preserve">3. </w:t>
      </w:r>
      <w:r w:rsidRPr="004634CB">
        <w:rPr>
          <w:rFonts w:ascii="Arial" w:hAnsi="Arial"/>
          <w:sz w:val="24"/>
          <w:szCs w:val="24"/>
          <w:u w:val="single"/>
        </w:rPr>
        <w:t>Notary Signatures</w:t>
      </w:r>
      <w:r w:rsidRPr="004634CB">
        <w:rPr>
          <w:rFonts w:ascii="Arial" w:hAnsi="Arial"/>
          <w:sz w:val="24"/>
          <w:szCs w:val="24"/>
        </w:rPr>
        <w:t xml:space="preserve">: Do not sign notary pages until you are in the presence of a Notary </w:t>
      </w:r>
      <w:r>
        <w:rPr>
          <w:rFonts w:ascii="Arial" w:hAnsi="Arial"/>
          <w:sz w:val="24"/>
          <w:szCs w:val="24"/>
        </w:rPr>
        <w:tab/>
      </w:r>
      <w:r w:rsidRPr="004634CB">
        <w:rPr>
          <w:rFonts w:ascii="Arial" w:hAnsi="Arial"/>
          <w:sz w:val="24"/>
          <w:szCs w:val="24"/>
        </w:rPr>
        <w:t xml:space="preserve">Public. (The Anniston Police Department has notaries available on site when you turn in </w:t>
      </w:r>
      <w:r>
        <w:rPr>
          <w:rFonts w:ascii="Arial" w:hAnsi="Arial"/>
          <w:sz w:val="24"/>
          <w:szCs w:val="24"/>
        </w:rPr>
        <w:tab/>
      </w:r>
      <w:r w:rsidRPr="004634CB">
        <w:rPr>
          <w:rFonts w:ascii="Arial" w:hAnsi="Arial"/>
          <w:sz w:val="24"/>
          <w:szCs w:val="24"/>
        </w:rPr>
        <w:t>your packet).</w:t>
      </w:r>
    </w:p>
    <w:p w14:paraId="1911AD15" w14:textId="77777777" w:rsidR="00AA3848" w:rsidRDefault="00407892">
      <w:r>
        <w:br w:type="page"/>
      </w:r>
    </w:p>
    <w:tbl>
      <w:tblPr>
        <w:tblW w:w="0" w:type="auto"/>
        <w:jc w:val="center"/>
        <w:tblLayout w:type="fixed"/>
        <w:tblLook w:val="04A0" w:firstRow="1" w:lastRow="0" w:firstColumn="1" w:lastColumn="0" w:noHBand="0" w:noVBand="1"/>
      </w:tblPr>
      <w:tblGrid>
        <w:gridCol w:w="10080"/>
      </w:tblGrid>
      <w:tr w:rsidR="00AA3848" w14:paraId="1B328D52" w14:textId="77777777">
        <w:trPr>
          <w:jc w:val="center"/>
        </w:trPr>
        <w:tc>
          <w:tcPr>
            <w:tcW w:w="10080" w:type="dxa"/>
            <w:tcBorders>
              <w:top w:val="single" w:sz="4" w:space="0" w:color="721C24"/>
              <w:left w:val="single" w:sz="24" w:space="0" w:color="721C24"/>
              <w:bottom w:val="single" w:sz="4" w:space="0" w:color="721C24"/>
              <w:right w:val="single" w:sz="4" w:space="0" w:color="721C24"/>
            </w:tcBorders>
            <w:shd w:val="clear" w:color="auto" w:fill="F8D7DA"/>
            <w:tcMar>
              <w:top w:w="120" w:type="dxa"/>
              <w:left w:w="180" w:type="dxa"/>
              <w:bottom w:w="120" w:type="dxa"/>
              <w:right w:w="180" w:type="dxa"/>
            </w:tcMar>
          </w:tcPr>
          <w:p w14:paraId="5629B1CE" w14:textId="77777777" w:rsidR="00AA3848" w:rsidRPr="00B70587" w:rsidRDefault="00407892">
            <w:pPr>
              <w:spacing w:before="40" w:after="80"/>
              <w:rPr>
                <w:sz w:val="16"/>
                <w:szCs w:val="16"/>
              </w:rPr>
            </w:pPr>
            <w:r w:rsidRPr="00B70587">
              <w:rPr>
                <w:b/>
                <w:color w:val="721C24"/>
                <w:sz w:val="16"/>
                <w:szCs w:val="16"/>
              </w:rPr>
              <w:lastRenderedPageBreak/>
              <w:t>🛑 MANDATORY NOTARY PAGE #1 OF 2 — DO NOT SIGN ELECTRONICALLY</w:t>
            </w:r>
            <w:r w:rsidRPr="00B70587">
              <w:rPr>
                <w:b/>
                <w:color w:val="721C24"/>
                <w:sz w:val="16"/>
                <w:szCs w:val="16"/>
              </w:rPr>
              <w:br/>
            </w:r>
            <w:r w:rsidRPr="00B70587">
              <w:rPr>
                <w:sz w:val="16"/>
                <w:szCs w:val="16"/>
              </w:rPr>
              <w:t>NOTICE TO APPLICANT: This form grants legal authority for background investigation and MUST be signed in physical WET INK before a commissioned Notary Public.</w:t>
            </w:r>
          </w:p>
          <w:p w14:paraId="18970800" w14:textId="77777777" w:rsidR="00AA3848" w:rsidRPr="00B70587" w:rsidRDefault="00407892">
            <w:pPr>
              <w:spacing w:before="40" w:after="40"/>
              <w:rPr>
                <w:sz w:val="16"/>
                <w:szCs w:val="16"/>
              </w:rPr>
            </w:pPr>
            <w:r w:rsidRPr="00B70587">
              <w:rPr>
                <w:sz w:val="16"/>
                <w:szCs w:val="16"/>
              </w:rPr>
              <w:t>• DO NOT sign or type your signature on this page electronically.</w:t>
            </w:r>
          </w:p>
          <w:p w14:paraId="751AAB82" w14:textId="77777777" w:rsidR="00AA3848" w:rsidRDefault="00407892">
            <w:pPr>
              <w:spacing w:before="40" w:after="40"/>
            </w:pPr>
            <w:r w:rsidRPr="00B70587">
              <w:rPr>
                <w:sz w:val="16"/>
                <w:szCs w:val="16"/>
              </w:rPr>
              <w:t>• Print this standalone page, sign in wet ink in the presence of a Notary Public, and obtain the Notary's seal and signature.</w:t>
            </w:r>
          </w:p>
        </w:tc>
      </w:tr>
    </w:tbl>
    <w:p w14:paraId="0882A061" w14:textId="77777777" w:rsidR="00AA3848" w:rsidRDefault="00407892" w:rsidP="00B70587">
      <w:pPr>
        <w:keepNext/>
        <w:spacing w:before="280" w:after="120" w:line="240" w:lineRule="auto"/>
      </w:pPr>
      <w:r>
        <w:rPr>
          <w:b/>
          <w:color w:val="1B365D"/>
          <w:sz w:val="26"/>
        </w:rPr>
        <w:t>AUTHORITY FOR RELEASE OF INFORMATION</w:t>
      </w:r>
    </w:p>
    <w:p w14:paraId="164F5C6B" w14:textId="77777777" w:rsidR="00AA3848" w:rsidRDefault="00407892" w:rsidP="00B70587">
      <w:pPr>
        <w:spacing w:line="240" w:lineRule="auto"/>
      </w:pPr>
      <w:r>
        <w:t>TO WHOM IT MAY CONCERN:</w:t>
      </w:r>
    </w:p>
    <w:p w14:paraId="7D992AAB" w14:textId="77777777" w:rsidR="00AA3848" w:rsidRDefault="00407892" w:rsidP="00B70587">
      <w:pPr>
        <w:spacing w:before="80" w:after="120" w:line="240" w:lineRule="auto"/>
      </w:pPr>
      <w:r>
        <w:t>I hereby authorize any investigative or duly accredited representative of the ANNISTON POLICE DEPARTMENT, bearing this release or a copy thereof, within one (1) year of its date, to obtain any information relating to my actions from schools, residential sources, financial institutions, armed forces, credit bureaus, employers, criminal justice agencies, or individuals. This information may include, but is not limited to, academic, military, residential, credit rating, achievement, performance, attendance, personal history, disciplinary, arrest, and conviction records.</w:t>
      </w:r>
      <w:r>
        <w:br/>
      </w:r>
      <w:r>
        <w:br/>
        <w:t>I hereby direct you to release such information upon request of the bearer. I understand that the information released is for official use by the ANNISTON POLICE DEPARTMENT and may be disclosed to such third parties as necessary in the fulfillment of official responsibilities.</w:t>
      </w:r>
      <w:r>
        <w:br/>
      </w:r>
      <w:r>
        <w:br/>
        <w:t>I hereby release any individual, including record custodians, from any and all liability for damages of whatever kind or nature which may, at any time, result to me on account of compliance or any attempts to comply with this authorization. Should there be any question as to the validity of this release, you may contact me as indicated below.</w:t>
      </w:r>
    </w:p>
    <w:p w14:paraId="7806CBFE" w14:textId="77777777" w:rsidR="00AA3848" w:rsidRDefault="00407892" w:rsidP="005E157F">
      <w:pPr>
        <w:spacing w:line="240" w:lineRule="auto"/>
        <w:jc w:val="center"/>
      </w:pPr>
      <w:r>
        <w:rPr>
          <w:b/>
          <w:color w:val="B40000"/>
        </w:rPr>
        <w:t>*** SIGN ONLY IN THE PRESENCE OF A NOTARY PUBLIC ***</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168"/>
        <w:gridCol w:w="6912"/>
      </w:tblGrid>
      <w:tr w:rsidR="00AA3848" w14:paraId="14FD6C90" w14:textId="77777777">
        <w:trPr>
          <w:jc w:val="center"/>
        </w:trPr>
        <w:tc>
          <w:tcPr>
            <w:tcW w:w="3168" w:type="dxa"/>
            <w:shd w:val="clear" w:color="auto" w:fill="1B365D"/>
            <w:tcMar>
              <w:top w:w="70" w:type="dxa"/>
              <w:left w:w="100" w:type="dxa"/>
              <w:bottom w:w="70" w:type="dxa"/>
              <w:right w:w="100" w:type="dxa"/>
            </w:tcMar>
          </w:tcPr>
          <w:p w14:paraId="37CCC270" w14:textId="77777777" w:rsidR="00AA3848" w:rsidRDefault="00407892" w:rsidP="005E157F">
            <w:pPr>
              <w:spacing w:before="40" w:after="40" w:line="240" w:lineRule="auto"/>
            </w:pPr>
            <w:r>
              <w:rPr>
                <w:b/>
                <w:color w:val="FFFFFF"/>
                <w:sz w:val="19"/>
              </w:rPr>
              <w:t>Field</w:t>
            </w:r>
          </w:p>
        </w:tc>
        <w:tc>
          <w:tcPr>
            <w:tcW w:w="6912" w:type="dxa"/>
            <w:shd w:val="clear" w:color="auto" w:fill="1B365D"/>
            <w:tcMar>
              <w:top w:w="70" w:type="dxa"/>
              <w:left w:w="100" w:type="dxa"/>
              <w:bottom w:w="70" w:type="dxa"/>
              <w:right w:w="100" w:type="dxa"/>
            </w:tcMar>
          </w:tcPr>
          <w:p w14:paraId="454C2392" w14:textId="77777777" w:rsidR="00AA3848" w:rsidRDefault="00407892" w:rsidP="005E157F">
            <w:pPr>
              <w:spacing w:before="40" w:after="40" w:line="240" w:lineRule="auto"/>
            </w:pPr>
            <w:r>
              <w:rPr>
                <w:b/>
                <w:color w:val="FFFFFF"/>
                <w:sz w:val="19"/>
              </w:rPr>
              <w:t>Applicant Authorization Details (Type Info, Sign in Wet Ink)</w:t>
            </w:r>
          </w:p>
        </w:tc>
      </w:tr>
      <w:tr w:rsidR="00AA3848" w14:paraId="3E60FE99" w14:textId="77777777">
        <w:trPr>
          <w:jc w:val="center"/>
        </w:trPr>
        <w:tc>
          <w:tcPr>
            <w:tcW w:w="3168" w:type="dxa"/>
            <w:shd w:val="clear" w:color="auto" w:fill="FFFFFF"/>
            <w:tcMar>
              <w:top w:w="70" w:type="dxa"/>
              <w:left w:w="100" w:type="dxa"/>
              <w:bottom w:w="70" w:type="dxa"/>
              <w:right w:w="100" w:type="dxa"/>
            </w:tcMar>
          </w:tcPr>
          <w:p w14:paraId="593A7F97" w14:textId="77777777" w:rsidR="00AA3848" w:rsidRDefault="00407892" w:rsidP="005E157F">
            <w:pPr>
              <w:spacing w:before="40" w:after="40" w:line="240" w:lineRule="auto"/>
            </w:pPr>
            <w:r>
              <w:rPr>
                <w:color w:val="141414"/>
                <w:sz w:val="19"/>
              </w:rPr>
              <w:t>Signature (Full Legal Name):</w:t>
            </w:r>
          </w:p>
        </w:tc>
        <w:tc>
          <w:tcPr>
            <w:tcW w:w="6912" w:type="dxa"/>
            <w:shd w:val="clear" w:color="auto" w:fill="FFFFFF"/>
            <w:tcMar>
              <w:top w:w="70" w:type="dxa"/>
              <w:left w:w="100" w:type="dxa"/>
              <w:bottom w:w="70" w:type="dxa"/>
              <w:right w:w="100" w:type="dxa"/>
            </w:tcMar>
          </w:tcPr>
          <w:p w14:paraId="343DB54C" w14:textId="77777777" w:rsidR="00AA3848" w:rsidRDefault="00407892" w:rsidP="005E157F">
            <w:pPr>
              <w:spacing w:before="40" w:after="40" w:line="240" w:lineRule="auto"/>
            </w:pPr>
            <w:r>
              <w:rPr>
                <w:color w:val="141414"/>
                <w:sz w:val="19"/>
              </w:rPr>
              <w:t xml:space="preserve">[ MUST BE PHYSICAL WET-INK SIGNATURE BEFORE </w:t>
            </w:r>
            <w:proofErr w:type="gramStart"/>
            <w:r>
              <w:rPr>
                <w:color w:val="141414"/>
                <w:sz w:val="19"/>
              </w:rPr>
              <w:t>NOTARY ]</w:t>
            </w:r>
            <w:proofErr w:type="gramEnd"/>
          </w:p>
        </w:tc>
      </w:tr>
      <w:tr w:rsidR="00AA3848" w14:paraId="783DAC40" w14:textId="77777777">
        <w:trPr>
          <w:jc w:val="center"/>
        </w:trPr>
        <w:tc>
          <w:tcPr>
            <w:tcW w:w="3168" w:type="dxa"/>
            <w:shd w:val="clear" w:color="auto" w:fill="F9FBFD"/>
            <w:tcMar>
              <w:top w:w="70" w:type="dxa"/>
              <w:left w:w="100" w:type="dxa"/>
              <w:bottom w:w="70" w:type="dxa"/>
              <w:right w:w="100" w:type="dxa"/>
            </w:tcMar>
          </w:tcPr>
          <w:p w14:paraId="2A141331" w14:textId="77777777" w:rsidR="00AA3848" w:rsidRDefault="00407892" w:rsidP="005E157F">
            <w:pPr>
              <w:spacing w:before="40" w:after="40" w:line="240" w:lineRule="auto"/>
            </w:pPr>
            <w:r>
              <w:rPr>
                <w:color w:val="141414"/>
                <w:sz w:val="19"/>
              </w:rPr>
              <w:t>Full Name (Printed):</w:t>
            </w:r>
          </w:p>
        </w:tc>
        <w:tc>
          <w:tcPr>
            <w:tcW w:w="6912" w:type="dxa"/>
            <w:shd w:val="clear" w:color="auto" w:fill="F9FBFD"/>
            <w:tcMar>
              <w:top w:w="70" w:type="dxa"/>
              <w:left w:w="100" w:type="dxa"/>
              <w:bottom w:w="70" w:type="dxa"/>
              <w:right w:w="100" w:type="dxa"/>
            </w:tcMar>
          </w:tcPr>
          <w:p w14:paraId="5F310FF2" w14:textId="77777777" w:rsidR="00AA3848" w:rsidRDefault="00407892" w:rsidP="005E157F">
            <w:pPr>
              <w:spacing w:before="40" w:after="40" w:line="240" w:lineRule="auto"/>
            </w:pPr>
            <w:r>
              <w:rPr>
                <w:i/>
                <w:color w:val="6E6E6E"/>
                <w:sz w:val="19"/>
              </w:rPr>
              <w:t xml:space="preserve">[ Click / Type Full Printed </w:t>
            </w:r>
            <w:proofErr w:type="gramStart"/>
            <w:r>
              <w:rPr>
                <w:i/>
                <w:color w:val="6E6E6E"/>
                <w:sz w:val="19"/>
              </w:rPr>
              <w:t>Name ]</w:t>
            </w:r>
            <w:proofErr w:type="gramEnd"/>
          </w:p>
        </w:tc>
      </w:tr>
      <w:tr w:rsidR="00AA3848" w14:paraId="5DF4B1BB" w14:textId="77777777">
        <w:trPr>
          <w:jc w:val="center"/>
        </w:trPr>
        <w:tc>
          <w:tcPr>
            <w:tcW w:w="3168" w:type="dxa"/>
            <w:shd w:val="clear" w:color="auto" w:fill="FFFFFF"/>
            <w:tcMar>
              <w:top w:w="70" w:type="dxa"/>
              <w:left w:w="100" w:type="dxa"/>
              <w:bottom w:w="70" w:type="dxa"/>
              <w:right w:w="100" w:type="dxa"/>
            </w:tcMar>
          </w:tcPr>
          <w:p w14:paraId="7105FE52" w14:textId="77777777" w:rsidR="00AA3848" w:rsidRDefault="00407892" w:rsidP="005E157F">
            <w:pPr>
              <w:spacing w:before="40" w:after="40" w:line="240" w:lineRule="auto"/>
            </w:pPr>
            <w:r>
              <w:rPr>
                <w:color w:val="141414"/>
                <w:sz w:val="19"/>
              </w:rPr>
              <w:t>Other Names Used / Aliases:</w:t>
            </w:r>
          </w:p>
        </w:tc>
        <w:tc>
          <w:tcPr>
            <w:tcW w:w="6912" w:type="dxa"/>
            <w:shd w:val="clear" w:color="auto" w:fill="FFFFFF"/>
            <w:tcMar>
              <w:top w:w="70" w:type="dxa"/>
              <w:left w:w="100" w:type="dxa"/>
              <w:bottom w:w="70" w:type="dxa"/>
              <w:right w:w="100" w:type="dxa"/>
            </w:tcMar>
          </w:tcPr>
          <w:p w14:paraId="0DFA7F5C" w14:textId="77777777" w:rsidR="00AA3848" w:rsidRDefault="00407892" w:rsidP="005E157F">
            <w:pPr>
              <w:spacing w:before="40" w:after="40" w:line="240" w:lineRule="auto"/>
            </w:pPr>
            <w:r>
              <w:rPr>
                <w:i/>
                <w:color w:val="6E6E6E"/>
                <w:sz w:val="19"/>
              </w:rPr>
              <w:t>[ Type Aliases or N/</w:t>
            </w:r>
            <w:proofErr w:type="gramStart"/>
            <w:r>
              <w:rPr>
                <w:i/>
                <w:color w:val="6E6E6E"/>
                <w:sz w:val="19"/>
              </w:rPr>
              <w:t>A ]</w:t>
            </w:r>
            <w:proofErr w:type="gramEnd"/>
          </w:p>
        </w:tc>
      </w:tr>
      <w:tr w:rsidR="00AA3848" w14:paraId="6C649B59" w14:textId="77777777">
        <w:trPr>
          <w:jc w:val="center"/>
        </w:trPr>
        <w:tc>
          <w:tcPr>
            <w:tcW w:w="3168" w:type="dxa"/>
            <w:shd w:val="clear" w:color="auto" w:fill="F9FBFD"/>
            <w:tcMar>
              <w:top w:w="70" w:type="dxa"/>
              <w:left w:w="100" w:type="dxa"/>
              <w:bottom w:w="70" w:type="dxa"/>
              <w:right w:w="100" w:type="dxa"/>
            </w:tcMar>
          </w:tcPr>
          <w:p w14:paraId="0F532D73" w14:textId="77777777" w:rsidR="00AA3848" w:rsidRDefault="00407892" w:rsidP="005E157F">
            <w:pPr>
              <w:spacing w:before="40" w:after="40" w:line="240" w:lineRule="auto"/>
            </w:pPr>
            <w:r>
              <w:rPr>
                <w:color w:val="141414"/>
                <w:sz w:val="19"/>
              </w:rPr>
              <w:t>Social Security Number:</w:t>
            </w:r>
          </w:p>
        </w:tc>
        <w:tc>
          <w:tcPr>
            <w:tcW w:w="6912" w:type="dxa"/>
            <w:shd w:val="clear" w:color="auto" w:fill="F9FBFD"/>
            <w:tcMar>
              <w:top w:w="70" w:type="dxa"/>
              <w:left w:w="100" w:type="dxa"/>
              <w:bottom w:w="70" w:type="dxa"/>
              <w:right w:w="100" w:type="dxa"/>
            </w:tcMar>
          </w:tcPr>
          <w:p w14:paraId="05035871" w14:textId="77777777" w:rsidR="00AA3848" w:rsidRDefault="00407892" w:rsidP="005E157F">
            <w:pPr>
              <w:spacing w:before="40" w:after="40" w:line="240" w:lineRule="auto"/>
            </w:pPr>
            <w:r>
              <w:rPr>
                <w:i/>
                <w:color w:val="6E6E6E"/>
                <w:sz w:val="19"/>
              </w:rPr>
              <w:t xml:space="preserve">[ Type </w:t>
            </w:r>
            <w:proofErr w:type="gramStart"/>
            <w:r>
              <w:rPr>
                <w:i/>
                <w:color w:val="6E6E6E"/>
                <w:sz w:val="19"/>
              </w:rPr>
              <w:t>SSN ]</w:t>
            </w:r>
            <w:proofErr w:type="gramEnd"/>
          </w:p>
        </w:tc>
      </w:tr>
      <w:tr w:rsidR="00AA3848" w14:paraId="626D0A56" w14:textId="77777777">
        <w:trPr>
          <w:jc w:val="center"/>
        </w:trPr>
        <w:tc>
          <w:tcPr>
            <w:tcW w:w="3168" w:type="dxa"/>
            <w:shd w:val="clear" w:color="auto" w:fill="FFFFFF"/>
            <w:tcMar>
              <w:top w:w="70" w:type="dxa"/>
              <w:left w:w="100" w:type="dxa"/>
              <w:bottom w:w="70" w:type="dxa"/>
              <w:right w:w="100" w:type="dxa"/>
            </w:tcMar>
          </w:tcPr>
          <w:p w14:paraId="6AA89D4A" w14:textId="77777777" w:rsidR="00AA3848" w:rsidRDefault="00407892" w:rsidP="005E157F">
            <w:pPr>
              <w:spacing w:before="40" w:after="40" w:line="240" w:lineRule="auto"/>
            </w:pPr>
            <w:r>
              <w:rPr>
                <w:color w:val="141414"/>
                <w:sz w:val="19"/>
              </w:rPr>
              <w:t>Date of Birth (DOB):</w:t>
            </w:r>
          </w:p>
        </w:tc>
        <w:tc>
          <w:tcPr>
            <w:tcW w:w="6912" w:type="dxa"/>
            <w:shd w:val="clear" w:color="auto" w:fill="FFFFFF"/>
            <w:tcMar>
              <w:top w:w="70" w:type="dxa"/>
              <w:left w:w="100" w:type="dxa"/>
              <w:bottom w:w="70" w:type="dxa"/>
              <w:right w:w="100" w:type="dxa"/>
            </w:tcMar>
          </w:tcPr>
          <w:p w14:paraId="61A718BE" w14:textId="77777777" w:rsidR="00AA3848" w:rsidRDefault="00407892" w:rsidP="005E157F">
            <w:pPr>
              <w:spacing w:before="40" w:after="40" w:line="240" w:lineRule="auto"/>
            </w:pPr>
            <w:r>
              <w:rPr>
                <w:i/>
                <w:color w:val="6E6E6E"/>
                <w:sz w:val="19"/>
              </w:rPr>
              <w:t>[ Type DOB: MM/DD/</w:t>
            </w:r>
            <w:proofErr w:type="spellStart"/>
            <w:proofErr w:type="gramStart"/>
            <w:r>
              <w:rPr>
                <w:i/>
                <w:color w:val="6E6E6E"/>
                <w:sz w:val="19"/>
              </w:rPr>
              <w:t>YYYY</w:t>
            </w:r>
            <w:proofErr w:type="spellEnd"/>
            <w:r>
              <w:rPr>
                <w:i/>
                <w:color w:val="6E6E6E"/>
                <w:sz w:val="19"/>
              </w:rPr>
              <w:t xml:space="preserve"> ]</w:t>
            </w:r>
            <w:proofErr w:type="gramEnd"/>
          </w:p>
        </w:tc>
      </w:tr>
      <w:tr w:rsidR="00AA3848" w14:paraId="2BDBE880" w14:textId="77777777">
        <w:trPr>
          <w:jc w:val="center"/>
        </w:trPr>
        <w:tc>
          <w:tcPr>
            <w:tcW w:w="3168" w:type="dxa"/>
            <w:shd w:val="clear" w:color="auto" w:fill="F9FBFD"/>
            <w:tcMar>
              <w:top w:w="70" w:type="dxa"/>
              <w:left w:w="100" w:type="dxa"/>
              <w:bottom w:w="70" w:type="dxa"/>
              <w:right w:w="100" w:type="dxa"/>
            </w:tcMar>
          </w:tcPr>
          <w:p w14:paraId="0C3272DE" w14:textId="77777777" w:rsidR="00AA3848" w:rsidRDefault="00407892" w:rsidP="005E157F">
            <w:pPr>
              <w:spacing w:before="40" w:after="40" w:line="240" w:lineRule="auto"/>
            </w:pPr>
            <w:r>
              <w:rPr>
                <w:color w:val="141414"/>
                <w:sz w:val="19"/>
              </w:rPr>
              <w:t>Current Address:</w:t>
            </w:r>
          </w:p>
        </w:tc>
        <w:tc>
          <w:tcPr>
            <w:tcW w:w="6912" w:type="dxa"/>
            <w:shd w:val="clear" w:color="auto" w:fill="F9FBFD"/>
            <w:tcMar>
              <w:top w:w="70" w:type="dxa"/>
              <w:left w:w="100" w:type="dxa"/>
              <w:bottom w:w="70" w:type="dxa"/>
              <w:right w:w="100" w:type="dxa"/>
            </w:tcMar>
          </w:tcPr>
          <w:p w14:paraId="066D582A" w14:textId="77777777" w:rsidR="00AA3848" w:rsidRDefault="00407892" w:rsidP="005E157F">
            <w:pPr>
              <w:spacing w:before="40" w:after="40" w:line="240" w:lineRule="auto"/>
            </w:pPr>
            <w:r>
              <w:rPr>
                <w:i/>
                <w:color w:val="6E6E6E"/>
                <w:sz w:val="19"/>
              </w:rPr>
              <w:t xml:space="preserve">[ Type Street Address, City, State, </w:t>
            </w:r>
            <w:proofErr w:type="gramStart"/>
            <w:r>
              <w:rPr>
                <w:i/>
                <w:color w:val="6E6E6E"/>
                <w:sz w:val="19"/>
              </w:rPr>
              <w:t>Zip ]</w:t>
            </w:r>
            <w:proofErr w:type="gramEnd"/>
          </w:p>
        </w:tc>
      </w:tr>
      <w:tr w:rsidR="00AA3848" w14:paraId="448C66BF" w14:textId="77777777">
        <w:trPr>
          <w:jc w:val="center"/>
        </w:trPr>
        <w:tc>
          <w:tcPr>
            <w:tcW w:w="3168" w:type="dxa"/>
            <w:shd w:val="clear" w:color="auto" w:fill="FFFFFF"/>
            <w:tcMar>
              <w:top w:w="70" w:type="dxa"/>
              <w:left w:w="100" w:type="dxa"/>
              <w:bottom w:w="70" w:type="dxa"/>
              <w:right w:w="100" w:type="dxa"/>
            </w:tcMar>
          </w:tcPr>
          <w:p w14:paraId="2E73348B" w14:textId="77777777" w:rsidR="00AA3848" w:rsidRDefault="00407892" w:rsidP="005E157F">
            <w:pPr>
              <w:spacing w:before="40" w:after="40" w:line="240" w:lineRule="auto"/>
            </w:pPr>
            <w:r>
              <w:rPr>
                <w:color w:val="141414"/>
                <w:sz w:val="19"/>
              </w:rPr>
              <w:t>Telephone Number:</w:t>
            </w:r>
          </w:p>
        </w:tc>
        <w:tc>
          <w:tcPr>
            <w:tcW w:w="6912" w:type="dxa"/>
            <w:shd w:val="clear" w:color="auto" w:fill="FFFFFF"/>
            <w:tcMar>
              <w:top w:w="70" w:type="dxa"/>
              <w:left w:w="100" w:type="dxa"/>
              <w:bottom w:w="70" w:type="dxa"/>
              <w:right w:w="100" w:type="dxa"/>
            </w:tcMar>
          </w:tcPr>
          <w:p w14:paraId="14B37B43" w14:textId="77777777" w:rsidR="00AA3848" w:rsidRDefault="00407892" w:rsidP="005E157F">
            <w:pPr>
              <w:spacing w:before="40" w:after="40" w:line="240" w:lineRule="auto"/>
            </w:pPr>
            <w:r>
              <w:rPr>
                <w:i/>
                <w:color w:val="6E6E6E"/>
                <w:sz w:val="19"/>
              </w:rPr>
              <w:t xml:space="preserve">[ Type Telephone </w:t>
            </w:r>
            <w:proofErr w:type="gramStart"/>
            <w:r>
              <w:rPr>
                <w:i/>
                <w:color w:val="6E6E6E"/>
                <w:sz w:val="19"/>
              </w:rPr>
              <w:t>Number ]</w:t>
            </w:r>
            <w:proofErr w:type="gramEnd"/>
          </w:p>
        </w:tc>
      </w:tr>
    </w:tbl>
    <w:p w14:paraId="3513C8D4" w14:textId="77777777" w:rsidR="00AA3848" w:rsidRDefault="00407892" w:rsidP="005E157F">
      <w:pPr>
        <w:spacing w:before="160" w:line="240" w:lineRule="auto"/>
      </w:pPr>
      <w:r>
        <w:t xml:space="preserve">STATE OF </w:t>
      </w:r>
      <w:proofErr w:type="gramStart"/>
      <w:r>
        <w:t>ALABAMA  |</w:t>
      </w:r>
      <w:proofErr w:type="gramEnd"/>
      <w:r>
        <w:t xml:space="preserve">  COUNTY OF CALHOUN</w:t>
      </w:r>
    </w:p>
    <w:p w14:paraId="530C4342" w14:textId="77777777" w:rsidR="00AA3848" w:rsidRDefault="00407892" w:rsidP="005E157F">
      <w:pPr>
        <w:spacing w:before="80" w:after="120" w:line="240" w:lineRule="auto"/>
      </w:pPr>
      <w:r>
        <w:t>Sworn to and subscribed before me this _____ day of ____________________, 20____.</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6480"/>
        <w:gridCol w:w="3600"/>
      </w:tblGrid>
      <w:tr w:rsidR="00AA3848" w14:paraId="18F7AC26" w14:textId="77777777">
        <w:trPr>
          <w:jc w:val="center"/>
        </w:trPr>
        <w:tc>
          <w:tcPr>
            <w:tcW w:w="6480" w:type="dxa"/>
            <w:shd w:val="clear" w:color="auto" w:fill="1B365D"/>
            <w:tcMar>
              <w:top w:w="70" w:type="dxa"/>
              <w:left w:w="100" w:type="dxa"/>
              <w:bottom w:w="70" w:type="dxa"/>
              <w:right w:w="100" w:type="dxa"/>
            </w:tcMar>
          </w:tcPr>
          <w:p w14:paraId="187D1771" w14:textId="77777777" w:rsidR="00AA3848" w:rsidRDefault="00407892" w:rsidP="005E157F">
            <w:pPr>
              <w:spacing w:before="40" w:after="40" w:line="240" w:lineRule="auto"/>
            </w:pPr>
            <w:r>
              <w:rPr>
                <w:b/>
                <w:color w:val="FFFFFF"/>
                <w:sz w:val="19"/>
              </w:rPr>
              <w:t>Notary Public Official Verification Block</w:t>
            </w:r>
          </w:p>
        </w:tc>
        <w:tc>
          <w:tcPr>
            <w:tcW w:w="3600" w:type="dxa"/>
            <w:shd w:val="clear" w:color="auto" w:fill="1B365D"/>
            <w:tcMar>
              <w:top w:w="70" w:type="dxa"/>
              <w:left w:w="100" w:type="dxa"/>
              <w:bottom w:w="70" w:type="dxa"/>
              <w:right w:w="100" w:type="dxa"/>
            </w:tcMar>
          </w:tcPr>
          <w:p w14:paraId="11F90313" w14:textId="77777777" w:rsidR="00AA3848" w:rsidRDefault="00407892" w:rsidP="005E157F">
            <w:pPr>
              <w:spacing w:before="40" w:after="40" w:line="240" w:lineRule="auto"/>
            </w:pPr>
            <w:r>
              <w:rPr>
                <w:b/>
                <w:color w:val="FFFFFF"/>
                <w:sz w:val="19"/>
              </w:rPr>
              <w:t>Official Seal Space</w:t>
            </w:r>
          </w:p>
        </w:tc>
      </w:tr>
      <w:tr w:rsidR="00AA3848" w14:paraId="017ADC5F" w14:textId="77777777" w:rsidTr="005E157F">
        <w:trPr>
          <w:trHeight w:val="1603"/>
          <w:jc w:val="center"/>
        </w:trPr>
        <w:tc>
          <w:tcPr>
            <w:tcW w:w="6480" w:type="dxa"/>
            <w:shd w:val="clear" w:color="auto" w:fill="FFFFFF"/>
            <w:tcMar>
              <w:top w:w="70" w:type="dxa"/>
              <w:left w:w="100" w:type="dxa"/>
              <w:bottom w:w="70" w:type="dxa"/>
              <w:right w:w="100" w:type="dxa"/>
            </w:tcMar>
          </w:tcPr>
          <w:p w14:paraId="7093E2C7" w14:textId="77777777" w:rsidR="00AA3848" w:rsidRDefault="00407892" w:rsidP="005E157F">
            <w:pPr>
              <w:spacing w:before="40" w:after="40" w:line="240" w:lineRule="auto"/>
            </w:pPr>
            <w:r>
              <w:rPr>
                <w:color w:val="141414"/>
                <w:sz w:val="19"/>
              </w:rPr>
              <w:t>Notary Public Signature: ____________________________________</w:t>
            </w:r>
            <w:r>
              <w:rPr>
                <w:color w:val="141414"/>
                <w:sz w:val="19"/>
              </w:rPr>
              <w:br/>
              <w:t>Printed Notary Name: ____________________________________</w:t>
            </w:r>
            <w:r>
              <w:rPr>
                <w:color w:val="141414"/>
                <w:sz w:val="19"/>
              </w:rPr>
              <w:br/>
              <w:t>My Commission Expires: __________________________________</w:t>
            </w:r>
          </w:p>
        </w:tc>
        <w:tc>
          <w:tcPr>
            <w:tcW w:w="3600" w:type="dxa"/>
            <w:shd w:val="clear" w:color="auto" w:fill="FFFFFF"/>
            <w:tcMar>
              <w:top w:w="70" w:type="dxa"/>
              <w:left w:w="100" w:type="dxa"/>
              <w:bottom w:w="70" w:type="dxa"/>
              <w:right w:w="100" w:type="dxa"/>
            </w:tcMar>
          </w:tcPr>
          <w:p w14:paraId="746FD63D" w14:textId="5CBF4542" w:rsidR="00AA3848" w:rsidRDefault="00407892" w:rsidP="005E157F">
            <w:pPr>
              <w:spacing w:before="40" w:after="40" w:line="240" w:lineRule="auto"/>
            </w:pPr>
            <w:r>
              <w:rPr>
                <w:color w:val="141414"/>
                <w:sz w:val="19"/>
              </w:rPr>
              <w:br/>
            </w:r>
            <w:r>
              <w:rPr>
                <w:color w:val="141414"/>
                <w:sz w:val="19"/>
              </w:rPr>
              <w:br/>
            </w:r>
          </w:p>
        </w:tc>
      </w:tr>
    </w:tbl>
    <w:p w14:paraId="6164E5E0" w14:textId="77777777" w:rsidR="00AA3848" w:rsidRDefault="00AA3848">
      <w:pPr>
        <w:spacing w:after="120"/>
      </w:pPr>
    </w:p>
    <w:p w14:paraId="3380B48D" w14:textId="4F9041D1" w:rsidR="00AA3848" w:rsidRDefault="00407892" w:rsidP="00B70587">
      <w:r>
        <w:br w:type="page"/>
      </w:r>
      <w:r>
        <w:rPr>
          <w:b/>
          <w:color w:val="1B365D"/>
          <w:sz w:val="26"/>
        </w:rPr>
        <w:lastRenderedPageBreak/>
        <w:t>PRIVACY ACT NOTICE &amp; PERMISSION TO CONTACT EMPLOYER</w:t>
      </w:r>
    </w:p>
    <w:p w14:paraId="6B9B56AB" w14:textId="77777777" w:rsidR="00AA3848" w:rsidRPr="00B70587" w:rsidRDefault="00407892">
      <w:pPr>
        <w:rPr>
          <w:sz w:val="24"/>
          <w:szCs w:val="24"/>
        </w:rPr>
      </w:pPr>
      <w:r w:rsidRPr="00B70587">
        <w:rPr>
          <w:b/>
          <w:sz w:val="24"/>
          <w:szCs w:val="24"/>
        </w:rPr>
        <w:t xml:space="preserve">Purpose and Use: </w:t>
      </w:r>
      <w:r w:rsidRPr="00B70587">
        <w:rPr>
          <w:sz w:val="24"/>
          <w:szCs w:val="24"/>
        </w:rPr>
        <w:t>Data provided on this form will be furnished to individuals in order to obtain information regarding your activities in connection with a background investigation to determine:</w:t>
      </w:r>
      <w:r w:rsidRPr="00B70587">
        <w:rPr>
          <w:sz w:val="24"/>
          <w:szCs w:val="24"/>
        </w:rPr>
        <w:br/>
        <w:t xml:space="preserve">  • Fitness for City of Anniston Employment.</w:t>
      </w:r>
      <w:r w:rsidRPr="00B70587">
        <w:rPr>
          <w:sz w:val="24"/>
          <w:szCs w:val="24"/>
        </w:rPr>
        <w:br/>
        <w:t xml:space="preserve">  • Clearance to perform contractual service for the city government.</w:t>
      </w:r>
      <w:r w:rsidRPr="00B70587">
        <w:rPr>
          <w:sz w:val="24"/>
          <w:szCs w:val="24"/>
        </w:rPr>
        <w:br/>
        <w:t xml:space="preserve">  • Security clearance or access.</w:t>
      </w:r>
      <w:r w:rsidRPr="00B70587">
        <w:rPr>
          <w:sz w:val="24"/>
          <w:szCs w:val="24"/>
        </w:rPr>
        <w:br/>
        <w:t>The information obtained may be furnished to third parties as necessary for fulfillment of official responsibilities.</w:t>
      </w:r>
      <w:r w:rsidRPr="00B70587">
        <w:rPr>
          <w:sz w:val="24"/>
          <w:szCs w:val="24"/>
        </w:rPr>
        <w:br/>
      </w:r>
      <w:r w:rsidRPr="00B70587">
        <w:rPr>
          <w:sz w:val="24"/>
          <w:szCs w:val="24"/>
        </w:rPr>
        <w:br/>
      </w:r>
      <w:r w:rsidRPr="00B70587">
        <w:rPr>
          <w:b/>
          <w:sz w:val="24"/>
          <w:szCs w:val="24"/>
        </w:rPr>
        <w:t xml:space="preserve">Effects of Non-disclosure: </w:t>
      </w:r>
      <w:r w:rsidRPr="00B70587">
        <w:rPr>
          <w:sz w:val="24"/>
          <w:szCs w:val="24"/>
        </w:rPr>
        <w:t>Furnishing requested information is voluntary. However, failure to provide all or part of the information may result in lack of further consideration for employment, clearance, or access, or in termination of employment.</w:t>
      </w:r>
    </w:p>
    <w:p w14:paraId="4158C8F8" w14:textId="77777777" w:rsidR="00AA3848" w:rsidRDefault="00407892">
      <w:pPr>
        <w:keepNext/>
        <w:spacing w:before="200" w:after="80"/>
      </w:pPr>
      <w:r>
        <w:rPr>
          <w:b/>
          <w:color w:val="2F5496"/>
          <w:sz w:val="22"/>
        </w:rPr>
        <w:t>PERMISSION TO CONTACT CURRENT EMPLOYER</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168"/>
        <w:gridCol w:w="6912"/>
      </w:tblGrid>
      <w:tr w:rsidR="00AA3848" w14:paraId="5D9AF536" w14:textId="77777777" w:rsidTr="00E377E9">
        <w:trPr>
          <w:jc w:val="center"/>
        </w:trPr>
        <w:tc>
          <w:tcPr>
            <w:tcW w:w="3168" w:type="dxa"/>
            <w:shd w:val="clear" w:color="auto" w:fill="1B365D"/>
            <w:tcMar>
              <w:top w:w="70" w:type="dxa"/>
              <w:left w:w="100" w:type="dxa"/>
              <w:bottom w:w="70" w:type="dxa"/>
              <w:right w:w="100" w:type="dxa"/>
            </w:tcMar>
          </w:tcPr>
          <w:p w14:paraId="0622ACD6" w14:textId="77777777" w:rsidR="00AA3848" w:rsidRDefault="00407892">
            <w:pPr>
              <w:spacing w:before="40" w:after="40"/>
            </w:pPr>
            <w:r>
              <w:rPr>
                <w:b/>
                <w:color w:val="FFFFFF"/>
                <w:sz w:val="19"/>
              </w:rPr>
              <w:t>Selection</w:t>
            </w:r>
          </w:p>
        </w:tc>
        <w:tc>
          <w:tcPr>
            <w:tcW w:w="6912" w:type="dxa"/>
            <w:shd w:val="clear" w:color="auto" w:fill="1B365D"/>
            <w:tcMar>
              <w:top w:w="70" w:type="dxa"/>
              <w:left w:w="100" w:type="dxa"/>
              <w:bottom w:w="70" w:type="dxa"/>
              <w:right w:w="100" w:type="dxa"/>
            </w:tcMar>
          </w:tcPr>
          <w:p w14:paraId="7B4D3FF1" w14:textId="77777777" w:rsidR="00AA3848" w:rsidRDefault="00407892">
            <w:pPr>
              <w:spacing w:before="40" w:after="40"/>
            </w:pPr>
            <w:r>
              <w:rPr>
                <w:b/>
                <w:color w:val="FFFFFF"/>
                <w:sz w:val="19"/>
              </w:rPr>
              <w:t>Employer Contact Election &amp; Reason</w:t>
            </w:r>
          </w:p>
        </w:tc>
      </w:tr>
      <w:tr w:rsidR="00AA3848" w14:paraId="603C3208" w14:textId="77777777" w:rsidTr="00E377E9">
        <w:trPr>
          <w:jc w:val="center"/>
        </w:trPr>
        <w:tc>
          <w:tcPr>
            <w:tcW w:w="3168" w:type="dxa"/>
            <w:shd w:val="clear" w:color="auto" w:fill="FFFFFF"/>
            <w:tcMar>
              <w:top w:w="70" w:type="dxa"/>
              <w:left w:w="100" w:type="dxa"/>
              <w:bottom w:w="70" w:type="dxa"/>
              <w:right w:w="100" w:type="dxa"/>
            </w:tcMar>
          </w:tcPr>
          <w:p w14:paraId="1CBE11C7" w14:textId="77777777" w:rsidR="00AA3848" w:rsidRDefault="00407892">
            <w:pPr>
              <w:spacing w:before="40" w:after="40"/>
            </w:pPr>
            <w:proofErr w:type="gramStart"/>
            <w:r>
              <w:rPr>
                <w:color w:val="141414"/>
                <w:sz w:val="19"/>
              </w:rPr>
              <w:t>[  ]</w:t>
            </w:r>
            <w:proofErr w:type="gramEnd"/>
            <w:r>
              <w:rPr>
                <w:color w:val="141414"/>
                <w:sz w:val="19"/>
              </w:rPr>
              <w:t xml:space="preserve"> PERMISSION GRANTED</w:t>
            </w:r>
          </w:p>
        </w:tc>
        <w:tc>
          <w:tcPr>
            <w:tcW w:w="6912" w:type="dxa"/>
            <w:shd w:val="clear" w:color="auto" w:fill="FFFFFF"/>
            <w:tcMar>
              <w:top w:w="70" w:type="dxa"/>
              <w:left w:w="100" w:type="dxa"/>
              <w:bottom w:w="70" w:type="dxa"/>
              <w:right w:w="100" w:type="dxa"/>
            </w:tcMar>
          </w:tcPr>
          <w:p w14:paraId="42BCCE1E" w14:textId="77777777" w:rsidR="00AA3848" w:rsidRDefault="00407892">
            <w:pPr>
              <w:spacing w:before="40" w:after="40"/>
            </w:pPr>
            <w:r>
              <w:rPr>
                <w:color w:val="141414"/>
                <w:sz w:val="19"/>
              </w:rPr>
              <w:t>The Anniston Police Department HAS my permission to contact my current employer in reference to verification of my employment history.</w:t>
            </w:r>
          </w:p>
        </w:tc>
      </w:tr>
      <w:tr w:rsidR="00AA3848" w14:paraId="2EC29637" w14:textId="77777777" w:rsidTr="00E377E9">
        <w:trPr>
          <w:jc w:val="center"/>
        </w:trPr>
        <w:tc>
          <w:tcPr>
            <w:tcW w:w="3168" w:type="dxa"/>
            <w:shd w:val="clear" w:color="auto" w:fill="F9FBFD"/>
            <w:tcMar>
              <w:top w:w="70" w:type="dxa"/>
              <w:left w:w="100" w:type="dxa"/>
              <w:bottom w:w="70" w:type="dxa"/>
              <w:right w:w="100" w:type="dxa"/>
            </w:tcMar>
          </w:tcPr>
          <w:p w14:paraId="005854A5" w14:textId="77777777" w:rsidR="00AA3848" w:rsidRDefault="00407892">
            <w:pPr>
              <w:spacing w:before="40" w:after="40"/>
            </w:pPr>
            <w:proofErr w:type="gramStart"/>
            <w:r>
              <w:rPr>
                <w:color w:val="141414"/>
                <w:sz w:val="19"/>
              </w:rPr>
              <w:t>[  ]</w:t>
            </w:r>
            <w:proofErr w:type="gramEnd"/>
            <w:r>
              <w:rPr>
                <w:color w:val="141414"/>
                <w:sz w:val="19"/>
              </w:rPr>
              <w:t xml:space="preserve"> PERMISSION WITHHELD</w:t>
            </w:r>
          </w:p>
        </w:tc>
        <w:tc>
          <w:tcPr>
            <w:tcW w:w="6912" w:type="dxa"/>
            <w:shd w:val="clear" w:color="auto" w:fill="F9FBFD"/>
            <w:tcMar>
              <w:top w:w="70" w:type="dxa"/>
              <w:left w:w="100" w:type="dxa"/>
              <w:bottom w:w="70" w:type="dxa"/>
              <w:right w:w="100" w:type="dxa"/>
            </w:tcMar>
          </w:tcPr>
          <w:p w14:paraId="57B3FB75" w14:textId="77777777" w:rsidR="00AA3848" w:rsidRDefault="00407892">
            <w:pPr>
              <w:spacing w:before="40" w:after="40"/>
            </w:pPr>
            <w:r>
              <w:rPr>
                <w:color w:val="141414"/>
                <w:sz w:val="19"/>
              </w:rPr>
              <w:t>I request that my current employer NOT be contacted at this time.</w:t>
            </w:r>
          </w:p>
        </w:tc>
      </w:tr>
      <w:tr w:rsidR="00AA3848" w14:paraId="383E9AA8" w14:textId="77777777" w:rsidTr="00E377E9">
        <w:trPr>
          <w:jc w:val="center"/>
        </w:trPr>
        <w:tc>
          <w:tcPr>
            <w:tcW w:w="3168" w:type="dxa"/>
            <w:shd w:val="clear" w:color="auto" w:fill="FFFFFF"/>
            <w:tcMar>
              <w:top w:w="70" w:type="dxa"/>
              <w:left w:w="100" w:type="dxa"/>
              <w:bottom w:w="70" w:type="dxa"/>
              <w:right w:w="100" w:type="dxa"/>
            </w:tcMar>
          </w:tcPr>
          <w:p w14:paraId="7A09949E" w14:textId="77777777" w:rsidR="00AA3848" w:rsidRDefault="00407892">
            <w:pPr>
              <w:spacing w:before="40" w:after="40"/>
            </w:pPr>
            <w:r>
              <w:rPr>
                <w:color w:val="141414"/>
                <w:sz w:val="19"/>
              </w:rPr>
              <w:t>If Permission Withheld, State Reason:</w:t>
            </w:r>
          </w:p>
        </w:tc>
        <w:tc>
          <w:tcPr>
            <w:tcW w:w="6912" w:type="dxa"/>
            <w:shd w:val="clear" w:color="auto" w:fill="FFFFFF"/>
            <w:tcMar>
              <w:top w:w="70" w:type="dxa"/>
              <w:left w:w="100" w:type="dxa"/>
              <w:bottom w:w="70" w:type="dxa"/>
              <w:right w:w="100" w:type="dxa"/>
            </w:tcMar>
          </w:tcPr>
          <w:p w14:paraId="5C976D07" w14:textId="36CDFD0A" w:rsidR="00AA3848" w:rsidRDefault="00407892">
            <w:pPr>
              <w:spacing w:before="40" w:after="40"/>
            </w:pPr>
            <w:r>
              <w:rPr>
                <w:color w:val="141414"/>
                <w:sz w:val="19"/>
              </w:rPr>
              <w:t xml:space="preserve">[ If permission is withheld, click/type detailed reason </w:t>
            </w:r>
            <w:r w:rsidR="00E377E9">
              <w:rPr>
                <w:color w:val="141414"/>
                <w:sz w:val="19"/>
              </w:rPr>
              <w:t>below</w:t>
            </w:r>
            <w:r>
              <w:rPr>
                <w:color w:val="141414"/>
                <w:sz w:val="19"/>
              </w:rPr>
              <w:t>]</w:t>
            </w:r>
          </w:p>
        </w:tc>
      </w:tr>
      <w:tr w:rsidR="00E377E9" w14:paraId="27C96D59" w14:textId="77777777" w:rsidTr="00E377E9">
        <w:trPr>
          <w:jc w:val="center"/>
        </w:trPr>
        <w:tc>
          <w:tcPr>
            <w:tcW w:w="10080" w:type="dxa"/>
            <w:gridSpan w:val="2"/>
            <w:shd w:val="clear" w:color="auto" w:fill="FFFFFF"/>
            <w:tcMar>
              <w:top w:w="70" w:type="dxa"/>
              <w:left w:w="100" w:type="dxa"/>
              <w:bottom w:w="70" w:type="dxa"/>
              <w:right w:w="100" w:type="dxa"/>
            </w:tcMar>
          </w:tcPr>
          <w:p w14:paraId="4CF32B1A" w14:textId="77777777" w:rsidR="00E377E9" w:rsidRDefault="00E377E9">
            <w:pPr>
              <w:spacing w:before="40" w:after="40"/>
              <w:rPr>
                <w:color w:val="141414"/>
                <w:sz w:val="19"/>
              </w:rPr>
            </w:pPr>
          </w:p>
        </w:tc>
      </w:tr>
    </w:tbl>
    <w:p w14:paraId="54BFF533" w14:textId="77777777" w:rsidR="00AA3848" w:rsidRDefault="00AA3848">
      <w:pPr>
        <w:spacing w:after="12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7200"/>
        <w:gridCol w:w="2880"/>
      </w:tblGrid>
      <w:tr w:rsidR="00AA3848" w14:paraId="6A8CF605" w14:textId="77777777">
        <w:trPr>
          <w:jc w:val="center"/>
        </w:trPr>
        <w:tc>
          <w:tcPr>
            <w:tcW w:w="7200" w:type="dxa"/>
            <w:shd w:val="clear" w:color="auto" w:fill="1B365D"/>
            <w:tcMar>
              <w:top w:w="70" w:type="dxa"/>
              <w:left w:w="100" w:type="dxa"/>
              <w:bottom w:w="70" w:type="dxa"/>
              <w:right w:w="100" w:type="dxa"/>
            </w:tcMar>
          </w:tcPr>
          <w:p w14:paraId="632E7B05" w14:textId="77777777" w:rsidR="00AA3848" w:rsidRDefault="00407892">
            <w:pPr>
              <w:spacing w:before="40" w:after="40"/>
            </w:pPr>
            <w:r>
              <w:rPr>
                <w:b/>
                <w:color w:val="FFFFFF"/>
                <w:sz w:val="19"/>
              </w:rPr>
              <w:t>Applicant Verification Signature</w:t>
            </w:r>
          </w:p>
        </w:tc>
        <w:tc>
          <w:tcPr>
            <w:tcW w:w="2880" w:type="dxa"/>
            <w:shd w:val="clear" w:color="auto" w:fill="1B365D"/>
            <w:tcMar>
              <w:top w:w="70" w:type="dxa"/>
              <w:left w:w="100" w:type="dxa"/>
              <w:bottom w:w="70" w:type="dxa"/>
              <w:right w:w="100" w:type="dxa"/>
            </w:tcMar>
          </w:tcPr>
          <w:p w14:paraId="09325253" w14:textId="77777777" w:rsidR="00AA3848" w:rsidRDefault="00407892">
            <w:pPr>
              <w:spacing w:before="40" w:after="40"/>
            </w:pPr>
            <w:r>
              <w:rPr>
                <w:b/>
                <w:color w:val="FFFFFF"/>
                <w:sz w:val="19"/>
              </w:rPr>
              <w:t>Date</w:t>
            </w:r>
          </w:p>
        </w:tc>
      </w:tr>
      <w:tr w:rsidR="00AA3848" w14:paraId="5DA9BE74" w14:textId="77777777">
        <w:trPr>
          <w:jc w:val="center"/>
        </w:trPr>
        <w:tc>
          <w:tcPr>
            <w:tcW w:w="7200" w:type="dxa"/>
            <w:shd w:val="clear" w:color="auto" w:fill="FFFFFF"/>
            <w:tcMar>
              <w:top w:w="70" w:type="dxa"/>
              <w:left w:w="100" w:type="dxa"/>
              <w:bottom w:w="70" w:type="dxa"/>
              <w:right w:w="100" w:type="dxa"/>
            </w:tcMar>
          </w:tcPr>
          <w:p w14:paraId="3CC6FCAD" w14:textId="77777777" w:rsidR="00AA3848" w:rsidRDefault="00407892">
            <w:pPr>
              <w:spacing w:before="40" w:after="40"/>
            </w:pPr>
            <w:r>
              <w:rPr>
                <w:i/>
                <w:color w:val="6E6E6E"/>
                <w:sz w:val="19"/>
              </w:rPr>
              <w:t xml:space="preserve">Applicant Electronic / Printed Signature: [ Type Name </w:t>
            </w:r>
            <w:proofErr w:type="gramStart"/>
            <w:r>
              <w:rPr>
                <w:i/>
                <w:color w:val="6E6E6E"/>
                <w:sz w:val="19"/>
              </w:rPr>
              <w:t>Here ]</w:t>
            </w:r>
            <w:proofErr w:type="gramEnd"/>
          </w:p>
        </w:tc>
        <w:tc>
          <w:tcPr>
            <w:tcW w:w="2880" w:type="dxa"/>
            <w:shd w:val="clear" w:color="auto" w:fill="FFFFFF"/>
            <w:tcMar>
              <w:top w:w="70" w:type="dxa"/>
              <w:left w:w="100" w:type="dxa"/>
              <w:bottom w:w="70" w:type="dxa"/>
              <w:right w:w="100" w:type="dxa"/>
            </w:tcMar>
          </w:tcPr>
          <w:p w14:paraId="38D8510A" w14:textId="77777777" w:rsidR="00AA3848" w:rsidRDefault="00407892">
            <w:pPr>
              <w:spacing w:before="40" w:after="40"/>
            </w:pPr>
            <w:r>
              <w:rPr>
                <w:i/>
                <w:color w:val="6E6E6E"/>
                <w:sz w:val="19"/>
              </w:rPr>
              <w:t xml:space="preserve">Date: [ Enter </w:t>
            </w:r>
            <w:proofErr w:type="gramStart"/>
            <w:r>
              <w:rPr>
                <w:i/>
                <w:color w:val="6E6E6E"/>
                <w:sz w:val="19"/>
              </w:rPr>
              <w:t>Date ]</w:t>
            </w:r>
            <w:proofErr w:type="gramEnd"/>
          </w:p>
        </w:tc>
      </w:tr>
    </w:tbl>
    <w:p w14:paraId="53FC4F77" w14:textId="77777777" w:rsidR="00AA3848" w:rsidRDefault="00AA3848">
      <w:pPr>
        <w:spacing w:after="120"/>
      </w:pPr>
    </w:p>
    <w:p w14:paraId="348097C1" w14:textId="77777777" w:rsidR="00DA1A98" w:rsidRDefault="00DA1A98">
      <w:pPr>
        <w:keepNext/>
        <w:spacing w:before="280" w:after="120"/>
        <w:rPr>
          <w:b/>
          <w:color w:val="1B365D"/>
          <w:sz w:val="26"/>
        </w:rPr>
      </w:pPr>
      <w:r>
        <w:rPr>
          <w:b/>
          <w:color w:val="1B365D"/>
          <w:sz w:val="26"/>
        </w:rPr>
        <w:br w:type="page"/>
      </w:r>
    </w:p>
    <w:p w14:paraId="11817494" w14:textId="5B38FE4C" w:rsidR="00AA3848" w:rsidRDefault="00407892">
      <w:pPr>
        <w:keepNext/>
        <w:spacing w:before="280" w:after="120"/>
      </w:pPr>
      <w:r>
        <w:rPr>
          <w:b/>
          <w:color w:val="1B365D"/>
          <w:sz w:val="26"/>
        </w:rPr>
        <w:lastRenderedPageBreak/>
        <w:t>SECTION 1: PERSONAL AND FAMILY INFORMATION</w:t>
      </w:r>
    </w:p>
    <w:p w14:paraId="2E621E45" w14:textId="77777777" w:rsidR="00AA3848" w:rsidRDefault="00407892">
      <w:pPr>
        <w:keepNext/>
        <w:spacing w:before="200" w:after="80"/>
      </w:pPr>
      <w:r>
        <w:rPr>
          <w:b/>
          <w:color w:val="2F5496"/>
          <w:sz w:val="22"/>
        </w:rPr>
        <w:t>1.1 Full Legal Name &amp; Aliases</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168"/>
        <w:gridCol w:w="6912"/>
      </w:tblGrid>
      <w:tr w:rsidR="00AA3848" w14:paraId="59DA6989" w14:textId="77777777">
        <w:trPr>
          <w:jc w:val="center"/>
        </w:trPr>
        <w:tc>
          <w:tcPr>
            <w:tcW w:w="3168" w:type="dxa"/>
            <w:shd w:val="clear" w:color="auto" w:fill="1B365D"/>
            <w:tcMar>
              <w:top w:w="70" w:type="dxa"/>
              <w:left w:w="100" w:type="dxa"/>
              <w:bottom w:w="70" w:type="dxa"/>
              <w:right w:w="100" w:type="dxa"/>
            </w:tcMar>
          </w:tcPr>
          <w:p w14:paraId="05300201" w14:textId="77777777" w:rsidR="00AA3848" w:rsidRDefault="00407892">
            <w:pPr>
              <w:spacing w:before="40" w:after="40"/>
            </w:pPr>
            <w:r>
              <w:rPr>
                <w:b/>
                <w:color w:val="FFFFFF"/>
                <w:sz w:val="19"/>
              </w:rPr>
              <w:t>Field</w:t>
            </w:r>
          </w:p>
        </w:tc>
        <w:tc>
          <w:tcPr>
            <w:tcW w:w="6912" w:type="dxa"/>
            <w:shd w:val="clear" w:color="auto" w:fill="1B365D"/>
            <w:tcMar>
              <w:top w:w="70" w:type="dxa"/>
              <w:left w:w="100" w:type="dxa"/>
              <w:bottom w:w="70" w:type="dxa"/>
              <w:right w:w="100" w:type="dxa"/>
            </w:tcMar>
          </w:tcPr>
          <w:p w14:paraId="1DC9980A" w14:textId="77777777" w:rsidR="00AA3848" w:rsidRDefault="00407892">
            <w:pPr>
              <w:spacing w:before="40" w:after="40"/>
            </w:pPr>
            <w:r>
              <w:rPr>
                <w:b/>
                <w:color w:val="FFFFFF"/>
                <w:sz w:val="19"/>
              </w:rPr>
              <w:t>Applicant Entry</w:t>
            </w:r>
          </w:p>
        </w:tc>
      </w:tr>
      <w:tr w:rsidR="00AA3848" w14:paraId="0DF09EE4" w14:textId="77777777">
        <w:trPr>
          <w:jc w:val="center"/>
        </w:trPr>
        <w:tc>
          <w:tcPr>
            <w:tcW w:w="3168" w:type="dxa"/>
            <w:shd w:val="clear" w:color="auto" w:fill="FFFFFF"/>
            <w:tcMar>
              <w:top w:w="70" w:type="dxa"/>
              <w:left w:w="100" w:type="dxa"/>
              <w:bottom w:w="70" w:type="dxa"/>
              <w:right w:w="100" w:type="dxa"/>
            </w:tcMar>
          </w:tcPr>
          <w:p w14:paraId="2B0F8590" w14:textId="77777777" w:rsidR="00AA3848" w:rsidRDefault="00407892">
            <w:pPr>
              <w:spacing w:before="40" w:after="40"/>
            </w:pPr>
            <w:r>
              <w:rPr>
                <w:color w:val="141414"/>
                <w:sz w:val="19"/>
              </w:rPr>
              <w:t>Last Name:</w:t>
            </w:r>
          </w:p>
        </w:tc>
        <w:tc>
          <w:tcPr>
            <w:tcW w:w="6912" w:type="dxa"/>
            <w:shd w:val="clear" w:color="auto" w:fill="FFFFFF"/>
            <w:tcMar>
              <w:top w:w="70" w:type="dxa"/>
              <w:left w:w="100" w:type="dxa"/>
              <w:bottom w:w="70" w:type="dxa"/>
              <w:right w:w="100" w:type="dxa"/>
            </w:tcMar>
          </w:tcPr>
          <w:p w14:paraId="0D83A228" w14:textId="77777777" w:rsidR="00AA3848" w:rsidRDefault="00407892">
            <w:pPr>
              <w:spacing w:before="40" w:after="40"/>
            </w:pPr>
            <w:r>
              <w:rPr>
                <w:i/>
                <w:color w:val="6E6E6E"/>
                <w:sz w:val="19"/>
              </w:rPr>
              <w:t xml:space="preserve">[ Type Last </w:t>
            </w:r>
            <w:proofErr w:type="gramStart"/>
            <w:r>
              <w:rPr>
                <w:i/>
                <w:color w:val="6E6E6E"/>
                <w:sz w:val="19"/>
              </w:rPr>
              <w:t>Name ]</w:t>
            </w:r>
            <w:proofErr w:type="gramEnd"/>
          </w:p>
        </w:tc>
      </w:tr>
      <w:tr w:rsidR="00AA3848" w14:paraId="46067ABC" w14:textId="77777777">
        <w:trPr>
          <w:jc w:val="center"/>
        </w:trPr>
        <w:tc>
          <w:tcPr>
            <w:tcW w:w="3168" w:type="dxa"/>
            <w:shd w:val="clear" w:color="auto" w:fill="F9FBFD"/>
            <w:tcMar>
              <w:top w:w="70" w:type="dxa"/>
              <w:left w:w="100" w:type="dxa"/>
              <w:bottom w:w="70" w:type="dxa"/>
              <w:right w:w="100" w:type="dxa"/>
            </w:tcMar>
          </w:tcPr>
          <w:p w14:paraId="630C59CE" w14:textId="77777777" w:rsidR="00AA3848" w:rsidRDefault="00407892">
            <w:pPr>
              <w:spacing w:before="40" w:after="40"/>
            </w:pPr>
            <w:r>
              <w:rPr>
                <w:color w:val="141414"/>
                <w:sz w:val="19"/>
              </w:rPr>
              <w:t>First Name:</w:t>
            </w:r>
          </w:p>
        </w:tc>
        <w:tc>
          <w:tcPr>
            <w:tcW w:w="6912" w:type="dxa"/>
            <w:shd w:val="clear" w:color="auto" w:fill="F9FBFD"/>
            <w:tcMar>
              <w:top w:w="70" w:type="dxa"/>
              <w:left w:w="100" w:type="dxa"/>
              <w:bottom w:w="70" w:type="dxa"/>
              <w:right w:w="100" w:type="dxa"/>
            </w:tcMar>
          </w:tcPr>
          <w:p w14:paraId="6BDE30E4" w14:textId="77777777" w:rsidR="00AA3848" w:rsidRDefault="00407892">
            <w:pPr>
              <w:spacing w:before="40" w:after="40"/>
            </w:pPr>
            <w:r>
              <w:rPr>
                <w:i/>
                <w:color w:val="6E6E6E"/>
                <w:sz w:val="19"/>
              </w:rPr>
              <w:t xml:space="preserve">[ Type First </w:t>
            </w:r>
            <w:proofErr w:type="gramStart"/>
            <w:r>
              <w:rPr>
                <w:i/>
                <w:color w:val="6E6E6E"/>
                <w:sz w:val="19"/>
              </w:rPr>
              <w:t>Name ]</w:t>
            </w:r>
            <w:proofErr w:type="gramEnd"/>
          </w:p>
        </w:tc>
      </w:tr>
      <w:tr w:rsidR="00AA3848" w14:paraId="77897B5D" w14:textId="77777777">
        <w:trPr>
          <w:jc w:val="center"/>
        </w:trPr>
        <w:tc>
          <w:tcPr>
            <w:tcW w:w="3168" w:type="dxa"/>
            <w:shd w:val="clear" w:color="auto" w:fill="FFFFFF"/>
            <w:tcMar>
              <w:top w:w="70" w:type="dxa"/>
              <w:left w:w="100" w:type="dxa"/>
              <w:bottom w:w="70" w:type="dxa"/>
              <w:right w:w="100" w:type="dxa"/>
            </w:tcMar>
          </w:tcPr>
          <w:p w14:paraId="019F6B52" w14:textId="77777777" w:rsidR="00AA3848" w:rsidRDefault="00407892">
            <w:pPr>
              <w:spacing w:before="40" w:after="40"/>
            </w:pPr>
            <w:r>
              <w:rPr>
                <w:color w:val="141414"/>
                <w:sz w:val="19"/>
              </w:rPr>
              <w:t>Middle / Maiden Name:</w:t>
            </w:r>
          </w:p>
        </w:tc>
        <w:tc>
          <w:tcPr>
            <w:tcW w:w="6912" w:type="dxa"/>
            <w:shd w:val="clear" w:color="auto" w:fill="FFFFFF"/>
            <w:tcMar>
              <w:top w:w="70" w:type="dxa"/>
              <w:left w:w="100" w:type="dxa"/>
              <w:bottom w:w="70" w:type="dxa"/>
              <w:right w:w="100" w:type="dxa"/>
            </w:tcMar>
          </w:tcPr>
          <w:p w14:paraId="5BE4E747" w14:textId="77777777" w:rsidR="00AA3848" w:rsidRDefault="00407892">
            <w:pPr>
              <w:spacing w:before="40" w:after="40"/>
            </w:pPr>
            <w:r>
              <w:rPr>
                <w:i/>
                <w:color w:val="6E6E6E"/>
                <w:sz w:val="19"/>
              </w:rPr>
              <w:t xml:space="preserve">[ Type Middle / Maiden </w:t>
            </w:r>
            <w:proofErr w:type="gramStart"/>
            <w:r>
              <w:rPr>
                <w:i/>
                <w:color w:val="6E6E6E"/>
                <w:sz w:val="19"/>
              </w:rPr>
              <w:t>Name ]</w:t>
            </w:r>
            <w:proofErr w:type="gramEnd"/>
          </w:p>
        </w:tc>
      </w:tr>
      <w:tr w:rsidR="00AA3848" w14:paraId="7BBF52AB" w14:textId="77777777">
        <w:trPr>
          <w:jc w:val="center"/>
        </w:trPr>
        <w:tc>
          <w:tcPr>
            <w:tcW w:w="3168" w:type="dxa"/>
            <w:shd w:val="clear" w:color="auto" w:fill="F9FBFD"/>
            <w:tcMar>
              <w:top w:w="70" w:type="dxa"/>
              <w:left w:w="100" w:type="dxa"/>
              <w:bottom w:w="70" w:type="dxa"/>
              <w:right w:w="100" w:type="dxa"/>
            </w:tcMar>
          </w:tcPr>
          <w:p w14:paraId="704E8BA7" w14:textId="77777777" w:rsidR="00AA3848" w:rsidRDefault="00407892">
            <w:pPr>
              <w:spacing w:before="40" w:after="40"/>
            </w:pPr>
            <w:r>
              <w:rPr>
                <w:color w:val="141414"/>
                <w:sz w:val="19"/>
              </w:rPr>
              <w:t>Name Most Commonly Called:</w:t>
            </w:r>
          </w:p>
        </w:tc>
        <w:tc>
          <w:tcPr>
            <w:tcW w:w="6912" w:type="dxa"/>
            <w:shd w:val="clear" w:color="auto" w:fill="F9FBFD"/>
            <w:tcMar>
              <w:top w:w="70" w:type="dxa"/>
              <w:left w:w="100" w:type="dxa"/>
              <w:bottom w:w="70" w:type="dxa"/>
              <w:right w:w="100" w:type="dxa"/>
            </w:tcMar>
          </w:tcPr>
          <w:p w14:paraId="10508307" w14:textId="77777777" w:rsidR="00AA3848" w:rsidRDefault="00407892">
            <w:pPr>
              <w:spacing w:before="40" w:after="40"/>
            </w:pPr>
            <w:r>
              <w:rPr>
                <w:i/>
                <w:color w:val="6E6E6E"/>
                <w:sz w:val="19"/>
              </w:rPr>
              <w:t xml:space="preserve">[ Type Preferred </w:t>
            </w:r>
            <w:proofErr w:type="gramStart"/>
            <w:r>
              <w:rPr>
                <w:i/>
                <w:color w:val="6E6E6E"/>
                <w:sz w:val="19"/>
              </w:rPr>
              <w:t>Name ]</w:t>
            </w:r>
            <w:proofErr w:type="gramEnd"/>
          </w:p>
        </w:tc>
      </w:tr>
      <w:tr w:rsidR="00AA3848" w14:paraId="72BAAB02" w14:textId="77777777">
        <w:trPr>
          <w:jc w:val="center"/>
        </w:trPr>
        <w:tc>
          <w:tcPr>
            <w:tcW w:w="3168" w:type="dxa"/>
            <w:shd w:val="clear" w:color="auto" w:fill="FFFFFF"/>
            <w:tcMar>
              <w:top w:w="70" w:type="dxa"/>
              <w:left w:w="100" w:type="dxa"/>
              <w:bottom w:w="70" w:type="dxa"/>
              <w:right w:w="100" w:type="dxa"/>
            </w:tcMar>
          </w:tcPr>
          <w:p w14:paraId="75D373FC" w14:textId="77777777" w:rsidR="00AA3848" w:rsidRDefault="00407892">
            <w:pPr>
              <w:spacing w:before="40" w:after="40"/>
            </w:pPr>
            <w:r>
              <w:rPr>
                <w:color w:val="141414"/>
                <w:sz w:val="19"/>
              </w:rPr>
              <w:t>Aliases / Nicknames / Other Names Used:</w:t>
            </w:r>
          </w:p>
        </w:tc>
        <w:tc>
          <w:tcPr>
            <w:tcW w:w="6912" w:type="dxa"/>
            <w:shd w:val="clear" w:color="auto" w:fill="FFFFFF"/>
            <w:tcMar>
              <w:top w:w="70" w:type="dxa"/>
              <w:left w:w="100" w:type="dxa"/>
              <w:bottom w:w="70" w:type="dxa"/>
              <w:right w:w="100" w:type="dxa"/>
            </w:tcMar>
          </w:tcPr>
          <w:p w14:paraId="4C159324" w14:textId="77777777" w:rsidR="00AA3848" w:rsidRDefault="00407892">
            <w:pPr>
              <w:spacing w:before="40" w:after="40"/>
            </w:pPr>
            <w:r>
              <w:rPr>
                <w:i/>
                <w:color w:val="6E6E6E"/>
                <w:sz w:val="19"/>
              </w:rPr>
              <w:t>[ Type Aliases or N/</w:t>
            </w:r>
            <w:proofErr w:type="gramStart"/>
            <w:r>
              <w:rPr>
                <w:i/>
                <w:color w:val="6E6E6E"/>
                <w:sz w:val="19"/>
              </w:rPr>
              <w:t>A ]</w:t>
            </w:r>
            <w:proofErr w:type="gramEnd"/>
          </w:p>
        </w:tc>
      </w:tr>
    </w:tbl>
    <w:p w14:paraId="62E87219" w14:textId="77777777" w:rsidR="00AA3848" w:rsidRDefault="00407892">
      <w:pPr>
        <w:keepNext/>
        <w:spacing w:before="200" w:after="80"/>
      </w:pPr>
      <w:r>
        <w:rPr>
          <w:b/>
          <w:color w:val="2F5496"/>
          <w:sz w:val="22"/>
        </w:rPr>
        <w:t>1.2 Contact Information</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520"/>
        <w:gridCol w:w="2520"/>
        <w:gridCol w:w="2520"/>
        <w:gridCol w:w="2520"/>
      </w:tblGrid>
      <w:tr w:rsidR="00AA3848" w14:paraId="7C8A9AA2" w14:textId="77777777">
        <w:trPr>
          <w:jc w:val="center"/>
        </w:trPr>
        <w:tc>
          <w:tcPr>
            <w:tcW w:w="2520" w:type="dxa"/>
            <w:shd w:val="clear" w:color="auto" w:fill="1B365D"/>
            <w:tcMar>
              <w:top w:w="70" w:type="dxa"/>
              <w:left w:w="100" w:type="dxa"/>
              <w:bottom w:w="70" w:type="dxa"/>
              <w:right w:w="100" w:type="dxa"/>
            </w:tcMar>
          </w:tcPr>
          <w:p w14:paraId="0A6E1ECC" w14:textId="77777777" w:rsidR="00AA3848" w:rsidRDefault="00407892">
            <w:pPr>
              <w:spacing w:before="40" w:after="40"/>
            </w:pPr>
            <w:r>
              <w:rPr>
                <w:b/>
                <w:color w:val="FFFFFF"/>
                <w:sz w:val="19"/>
              </w:rPr>
              <w:t>Residence Phone</w:t>
            </w:r>
          </w:p>
        </w:tc>
        <w:tc>
          <w:tcPr>
            <w:tcW w:w="2520" w:type="dxa"/>
            <w:shd w:val="clear" w:color="auto" w:fill="1B365D"/>
            <w:tcMar>
              <w:top w:w="70" w:type="dxa"/>
              <w:left w:w="100" w:type="dxa"/>
              <w:bottom w:w="70" w:type="dxa"/>
              <w:right w:w="100" w:type="dxa"/>
            </w:tcMar>
          </w:tcPr>
          <w:p w14:paraId="3DA0394C" w14:textId="77777777" w:rsidR="00AA3848" w:rsidRDefault="00407892">
            <w:pPr>
              <w:spacing w:before="40" w:after="40"/>
            </w:pPr>
            <w:r>
              <w:rPr>
                <w:b/>
                <w:color w:val="FFFFFF"/>
                <w:sz w:val="19"/>
              </w:rPr>
              <w:t>Work Phone</w:t>
            </w:r>
          </w:p>
        </w:tc>
        <w:tc>
          <w:tcPr>
            <w:tcW w:w="2520" w:type="dxa"/>
            <w:shd w:val="clear" w:color="auto" w:fill="1B365D"/>
            <w:tcMar>
              <w:top w:w="70" w:type="dxa"/>
              <w:left w:w="100" w:type="dxa"/>
              <w:bottom w:w="70" w:type="dxa"/>
              <w:right w:w="100" w:type="dxa"/>
            </w:tcMar>
          </w:tcPr>
          <w:p w14:paraId="46C2F37F" w14:textId="77777777" w:rsidR="00AA3848" w:rsidRDefault="00407892">
            <w:pPr>
              <w:spacing w:before="40" w:after="40"/>
            </w:pPr>
            <w:r>
              <w:rPr>
                <w:b/>
                <w:color w:val="FFFFFF"/>
                <w:sz w:val="19"/>
              </w:rPr>
              <w:t>Cellular Phone</w:t>
            </w:r>
          </w:p>
        </w:tc>
        <w:tc>
          <w:tcPr>
            <w:tcW w:w="2520" w:type="dxa"/>
            <w:shd w:val="clear" w:color="auto" w:fill="1B365D"/>
            <w:tcMar>
              <w:top w:w="70" w:type="dxa"/>
              <w:left w:w="100" w:type="dxa"/>
              <w:bottom w:w="70" w:type="dxa"/>
              <w:right w:w="100" w:type="dxa"/>
            </w:tcMar>
          </w:tcPr>
          <w:p w14:paraId="400435A4" w14:textId="77777777" w:rsidR="00AA3848" w:rsidRDefault="00407892">
            <w:pPr>
              <w:spacing w:before="40" w:after="40"/>
            </w:pPr>
            <w:r>
              <w:rPr>
                <w:b/>
                <w:color w:val="FFFFFF"/>
                <w:sz w:val="19"/>
              </w:rPr>
              <w:t>Email Address</w:t>
            </w:r>
          </w:p>
        </w:tc>
      </w:tr>
      <w:tr w:rsidR="00AA3848" w14:paraId="04FA2424" w14:textId="77777777">
        <w:trPr>
          <w:jc w:val="center"/>
        </w:trPr>
        <w:tc>
          <w:tcPr>
            <w:tcW w:w="2520" w:type="dxa"/>
            <w:shd w:val="clear" w:color="auto" w:fill="FFFFFF"/>
            <w:tcMar>
              <w:top w:w="70" w:type="dxa"/>
              <w:left w:w="100" w:type="dxa"/>
              <w:bottom w:w="70" w:type="dxa"/>
              <w:right w:w="100" w:type="dxa"/>
            </w:tcMar>
          </w:tcPr>
          <w:p w14:paraId="6C5B32AF" w14:textId="77777777" w:rsidR="00AA3848" w:rsidRDefault="00407892">
            <w:pPr>
              <w:spacing w:before="40" w:after="40"/>
            </w:pPr>
            <w:r>
              <w:rPr>
                <w:i/>
                <w:color w:val="6E6E6E"/>
                <w:sz w:val="19"/>
              </w:rPr>
              <w:t xml:space="preserve">[ Type </w:t>
            </w:r>
            <w:proofErr w:type="gramStart"/>
            <w:r>
              <w:rPr>
                <w:i/>
                <w:color w:val="6E6E6E"/>
                <w:sz w:val="19"/>
              </w:rPr>
              <w:t>Phone ]</w:t>
            </w:r>
            <w:proofErr w:type="gramEnd"/>
          </w:p>
        </w:tc>
        <w:tc>
          <w:tcPr>
            <w:tcW w:w="2520" w:type="dxa"/>
            <w:shd w:val="clear" w:color="auto" w:fill="FFFFFF"/>
            <w:tcMar>
              <w:top w:w="70" w:type="dxa"/>
              <w:left w:w="100" w:type="dxa"/>
              <w:bottom w:w="70" w:type="dxa"/>
              <w:right w:w="100" w:type="dxa"/>
            </w:tcMar>
          </w:tcPr>
          <w:p w14:paraId="01B44AE8" w14:textId="77777777" w:rsidR="00AA3848" w:rsidRDefault="00407892">
            <w:pPr>
              <w:spacing w:before="40" w:after="40"/>
            </w:pPr>
            <w:r>
              <w:rPr>
                <w:i/>
                <w:color w:val="6E6E6E"/>
                <w:sz w:val="19"/>
              </w:rPr>
              <w:t xml:space="preserve">[ Type </w:t>
            </w:r>
            <w:proofErr w:type="gramStart"/>
            <w:r>
              <w:rPr>
                <w:i/>
                <w:color w:val="6E6E6E"/>
                <w:sz w:val="19"/>
              </w:rPr>
              <w:t>Phone ]</w:t>
            </w:r>
            <w:proofErr w:type="gramEnd"/>
          </w:p>
        </w:tc>
        <w:tc>
          <w:tcPr>
            <w:tcW w:w="2520" w:type="dxa"/>
            <w:shd w:val="clear" w:color="auto" w:fill="FFFFFF"/>
            <w:tcMar>
              <w:top w:w="70" w:type="dxa"/>
              <w:left w:w="100" w:type="dxa"/>
              <w:bottom w:w="70" w:type="dxa"/>
              <w:right w:w="100" w:type="dxa"/>
            </w:tcMar>
          </w:tcPr>
          <w:p w14:paraId="7CAA45F9" w14:textId="77777777" w:rsidR="00AA3848" w:rsidRDefault="00407892">
            <w:pPr>
              <w:spacing w:before="40" w:after="40"/>
            </w:pPr>
            <w:r>
              <w:rPr>
                <w:i/>
                <w:color w:val="6E6E6E"/>
                <w:sz w:val="19"/>
              </w:rPr>
              <w:t xml:space="preserve">[ Type </w:t>
            </w:r>
            <w:proofErr w:type="gramStart"/>
            <w:r>
              <w:rPr>
                <w:i/>
                <w:color w:val="6E6E6E"/>
                <w:sz w:val="19"/>
              </w:rPr>
              <w:t>Phone ]</w:t>
            </w:r>
            <w:proofErr w:type="gramEnd"/>
          </w:p>
        </w:tc>
        <w:tc>
          <w:tcPr>
            <w:tcW w:w="2520" w:type="dxa"/>
            <w:shd w:val="clear" w:color="auto" w:fill="FFFFFF"/>
            <w:tcMar>
              <w:top w:w="70" w:type="dxa"/>
              <w:left w:w="100" w:type="dxa"/>
              <w:bottom w:w="70" w:type="dxa"/>
              <w:right w:w="100" w:type="dxa"/>
            </w:tcMar>
          </w:tcPr>
          <w:p w14:paraId="2B4B5B4B" w14:textId="77777777" w:rsidR="00AA3848" w:rsidRDefault="00407892">
            <w:pPr>
              <w:spacing w:before="40" w:after="40"/>
            </w:pPr>
            <w:r>
              <w:rPr>
                <w:i/>
                <w:color w:val="6E6E6E"/>
                <w:sz w:val="19"/>
              </w:rPr>
              <w:t xml:space="preserve">[ Type Email </w:t>
            </w:r>
            <w:proofErr w:type="gramStart"/>
            <w:r>
              <w:rPr>
                <w:i/>
                <w:color w:val="6E6E6E"/>
                <w:sz w:val="19"/>
              </w:rPr>
              <w:t>Address ]</w:t>
            </w:r>
            <w:proofErr w:type="gramEnd"/>
          </w:p>
        </w:tc>
      </w:tr>
    </w:tbl>
    <w:p w14:paraId="0B492F08" w14:textId="77777777" w:rsidR="00AA3848" w:rsidRDefault="00AA3848">
      <w:pPr>
        <w:spacing w:after="120"/>
      </w:pPr>
    </w:p>
    <w:p w14:paraId="119DF0FE" w14:textId="77777777" w:rsidR="00AA3848" w:rsidRDefault="00407892">
      <w:pPr>
        <w:keepNext/>
        <w:spacing w:before="200" w:after="80"/>
      </w:pPr>
      <w:r>
        <w:rPr>
          <w:b/>
          <w:color w:val="2F5496"/>
          <w:sz w:val="22"/>
        </w:rPr>
        <w:t>1.3 Personal Details &amp; Citizenship</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432"/>
        <w:gridCol w:w="1728"/>
        <w:gridCol w:w="144"/>
        <w:gridCol w:w="1872"/>
        <w:gridCol w:w="288"/>
        <w:gridCol w:w="3456"/>
      </w:tblGrid>
      <w:tr w:rsidR="00AA3848" w14:paraId="53E4F119" w14:textId="77777777">
        <w:trPr>
          <w:jc w:val="center"/>
        </w:trPr>
        <w:tc>
          <w:tcPr>
            <w:tcW w:w="2160" w:type="dxa"/>
            <w:shd w:val="clear" w:color="auto" w:fill="1B365D"/>
            <w:tcMar>
              <w:top w:w="70" w:type="dxa"/>
              <w:left w:w="100" w:type="dxa"/>
              <w:bottom w:w="70" w:type="dxa"/>
              <w:right w:w="100" w:type="dxa"/>
            </w:tcMar>
          </w:tcPr>
          <w:p w14:paraId="733304C1" w14:textId="77777777" w:rsidR="00AA3848" w:rsidRDefault="00407892">
            <w:pPr>
              <w:spacing w:before="40" w:after="40"/>
            </w:pPr>
            <w:r>
              <w:rPr>
                <w:b/>
                <w:color w:val="FFFFFF"/>
                <w:sz w:val="19"/>
              </w:rPr>
              <w:t>Sex</w:t>
            </w:r>
          </w:p>
        </w:tc>
        <w:tc>
          <w:tcPr>
            <w:tcW w:w="2304" w:type="dxa"/>
            <w:gridSpan w:val="3"/>
            <w:shd w:val="clear" w:color="auto" w:fill="1B365D"/>
            <w:tcMar>
              <w:top w:w="70" w:type="dxa"/>
              <w:left w:w="100" w:type="dxa"/>
              <w:bottom w:w="70" w:type="dxa"/>
              <w:right w:w="100" w:type="dxa"/>
            </w:tcMar>
          </w:tcPr>
          <w:p w14:paraId="074A6112" w14:textId="77777777" w:rsidR="00AA3848" w:rsidRDefault="00407892">
            <w:pPr>
              <w:spacing w:before="40" w:after="40"/>
            </w:pPr>
            <w:r>
              <w:rPr>
                <w:b/>
                <w:color w:val="FFFFFF"/>
                <w:sz w:val="19"/>
              </w:rPr>
              <w:t>Social Security Number</w:t>
            </w:r>
          </w:p>
        </w:tc>
        <w:tc>
          <w:tcPr>
            <w:tcW w:w="2160" w:type="dxa"/>
            <w:gridSpan w:val="2"/>
            <w:shd w:val="clear" w:color="auto" w:fill="1B365D"/>
            <w:tcMar>
              <w:top w:w="70" w:type="dxa"/>
              <w:left w:w="100" w:type="dxa"/>
              <w:bottom w:w="70" w:type="dxa"/>
              <w:right w:w="100" w:type="dxa"/>
            </w:tcMar>
          </w:tcPr>
          <w:p w14:paraId="4B7A93E1" w14:textId="77777777" w:rsidR="00AA3848" w:rsidRDefault="00407892">
            <w:pPr>
              <w:spacing w:before="40" w:after="40"/>
            </w:pPr>
            <w:r>
              <w:rPr>
                <w:b/>
                <w:color w:val="FFFFFF"/>
                <w:sz w:val="19"/>
              </w:rPr>
              <w:t>Date of Birth</w:t>
            </w:r>
          </w:p>
        </w:tc>
        <w:tc>
          <w:tcPr>
            <w:tcW w:w="3456" w:type="dxa"/>
            <w:shd w:val="clear" w:color="auto" w:fill="1B365D"/>
            <w:tcMar>
              <w:top w:w="70" w:type="dxa"/>
              <w:left w:w="100" w:type="dxa"/>
              <w:bottom w:w="70" w:type="dxa"/>
              <w:right w:w="100" w:type="dxa"/>
            </w:tcMar>
          </w:tcPr>
          <w:p w14:paraId="3887FC40" w14:textId="77777777" w:rsidR="00AA3848" w:rsidRDefault="00407892">
            <w:pPr>
              <w:spacing w:before="40" w:after="40"/>
            </w:pPr>
            <w:r>
              <w:rPr>
                <w:b/>
                <w:color w:val="FFFFFF"/>
                <w:sz w:val="19"/>
              </w:rPr>
              <w:t>Place of Birth (City, County, State)</w:t>
            </w:r>
          </w:p>
        </w:tc>
      </w:tr>
      <w:tr w:rsidR="00AA3848" w14:paraId="4EEF5657" w14:textId="77777777">
        <w:trPr>
          <w:jc w:val="center"/>
        </w:trPr>
        <w:tc>
          <w:tcPr>
            <w:tcW w:w="2160" w:type="dxa"/>
            <w:shd w:val="clear" w:color="auto" w:fill="FFFFFF"/>
            <w:tcMar>
              <w:top w:w="70" w:type="dxa"/>
              <w:left w:w="100" w:type="dxa"/>
              <w:bottom w:w="70" w:type="dxa"/>
              <w:right w:w="100" w:type="dxa"/>
            </w:tcMar>
          </w:tcPr>
          <w:p w14:paraId="110241B9" w14:textId="77777777" w:rsidR="00AA3848" w:rsidRDefault="00407892">
            <w:pPr>
              <w:spacing w:before="40" w:after="40"/>
            </w:pPr>
            <w:proofErr w:type="gramStart"/>
            <w:r>
              <w:rPr>
                <w:color w:val="141414"/>
                <w:sz w:val="19"/>
              </w:rPr>
              <w:t>[  ]</w:t>
            </w:r>
            <w:proofErr w:type="gramEnd"/>
            <w:r>
              <w:rPr>
                <w:color w:val="141414"/>
                <w:sz w:val="19"/>
              </w:rPr>
              <w:t xml:space="preserve"> Male  [  ] Female</w:t>
            </w:r>
          </w:p>
        </w:tc>
        <w:tc>
          <w:tcPr>
            <w:tcW w:w="2304" w:type="dxa"/>
            <w:gridSpan w:val="3"/>
            <w:shd w:val="clear" w:color="auto" w:fill="FFFFFF"/>
            <w:tcMar>
              <w:top w:w="70" w:type="dxa"/>
              <w:left w:w="100" w:type="dxa"/>
              <w:bottom w:w="70" w:type="dxa"/>
              <w:right w:w="100" w:type="dxa"/>
            </w:tcMar>
          </w:tcPr>
          <w:p w14:paraId="1EA0106E" w14:textId="77777777" w:rsidR="00AA3848" w:rsidRDefault="00407892">
            <w:pPr>
              <w:spacing w:before="40" w:after="40"/>
            </w:pPr>
            <w:r>
              <w:rPr>
                <w:i/>
                <w:color w:val="6E6E6E"/>
                <w:sz w:val="19"/>
              </w:rPr>
              <w:t xml:space="preserve">[ Type </w:t>
            </w:r>
            <w:proofErr w:type="gramStart"/>
            <w:r>
              <w:rPr>
                <w:i/>
                <w:color w:val="6E6E6E"/>
                <w:sz w:val="19"/>
              </w:rPr>
              <w:t>SSN ]</w:t>
            </w:r>
            <w:proofErr w:type="gramEnd"/>
          </w:p>
        </w:tc>
        <w:tc>
          <w:tcPr>
            <w:tcW w:w="2160" w:type="dxa"/>
            <w:gridSpan w:val="2"/>
            <w:shd w:val="clear" w:color="auto" w:fill="FFFFFF"/>
            <w:tcMar>
              <w:top w:w="70" w:type="dxa"/>
              <w:left w:w="100" w:type="dxa"/>
              <w:bottom w:w="70" w:type="dxa"/>
              <w:right w:w="100" w:type="dxa"/>
            </w:tcMar>
          </w:tcPr>
          <w:p w14:paraId="7DA3049A" w14:textId="77777777" w:rsidR="00AA3848" w:rsidRDefault="00407892">
            <w:pPr>
              <w:spacing w:before="40" w:after="40"/>
            </w:pPr>
            <w:r>
              <w:rPr>
                <w:color w:val="141414"/>
                <w:sz w:val="19"/>
              </w:rPr>
              <w:t>[ MM/DD/</w:t>
            </w:r>
            <w:proofErr w:type="spellStart"/>
            <w:proofErr w:type="gramStart"/>
            <w:r>
              <w:rPr>
                <w:color w:val="141414"/>
                <w:sz w:val="19"/>
              </w:rPr>
              <w:t>YYYY</w:t>
            </w:r>
            <w:proofErr w:type="spellEnd"/>
            <w:r>
              <w:rPr>
                <w:color w:val="141414"/>
                <w:sz w:val="19"/>
              </w:rPr>
              <w:t xml:space="preserve"> ]</w:t>
            </w:r>
            <w:proofErr w:type="gramEnd"/>
          </w:p>
        </w:tc>
        <w:tc>
          <w:tcPr>
            <w:tcW w:w="3456" w:type="dxa"/>
            <w:shd w:val="clear" w:color="auto" w:fill="FFFFFF"/>
            <w:tcMar>
              <w:top w:w="70" w:type="dxa"/>
              <w:left w:w="100" w:type="dxa"/>
              <w:bottom w:w="70" w:type="dxa"/>
              <w:right w:w="100" w:type="dxa"/>
            </w:tcMar>
          </w:tcPr>
          <w:p w14:paraId="71F4946F" w14:textId="77777777" w:rsidR="00AA3848" w:rsidRDefault="00407892">
            <w:pPr>
              <w:spacing w:before="40" w:after="40"/>
            </w:pPr>
            <w:r>
              <w:rPr>
                <w:i/>
                <w:color w:val="6E6E6E"/>
                <w:sz w:val="19"/>
              </w:rPr>
              <w:t xml:space="preserve">[ Type City, County, </w:t>
            </w:r>
            <w:proofErr w:type="gramStart"/>
            <w:r>
              <w:rPr>
                <w:i/>
                <w:color w:val="6E6E6E"/>
                <w:sz w:val="19"/>
              </w:rPr>
              <w:t>State ]</w:t>
            </w:r>
            <w:proofErr w:type="gramEnd"/>
          </w:p>
        </w:tc>
      </w:tr>
      <w:tr w:rsidR="00AA3848" w14:paraId="2B88DCF9" w14:textId="77777777">
        <w:trPr>
          <w:jc w:val="center"/>
        </w:trPr>
        <w:tc>
          <w:tcPr>
            <w:tcW w:w="2592" w:type="dxa"/>
            <w:gridSpan w:val="2"/>
            <w:shd w:val="clear" w:color="auto" w:fill="1B365D"/>
            <w:tcMar>
              <w:top w:w="70" w:type="dxa"/>
              <w:left w:w="100" w:type="dxa"/>
              <w:bottom w:w="70" w:type="dxa"/>
              <w:right w:w="100" w:type="dxa"/>
            </w:tcMar>
          </w:tcPr>
          <w:p w14:paraId="24D03F5C" w14:textId="77777777" w:rsidR="00AA3848" w:rsidRDefault="00407892">
            <w:pPr>
              <w:spacing w:before="40" w:after="40"/>
            </w:pPr>
            <w:r>
              <w:rPr>
                <w:b/>
                <w:color w:val="FFFFFF"/>
                <w:sz w:val="19"/>
              </w:rPr>
              <w:t>Birth Certificate Number</w:t>
            </w:r>
          </w:p>
        </w:tc>
        <w:tc>
          <w:tcPr>
            <w:tcW w:w="1728" w:type="dxa"/>
            <w:shd w:val="clear" w:color="auto" w:fill="1B365D"/>
            <w:tcMar>
              <w:top w:w="70" w:type="dxa"/>
              <w:left w:w="100" w:type="dxa"/>
              <w:bottom w:w="70" w:type="dxa"/>
              <w:right w:w="100" w:type="dxa"/>
            </w:tcMar>
          </w:tcPr>
          <w:p w14:paraId="641B7254" w14:textId="77777777" w:rsidR="00AA3848" w:rsidRDefault="00407892">
            <w:pPr>
              <w:spacing w:before="40" w:after="40"/>
            </w:pPr>
            <w:r>
              <w:rPr>
                <w:b/>
                <w:color w:val="FFFFFF"/>
                <w:sz w:val="19"/>
              </w:rPr>
              <w:t>Issuing State</w:t>
            </w:r>
          </w:p>
        </w:tc>
        <w:tc>
          <w:tcPr>
            <w:tcW w:w="2016" w:type="dxa"/>
            <w:gridSpan w:val="2"/>
            <w:shd w:val="clear" w:color="auto" w:fill="1B365D"/>
            <w:tcMar>
              <w:top w:w="70" w:type="dxa"/>
              <w:left w:w="100" w:type="dxa"/>
              <w:bottom w:w="70" w:type="dxa"/>
              <w:right w:w="100" w:type="dxa"/>
            </w:tcMar>
          </w:tcPr>
          <w:p w14:paraId="0BFDEC6A" w14:textId="77777777" w:rsidR="00AA3848" w:rsidRDefault="00407892">
            <w:pPr>
              <w:spacing w:before="40" w:after="40"/>
            </w:pPr>
            <w:r>
              <w:rPr>
                <w:b/>
                <w:color w:val="FFFFFF"/>
                <w:sz w:val="19"/>
              </w:rPr>
              <w:t>U.S. Citizen?</w:t>
            </w:r>
          </w:p>
        </w:tc>
        <w:tc>
          <w:tcPr>
            <w:tcW w:w="3744" w:type="dxa"/>
            <w:gridSpan w:val="2"/>
            <w:shd w:val="clear" w:color="auto" w:fill="1B365D"/>
            <w:tcMar>
              <w:top w:w="70" w:type="dxa"/>
              <w:left w:w="100" w:type="dxa"/>
              <w:bottom w:w="70" w:type="dxa"/>
              <w:right w:w="100" w:type="dxa"/>
            </w:tcMar>
          </w:tcPr>
          <w:p w14:paraId="27636791" w14:textId="77777777" w:rsidR="00AA3848" w:rsidRDefault="00407892">
            <w:pPr>
              <w:spacing w:before="40" w:after="40"/>
            </w:pPr>
            <w:r>
              <w:rPr>
                <w:b/>
                <w:color w:val="FFFFFF"/>
                <w:sz w:val="19"/>
              </w:rPr>
              <w:t>Naturalization Details (If Applicable)</w:t>
            </w:r>
          </w:p>
        </w:tc>
      </w:tr>
      <w:tr w:rsidR="00AA3848" w14:paraId="1666F657" w14:textId="77777777">
        <w:trPr>
          <w:jc w:val="center"/>
        </w:trPr>
        <w:tc>
          <w:tcPr>
            <w:tcW w:w="2592" w:type="dxa"/>
            <w:gridSpan w:val="2"/>
            <w:shd w:val="clear" w:color="auto" w:fill="FFFFFF"/>
            <w:tcMar>
              <w:top w:w="70" w:type="dxa"/>
              <w:left w:w="100" w:type="dxa"/>
              <w:bottom w:w="70" w:type="dxa"/>
              <w:right w:w="100" w:type="dxa"/>
            </w:tcMar>
          </w:tcPr>
          <w:p w14:paraId="3C92183F" w14:textId="77777777" w:rsidR="00AA3848" w:rsidRDefault="00407892">
            <w:pPr>
              <w:spacing w:before="40" w:after="40"/>
            </w:pPr>
            <w:r>
              <w:rPr>
                <w:i/>
                <w:color w:val="6E6E6E"/>
                <w:sz w:val="19"/>
              </w:rPr>
              <w:t xml:space="preserve">[ Type Cert </w:t>
            </w:r>
            <w:proofErr w:type="gramStart"/>
            <w:r>
              <w:rPr>
                <w:i/>
                <w:color w:val="6E6E6E"/>
                <w:sz w:val="19"/>
              </w:rPr>
              <w:t># ]</w:t>
            </w:r>
            <w:proofErr w:type="gramEnd"/>
          </w:p>
        </w:tc>
        <w:tc>
          <w:tcPr>
            <w:tcW w:w="1728" w:type="dxa"/>
            <w:shd w:val="clear" w:color="auto" w:fill="FFFFFF"/>
            <w:tcMar>
              <w:top w:w="70" w:type="dxa"/>
              <w:left w:w="100" w:type="dxa"/>
              <w:bottom w:w="70" w:type="dxa"/>
              <w:right w:w="100" w:type="dxa"/>
            </w:tcMar>
          </w:tcPr>
          <w:p w14:paraId="4BB8EFEB" w14:textId="77777777" w:rsidR="00AA3848" w:rsidRDefault="00407892">
            <w:pPr>
              <w:spacing w:before="40" w:after="40"/>
            </w:pPr>
            <w:r>
              <w:rPr>
                <w:color w:val="141414"/>
                <w:sz w:val="19"/>
              </w:rPr>
              <w:t xml:space="preserve">[ </w:t>
            </w:r>
            <w:proofErr w:type="gramStart"/>
            <w:r>
              <w:rPr>
                <w:color w:val="141414"/>
                <w:sz w:val="19"/>
              </w:rPr>
              <w:t>State ]</w:t>
            </w:r>
            <w:proofErr w:type="gramEnd"/>
          </w:p>
        </w:tc>
        <w:tc>
          <w:tcPr>
            <w:tcW w:w="2016" w:type="dxa"/>
            <w:gridSpan w:val="2"/>
            <w:shd w:val="clear" w:color="auto" w:fill="FFFFFF"/>
            <w:tcMar>
              <w:top w:w="70" w:type="dxa"/>
              <w:left w:w="100" w:type="dxa"/>
              <w:bottom w:w="70" w:type="dxa"/>
              <w:right w:w="100" w:type="dxa"/>
            </w:tcMar>
          </w:tcPr>
          <w:p w14:paraId="10D8EBB5" w14:textId="77777777" w:rsidR="00AA3848" w:rsidRDefault="00407892">
            <w:pPr>
              <w:spacing w:before="40" w:after="40"/>
            </w:pPr>
            <w:proofErr w:type="gramStart"/>
            <w:r>
              <w:rPr>
                <w:color w:val="141414"/>
                <w:sz w:val="19"/>
              </w:rPr>
              <w:t>[  ]</w:t>
            </w:r>
            <w:proofErr w:type="gramEnd"/>
            <w:r>
              <w:rPr>
                <w:color w:val="141414"/>
                <w:sz w:val="19"/>
              </w:rPr>
              <w:t xml:space="preserve"> Yes  [  ] No</w:t>
            </w:r>
          </w:p>
        </w:tc>
        <w:tc>
          <w:tcPr>
            <w:tcW w:w="3744" w:type="dxa"/>
            <w:gridSpan w:val="2"/>
            <w:shd w:val="clear" w:color="auto" w:fill="FFFFFF"/>
            <w:tcMar>
              <w:top w:w="70" w:type="dxa"/>
              <w:left w:w="100" w:type="dxa"/>
              <w:bottom w:w="70" w:type="dxa"/>
              <w:right w:w="100" w:type="dxa"/>
            </w:tcMar>
          </w:tcPr>
          <w:p w14:paraId="6CD7305B" w14:textId="77777777" w:rsidR="00AA3848" w:rsidRDefault="00407892">
            <w:pPr>
              <w:spacing w:before="40" w:after="40"/>
            </w:pPr>
            <w:r>
              <w:rPr>
                <w:color w:val="141414"/>
                <w:sz w:val="19"/>
              </w:rPr>
              <w:t xml:space="preserve">Cert #: [    </w:t>
            </w:r>
            <w:proofErr w:type="gramStart"/>
            <w:r>
              <w:rPr>
                <w:color w:val="141414"/>
                <w:sz w:val="19"/>
              </w:rPr>
              <w:t xml:space="preserve">  ]</w:t>
            </w:r>
            <w:proofErr w:type="gramEnd"/>
            <w:r>
              <w:rPr>
                <w:color w:val="141414"/>
                <w:sz w:val="19"/>
              </w:rPr>
              <w:t xml:space="preserve">  Date: [      ]</w:t>
            </w:r>
            <w:r>
              <w:rPr>
                <w:color w:val="141414"/>
                <w:sz w:val="19"/>
              </w:rPr>
              <w:br/>
              <w:t>Court/City: [                      ]</w:t>
            </w:r>
          </w:p>
        </w:tc>
      </w:tr>
    </w:tbl>
    <w:p w14:paraId="07053503" w14:textId="77777777" w:rsidR="00AA3848" w:rsidRDefault="00AA3848">
      <w:pPr>
        <w:spacing w:after="120"/>
      </w:pPr>
    </w:p>
    <w:p w14:paraId="6DCF598D" w14:textId="77777777" w:rsidR="00AA3848" w:rsidRDefault="00407892">
      <w:pPr>
        <w:keepNext/>
        <w:spacing w:before="200" w:after="80"/>
      </w:pPr>
      <w:r>
        <w:rPr>
          <w:b/>
          <w:color w:val="2F5496"/>
          <w:sz w:val="22"/>
        </w:rPr>
        <w:t>1.4 Marital Status &amp; Former Spouses</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168"/>
        <w:gridCol w:w="6912"/>
      </w:tblGrid>
      <w:tr w:rsidR="00AA3848" w14:paraId="43EAD363" w14:textId="77777777">
        <w:trPr>
          <w:jc w:val="center"/>
        </w:trPr>
        <w:tc>
          <w:tcPr>
            <w:tcW w:w="3168" w:type="dxa"/>
            <w:shd w:val="clear" w:color="auto" w:fill="1B365D"/>
            <w:tcMar>
              <w:top w:w="70" w:type="dxa"/>
              <w:left w:w="100" w:type="dxa"/>
              <w:bottom w:w="70" w:type="dxa"/>
              <w:right w:w="100" w:type="dxa"/>
            </w:tcMar>
          </w:tcPr>
          <w:p w14:paraId="46AB6F88" w14:textId="77777777" w:rsidR="00AA3848" w:rsidRDefault="00407892">
            <w:pPr>
              <w:spacing w:before="40" w:after="40"/>
            </w:pPr>
            <w:r>
              <w:rPr>
                <w:b/>
                <w:color w:val="FFFFFF"/>
                <w:sz w:val="19"/>
              </w:rPr>
              <w:t>Marital Status:</w:t>
            </w:r>
          </w:p>
        </w:tc>
        <w:tc>
          <w:tcPr>
            <w:tcW w:w="6912" w:type="dxa"/>
            <w:shd w:val="clear" w:color="auto" w:fill="1B365D"/>
            <w:tcMar>
              <w:top w:w="70" w:type="dxa"/>
              <w:left w:w="100" w:type="dxa"/>
              <w:bottom w:w="70" w:type="dxa"/>
              <w:right w:w="100" w:type="dxa"/>
            </w:tcMar>
          </w:tcPr>
          <w:p w14:paraId="39E2913E" w14:textId="77777777" w:rsidR="00AA3848" w:rsidRDefault="00407892">
            <w:pPr>
              <w:spacing w:before="40" w:after="40"/>
            </w:pPr>
            <w:proofErr w:type="gramStart"/>
            <w:r>
              <w:rPr>
                <w:b/>
                <w:color w:val="FFFFFF"/>
                <w:sz w:val="19"/>
              </w:rPr>
              <w:t>[  ]</w:t>
            </w:r>
            <w:proofErr w:type="gramEnd"/>
            <w:r>
              <w:rPr>
                <w:b/>
                <w:color w:val="FFFFFF"/>
                <w:sz w:val="19"/>
              </w:rPr>
              <w:t xml:space="preserve"> Single    [  ] Married    [  ] Separated    [  ] Divorced    [  ] Widowed</w:t>
            </w:r>
          </w:p>
        </w:tc>
      </w:tr>
      <w:tr w:rsidR="00AA3848" w14:paraId="62076FE4" w14:textId="77777777">
        <w:trPr>
          <w:jc w:val="center"/>
        </w:trPr>
        <w:tc>
          <w:tcPr>
            <w:tcW w:w="3168" w:type="dxa"/>
            <w:shd w:val="clear" w:color="auto" w:fill="FFFFFF"/>
            <w:tcMar>
              <w:top w:w="70" w:type="dxa"/>
              <w:left w:w="100" w:type="dxa"/>
              <w:bottom w:w="70" w:type="dxa"/>
              <w:right w:w="100" w:type="dxa"/>
            </w:tcMar>
          </w:tcPr>
          <w:p w14:paraId="22BC4AF8" w14:textId="77777777" w:rsidR="00AA3848" w:rsidRDefault="00407892">
            <w:pPr>
              <w:spacing w:before="40" w:after="40"/>
            </w:pPr>
            <w:r>
              <w:rPr>
                <w:color w:val="141414"/>
                <w:sz w:val="19"/>
              </w:rPr>
              <w:t>If Married, Spouse Full Legal Name:</w:t>
            </w:r>
          </w:p>
        </w:tc>
        <w:tc>
          <w:tcPr>
            <w:tcW w:w="6912" w:type="dxa"/>
            <w:shd w:val="clear" w:color="auto" w:fill="FFFFFF"/>
            <w:tcMar>
              <w:top w:w="70" w:type="dxa"/>
              <w:left w:w="100" w:type="dxa"/>
              <w:bottom w:w="70" w:type="dxa"/>
              <w:right w:w="100" w:type="dxa"/>
            </w:tcMar>
          </w:tcPr>
          <w:p w14:paraId="2C94C2F1" w14:textId="77777777" w:rsidR="00AA3848" w:rsidRDefault="00407892">
            <w:pPr>
              <w:spacing w:before="40" w:after="40"/>
            </w:pPr>
            <w:r>
              <w:rPr>
                <w:i/>
                <w:color w:val="6E6E6E"/>
                <w:sz w:val="19"/>
              </w:rPr>
              <w:t xml:space="preserve">[ Type Spouse Name including Maiden </w:t>
            </w:r>
            <w:proofErr w:type="gramStart"/>
            <w:r>
              <w:rPr>
                <w:i/>
                <w:color w:val="6E6E6E"/>
                <w:sz w:val="19"/>
              </w:rPr>
              <w:t>Name ]</w:t>
            </w:r>
            <w:proofErr w:type="gramEnd"/>
          </w:p>
        </w:tc>
      </w:tr>
    </w:tbl>
    <w:p w14:paraId="525C5D96" w14:textId="77777777" w:rsidR="00AA3848" w:rsidRDefault="00AA3848">
      <w:pPr>
        <w:spacing w:after="12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576"/>
        <w:gridCol w:w="2880"/>
        <w:gridCol w:w="3744"/>
        <w:gridCol w:w="1440"/>
        <w:gridCol w:w="1440"/>
      </w:tblGrid>
      <w:tr w:rsidR="00AA3848" w14:paraId="77973E09" w14:textId="77777777">
        <w:trPr>
          <w:jc w:val="center"/>
        </w:trPr>
        <w:tc>
          <w:tcPr>
            <w:tcW w:w="576" w:type="dxa"/>
            <w:shd w:val="clear" w:color="auto" w:fill="1B365D"/>
            <w:tcMar>
              <w:top w:w="70" w:type="dxa"/>
              <w:left w:w="100" w:type="dxa"/>
              <w:bottom w:w="70" w:type="dxa"/>
              <w:right w:w="100" w:type="dxa"/>
            </w:tcMar>
          </w:tcPr>
          <w:p w14:paraId="3C7F2294" w14:textId="77777777" w:rsidR="00AA3848" w:rsidRDefault="00407892">
            <w:pPr>
              <w:spacing w:before="40" w:after="40"/>
            </w:pPr>
            <w:r>
              <w:rPr>
                <w:b/>
                <w:color w:val="FFFFFF"/>
                <w:sz w:val="19"/>
              </w:rPr>
              <w:t>#</w:t>
            </w:r>
          </w:p>
        </w:tc>
        <w:tc>
          <w:tcPr>
            <w:tcW w:w="2880" w:type="dxa"/>
            <w:shd w:val="clear" w:color="auto" w:fill="1B365D"/>
            <w:tcMar>
              <w:top w:w="70" w:type="dxa"/>
              <w:left w:w="100" w:type="dxa"/>
              <w:bottom w:w="70" w:type="dxa"/>
              <w:right w:w="100" w:type="dxa"/>
            </w:tcMar>
          </w:tcPr>
          <w:p w14:paraId="745E4E7F" w14:textId="77777777" w:rsidR="00AA3848" w:rsidRDefault="00407892">
            <w:pPr>
              <w:spacing w:before="40" w:after="40"/>
            </w:pPr>
            <w:r>
              <w:rPr>
                <w:b/>
                <w:color w:val="FFFFFF"/>
                <w:sz w:val="19"/>
              </w:rPr>
              <w:t>Former Spouse Name</w:t>
            </w:r>
          </w:p>
        </w:tc>
        <w:tc>
          <w:tcPr>
            <w:tcW w:w="3744" w:type="dxa"/>
            <w:shd w:val="clear" w:color="auto" w:fill="1B365D"/>
            <w:tcMar>
              <w:top w:w="70" w:type="dxa"/>
              <w:left w:w="100" w:type="dxa"/>
              <w:bottom w:w="70" w:type="dxa"/>
              <w:right w:w="100" w:type="dxa"/>
            </w:tcMar>
          </w:tcPr>
          <w:p w14:paraId="60F649F5" w14:textId="77777777" w:rsidR="00AA3848" w:rsidRDefault="00407892">
            <w:pPr>
              <w:spacing w:before="40" w:after="40"/>
            </w:pPr>
            <w:r>
              <w:rPr>
                <w:b/>
                <w:color w:val="FFFFFF"/>
                <w:sz w:val="19"/>
              </w:rPr>
              <w:t>Current Address</w:t>
            </w:r>
          </w:p>
        </w:tc>
        <w:tc>
          <w:tcPr>
            <w:tcW w:w="1440" w:type="dxa"/>
            <w:shd w:val="clear" w:color="auto" w:fill="1B365D"/>
            <w:tcMar>
              <w:top w:w="70" w:type="dxa"/>
              <w:left w:w="100" w:type="dxa"/>
              <w:bottom w:w="70" w:type="dxa"/>
              <w:right w:w="100" w:type="dxa"/>
            </w:tcMar>
          </w:tcPr>
          <w:p w14:paraId="63802487" w14:textId="77777777" w:rsidR="00AA3848" w:rsidRDefault="00407892">
            <w:pPr>
              <w:spacing w:before="40" w:after="40"/>
            </w:pPr>
            <w:r>
              <w:rPr>
                <w:b/>
                <w:color w:val="FFFFFF"/>
                <w:sz w:val="19"/>
              </w:rPr>
              <w:t>Marriage Date</w:t>
            </w:r>
          </w:p>
        </w:tc>
        <w:tc>
          <w:tcPr>
            <w:tcW w:w="1440" w:type="dxa"/>
            <w:shd w:val="clear" w:color="auto" w:fill="1B365D"/>
            <w:tcMar>
              <w:top w:w="70" w:type="dxa"/>
              <w:left w:w="100" w:type="dxa"/>
              <w:bottom w:w="70" w:type="dxa"/>
              <w:right w:w="100" w:type="dxa"/>
            </w:tcMar>
          </w:tcPr>
          <w:p w14:paraId="460637CB" w14:textId="77777777" w:rsidR="00AA3848" w:rsidRDefault="00407892">
            <w:pPr>
              <w:spacing w:before="40" w:after="40"/>
            </w:pPr>
            <w:r>
              <w:rPr>
                <w:b/>
                <w:color w:val="FFFFFF"/>
                <w:sz w:val="19"/>
              </w:rPr>
              <w:t>Divorce Date</w:t>
            </w:r>
          </w:p>
        </w:tc>
      </w:tr>
      <w:tr w:rsidR="00AA3848" w14:paraId="300E1CA7" w14:textId="77777777">
        <w:trPr>
          <w:jc w:val="center"/>
        </w:trPr>
        <w:tc>
          <w:tcPr>
            <w:tcW w:w="576" w:type="dxa"/>
            <w:shd w:val="clear" w:color="auto" w:fill="FFFFFF"/>
            <w:tcMar>
              <w:top w:w="70" w:type="dxa"/>
              <w:left w:w="100" w:type="dxa"/>
              <w:bottom w:w="70" w:type="dxa"/>
              <w:right w:w="100" w:type="dxa"/>
            </w:tcMar>
          </w:tcPr>
          <w:p w14:paraId="0033D091" w14:textId="77777777" w:rsidR="00AA3848" w:rsidRDefault="00407892">
            <w:pPr>
              <w:spacing w:before="40" w:after="40"/>
            </w:pPr>
            <w:r>
              <w:rPr>
                <w:color w:val="141414"/>
                <w:sz w:val="19"/>
              </w:rPr>
              <w:t>1</w:t>
            </w:r>
          </w:p>
        </w:tc>
        <w:tc>
          <w:tcPr>
            <w:tcW w:w="2880" w:type="dxa"/>
            <w:shd w:val="clear" w:color="auto" w:fill="FFFFFF"/>
            <w:tcMar>
              <w:top w:w="70" w:type="dxa"/>
              <w:left w:w="100" w:type="dxa"/>
              <w:bottom w:w="70" w:type="dxa"/>
              <w:right w:w="100" w:type="dxa"/>
            </w:tcMar>
          </w:tcPr>
          <w:p w14:paraId="5ED4F05D" w14:textId="77777777" w:rsidR="00AA3848" w:rsidRDefault="00407892">
            <w:pPr>
              <w:spacing w:before="40" w:after="40"/>
            </w:pPr>
            <w:r>
              <w:rPr>
                <w:i/>
                <w:color w:val="6E6E6E"/>
                <w:sz w:val="19"/>
              </w:rPr>
              <w:t>[ Type Name or N/</w:t>
            </w:r>
            <w:proofErr w:type="gramStart"/>
            <w:r>
              <w:rPr>
                <w:i/>
                <w:color w:val="6E6E6E"/>
                <w:sz w:val="19"/>
              </w:rPr>
              <w:t>A ]</w:t>
            </w:r>
            <w:proofErr w:type="gramEnd"/>
          </w:p>
        </w:tc>
        <w:tc>
          <w:tcPr>
            <w:tcW w:w="3744" w:type="dxa"/>
            <w:shd w:val="clear" w:color="auto" w:fill="FFFFFF"/>
            <w:tcMar>
              <w:top w:w="70" w:type="dxa"/>
              <w:left w:w="100" w:type="dxa"/>
              <w:bottom w:w="70" w:type="dxa"/>
              <w:right w:w="100" w:type="dxa"/>
            </w:tcMar>
          </w:tcPr>
          <w:p w14:paraId="2A1607A4" w14:textId="77777777" w:rsidR="00AA3848" w:rsidRDefault="00407892">
            <w:pPr>
              <w:spacing w:before="40" w:after="40"/>
            </w:pPr>
            <w:r>
              <w:rPr>
                <w:i/>
                <w:color w:val="6E6E6E"/>
                <w:sz w:val="19"/>
              </w:rPr>
              <w:t xml:space="preserve">[ Type </w:t>
            </w:r>
            <w:proofErr w:type="gramStart"/>
            <w:r>
              <w:rPr>
                <w:i/>
                <w:color w:val="6E6E6E"/>
                <w:sz w:val="19"/>
              </w:rPr>
              <w:t>Address ]</w:t>
            </w:r>
            <w:proofErr w:type="gramEnd"/>
          </w:p>
        </w:tc>
        <w:tc>
          <w:tcPr>
            <w:tcW w:w="1440" w:type="dxa"/>
            <w:shd w:val="clear" w:color="auto" w:fill="FFFFFF"/>
            <w:tcMar>
              <w:top w:w="70" w:type="dxa"/>
              <w:left w:w="100" w:type="dxa"/>
              <w:bottom w:w="70" w:type="dxa"/>
              <w:right w:w="100" w:type="dxa"/>
            </w:tcMar>
          </w:tcPr>
          <w:p w14:paraId="2A2FD700"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1440" w:type="dxa"/>
            <w:shd w:val="clear" w:color="auto" w:fill="FFFFFF"/>
            <w:tcMar>
              <w:top w:w="70" w:type="dxa"/>
              <w:left w:w="100" w:type="dxa"/>
              <w:bottom w:w="70" w:type="dxa"/>
              <w:right w:w="100" w:type="dxa"/>
            </w:tcMar>
          </w:tcPr>
          <w:p w14:paraId="0857EC3A"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r>
      <w:tr w:rsidR="00AA3848" w14:paraId="502AEDE3" w14:textId="77777777">
        <w:trPr>
          <w:jc w:val="center"/>
        </w:trPr>
        <w:tc>
          <w:tcPr>
            <w:tcW w:w="576" w:type="dxa"/>
            <w:shd w:val="clear" w:color="auto" w:fill="F9FBFD"/>
            <w:tcMar>
              <w:top w:w="70" w:type="dxa"/>
              <w:left w:w="100" w:type="dxa"/>
              <w:bottom w:w="70" w:type="dxa"/>
              <w:right w:w="100" w:type="dxa"/>
            </w:tcMar>
          </w:tcPr>
          <w:p w14:paraId="286DF342" w14:textId="77777777" w:rsidR="00AA3848" w:rsidRDefault="00407892">
            <w:pPr>
              <w:spacing w:before="40" w:after="40"/>
            </w:pPr>
            <w:r>
              <w:rPr>
                <w:color w:val="141414"/>
                <w:sz w:val="19"/>
              </w:rPr>
              <w:t>2</w:t>
            </w:r>
          </w:p>
        </w:tc>
        <w:tc>
          <w:tcPr>
            <w:tcW w:w="2880" w:type="dxa"/>
            <w:shd w:val="clear" w:color="auto" w:fill="F9FBFD"/>
            <w:tcMar>
              <w:top w:w="70" w:type="dxa"/>
              <w:left w:w="100" w:type="dxa"/>
              <w:bottom w:w="70" w:type="dxa"/>
              <w:right w:w="100" w:type="dxa"/>
            </w:tcMar>
          </w:tcPr>
          <w:p w14:paraId="1D19F47C" w14:textId="77777777" w:rsidR="00AA3848" w:rsidRDefault="00407892">
            <w:pPr>
              <w:spacing w:before="40" w:after="40"/>
            </w:pPr>
            <w:r>
              <w:rPr>
                <w:i/>
                <w:color w:val="6E6E6E"/>
                <w:sz w:val="19"/>
              </w:rPr>
              <w:t>[ Type Name or N/</w:t>
            </w:r>
            <w:proofErr w:type="gramStart"/>
            <w:r>
              <w:rPr>
                <w:i/>
                <w:color w:val="6E6E6E"/>
                <w:sz w:val="19"/>
              </w:rPr>
              <w:t>A ]</w:t>
            </w:r>
            <w:proofErr w:type="gramEnd"/>
          </w:p>
        </w:tc>
        <w:tc>
          <w:tcPr>
            <w:tcW w:w="3744" w:type="dxa"/>
            <w:shd w:val="clear" w:color="auto" w:fill="F9FBFD"/>
            <w:tcMar>
              <w:top w:w="70" w:type="dxa"/>
              <w:left w:w="100" w:type="dxa"/>
              <w:bottom w:w="70" w:type="dxa"/>
              <w:right w:w="100" w:type="dxa"/>
            </w:tcMar>
          </w:tcPr>
          <w:p w14:paraId="07C4F3CB" w14:textId="77777777" w:rsidR="00AA3848" w:rsidRDefault="00407892">
            <w:pPr>
              <w:spacing w:before="40" w:after="40"/>
            </w:pPr>
            <w:r>
              <w:rPr>
                <w:i/>
                <w:color w:val="6E6E6E"/>
                <w:sz w:val="19"/>
              </w:rPr>
              <w:t xml:space="preserve">[ Type </w:t>
            </w:r>
            <w:proofErr w:type="gramStart"/>
            <w:r>
              <w:rPr>
                <w:i/>
                <w:color w:val="6E6E6E"/>
                <w:sz w:val="19"/>
              </w:rPr>
              <w:t>Address ]</w:t>
            </w:r>
            <w:proofErr w:type="gramEnd"/>
          </w:p>
        </w:tc>
        <w:tc>
          <w:tcPr>
            <w:tcW w:w="1440" w:type="dxa"/>
            <w:shd w:val="clear" w:color="auto" w:fill="F9FBFD"/>
            <w:tcMar>
              <w:top w:w="70" w:type="dxa"/>
              <w:left w:w="100" w:type="dxa"/>
              <w:bottom w:w="70" w:type="dxa"/>
              <w:right w:w="100" w:type="dxa"/>
            </w:tcMar>
          </w:tcPr>
          <w:p w14:paraId="29C975CF"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1440" w:type="dxa"/>
            <w:shd w:val="clear" w:color="auto" w:fill="F9FBFD"/>
            <w:tcMar>
              <w:top w:w="70" w:type="dxa"/>
              <w:left w:w="100" w:type="dxa"/>
              <w:bottom w:w="70" w:type="dxa"/>
              <w:right w:w="100" w:type="dxa"/>
            </w:tcMar>
          </w:tcPr>
          <w:p w14:paraId="30B94F7B"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r>
      <w:tr w:rsidR="00AA3848" w14:paraId="603FDC38" w14:textId="77777777">
        <w:trPr>
          <w:jc w:val="center"/>
        </w:trPr>
        <w:tc>
          <w:tcPr>
            <w:tcW w:w="576" w:type="dxa"/>
            <w:shd w:val="clear" w:color="auto" w:fill="FFFFFF"/>
            <w:tcMar>
              <w:top w:w="70" w:type="dxa"/>
              <w:left w:w="100" w:type="dxa"/>
              <w:bottom w:w="70" w:type="dxa"/>
              <w:right w:w="100" w:type="dxa"/>
            </w:tcMar>
          </w:tcPr>
          <w:p w14:paraId="19F4ECE4" w14:textId="77777777" w:rsidR="00AA3848" w:rsidRDefault="00407892">
            <w:pPr>
              <w:spacing w:before="40" w:after="40"/>
            </w:pPr>
            <w:r>
              <w:rPr>
                <w:color w:val="141414"/>
                <w:sz w:val="19"/>
              </w:rPr>
              <w:t>3</w:t>
            </w:r>
          </w:p>
        </w:tc>
        <w:tc>
          <w:tcPr>
            <w:tcW w:w="2880" w:type="dxa"/>
            <w:shd w:val="clear" w:color="auto" w:fill="FFFFFF"/>
            <w:tcMar>
              <w:top w:w="70" w:type="dxa"/>
              <w:left w:w="100" w:type="dxa"/>
              <w:bottom w:w="70" w:type="dxa"/>
              <w:right w:w="100" w:type="dxa"/>
            </w:tcMar>
          </w:tcPr>
          <w:p w14:paraId="6430AEFB" w14:textId="77777777" w:rsidR="00AA3848" w:rsidRDefault="00407892">
            <w:pPr>
              <w:spacing w:before="40" w:after="40"/>
            </w:pPr>
            <w:r>
              <w:rPr>
                <w:i/>
                <w:color w:val="6E6E6E"/>
                <w:sz w:val="19"/>
              </w:rPr>
              <w:t>[ Type Name or N/</w:t>
            </w:r>
            <w:proofErr w:type="gramStart"/>
            <w:r>
              <w:rPr>
                <w:i/>
                <w:color w:val="6E6E6E"/>
                <w:sz w:val="19"/>
              </w:rPr>
              <w:t>A ]</w:t>
            </w:r>
            <w:proofErr w:type="gramEnd"/>
          </w:p>
        </w:tc>
        <w:tc>
          <w:tcPr>
            <w:tcW w:w="3744" w:type="dxa"/>
            <w:shd w:val="clear" w:color="auto" w:fill="FFFFFF"/>
            <w:tcMar>
              <w:top w:w="70" w:type="dxa"/>
              <w:left w:w="100" w:type="dxa"/>
              <w:bottom w:w="70" w:type="dxa"/>
              <w:right w:w="100" w:type="dxa"/>
            </w:tcMar>
          </w:tcPr>
          <w:p w14:paraId="3AB5D051" w14:textId="77777777" w:rsidR="00AA3848" w:rsidRDefault="00407892">
            <w:pPr>
              <w:spacing w:before="40" w:after="40"/>
            </w:pPr>
            <w:r>
              <w:rPr>
                <w:i/>
                <w:color w:val="6E6E6E"/>
                <w:sz w:val="19"/>
              </w:rPr>
              <w:t xml:space="preserve">[ Type </w:t>
            </w:r>
            <w:proofErr w:type="gramStart"/>
            <w:r>
              <w:rPr>
                <w:i/>
                <w:color w:val="6E6E6E"/>
                <w:sz w:val="19"/>
              </w:rPr>
              <w:t>Address ]</w:t>
            </w:r>
            <w:proofErr w:type="gramEnd"/>
          </w:p>
        </w:tc>
        <w:tc>
          <w:tcPr>
            <w:tcW w:w="1440" w:type="dxa"/>
            <w:shd w:val="clear" w:color="auto" w:fill="FFFFFF"/>
            <w:tcMar>
              <w:top w:w="70" w:type="dxa"/>
              <w:left w:w="100" w:type="dxa"/>
              <w:bottom w:w="70" w:type="dxa"/>
              <w:right w:w="100" w:type="dxa"/>
            </w:tcMar>
          </w:tcPr>
          <w:p w14:paraId="6C0573F0"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1440" w:type="dxa"/>
            <w:shd w:val="clear" w:color="auto" w:fill="FFFFFF"/>
            <w:tcMar>
              <w:top w:w="70" w:type="dxa"/>
              <w:left w:w="100" w:type="dxa"/>
              <w:bottom w:w="70" w:type="dxa"/>
              <w:right w:w="100" w:type="dxa"/>
            </w:tcMar>
          </w:tcPr>
          <w:p w14:paraId="283DA717"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r>
    </w:tbl>
    <w:p w14:paraId="0CF03966" w14:textId="77777777" w:rsidR="00AA3848" w:rsidRDefault="00AA3848">
      <w:pPr>
        <w:spacing w:after="120"/>
      </w:pPr>
    </w:p>
    <w:p w14:paraId="76D6A47D" w14:textId="77777777" w:rsidR="00AA3848" w:rsidRDefault="00407892">
      <w:pPr>
        <w:keepNext/>
        <w:spacing w:before="280" w:after="120"/>
      </w:pPr>
      <w:r>
        <w:rPr>
          <w:b/>
          <w:color w:val="1B365D"/>
          <w:sz w:val="26"/>
        </w:rPr>
        <w:lastRenderedPageBreak/>
        <w:t>SECTION 2: RESIDENCE RECORD</w:t>
      </w:r>
    </w:p>
    <w:p w14:paraId="23715695" w14:textId="77777777" w:rsidR="00AA3848" w:rsidRDefault="00407892">
      <w:r>
        <w:t>Beginning with your present address and working backwards, list each address at which you have resided in the past ten (10) years.</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584"/>
        <w:gridCol w:w="1584"/>
        <w:gridCol w:w="3312"/>
        <w:gridCol w:w="2160"/>
        <w:gridCol w:w="1440"/>
      </w:tblGrid>
      <w:tr w:rsidR="00AA3848" w14:paraId="61AE2CF1" w14:textId="77777777">
        <w:trPr>
          <w:jc w:val="center"/>
        </w:trPr>
        <w:tc>
          <w:tcPr>
            <w:tcW w:w="1584" w:type="dxa"/>
            <w:shd w:val="clear" w:color="auto" w:fill="1B365D"/>
            <w:tcMar>
              <w:top w:w="70" w:type="dxa"/>
              <w:left w:w="100" w:type="dxa"/>
              <w:bottom w:w="70" w:type="dxa"/>
              <w:right w:w="100" w:type="dxa"/>
            </w:tcMar>
          </w:tcPr>
          <w:p w14:paraId="4E135FAE" w14:textId="77777777" w:rsidR="00AA3848" w:rsidRDefault="00407892">
            <w:pPr>
              <w:spacing w:before="40" w:after="40"/>
            </w:pPr>
            <w:r>
              <w:rPr>
                <w:b/>
                <w:color w:val="FFFFFF"/>
                <w:sz w:val="19"/>
              </w:rPr>
              <w:t>From (Mo/</w:t>
            </w:r>
            <w:proofErr w:type="spellStart"/>
            <w:r>
              <w:rPr>
                <w:b/>
                <w:color w:val="FFFFFF"/>
                <w:sz w:val="19"/>
              </w:rPr>
              <w:t>Yr</w:t>
            </w:r>
            <w:proofErr w:type="spellEnd"/>
            <w:r>
              <w:rPr>
                <w:b/>
                <w:color w:val="FFFFFF"/>
                <w:sz w:val="19"/>
              </w:rPr>
              <w:t>)</w:t>
            </w:r>
          </w:p>
        </w:tc>
        <w:tc>
          <w:tcPr>
            <w:tcW w:w="1584" w:type="dxa"/>
            <w:shd w:val="clear" w:color="auto" w:fill="1B365D"/>
            <w:tcMar>
              <w:top w:w="70" w:type="dxa"/>
              <w:left w:w="100" w:type="dxa"/>
              <w:bottom w:w="70" w:type="dxa"/>
              <w:right w:w="100" w:type="dxa"/>
            </w:tcMar>
          </w:tcPr>
          <w:p w14:paraId="584A6FF9" w14:textId="77777777" w:rsidR="00AA3848" w:rsidRDefault="00407892">
            <w:pPr>
              <w:spacing w:before="40" w:after="40"/>
            </w:pPr>
            <w:r>
              <w:rPr>
                <w:b/>
                <w:color w:val="FFFFFF"/>
                <w:sz w:val="19"/>
              </w:rPr>
              <w:t>To (Mo/</w:t>
            </w:r>
            <w:proofErr w:type="spellStart"/>
            <w:r>
              <w:rPr>
                <w:b/>
                <w:color w:val="FFFFFF"/>
                <w:sz w:val="19"/>
              </w:rPr>
              <w:t>Yr</w:t>
            </w:r>
            <w:proofErr w:type="spellEnd"/>
            <w:r>
              <w:rPr>
                <w:b/>
                <w:color w:val="FFFFFF"/>
                <w:sz w:val="19"/>
              </w:rPr>
              <w:t>)</w:t>
            </w:r>
          </w:p>
        </w:tc>
        <w:tc>
          <w:tcPr>
            <w:tcW w:w="3312" w:type="dxa"/>
            <w:shd w:val="clear" w:color="auto" w:fill="1B365D"/>
            <w:tcMar>
              <w:top w:w="70" w:type="dxa"/>
              <w:left w:w="100" w:type="dxa"/>
              <w:bottom w:w="70" w:type="dxa"/>
              <w:right w:w="100" w:type="dxa"/>
            </w:tcMar>
          </w:tcPr>
          <w:p w14:paraId="3AB69486" w14:textId="77777777" w:rsidR="00AA3848" w:rsidRDefault="00407892">
            <w:pPr>
              <w:spacing w:before="40" w:after="40"/>
            </w:pPr>
            <w:r>
              <w:rPr>
                <w:b/>
                <w:color w:val="FFFFFF"/>
                <w:sz w:val="19"/>
              </w:rPr>
              <w:t>Street Address</w:t>
            </w:r>
          </w:p>
        </w:tc>
        <w:tc>
          <w:tcPr>
            <w:tcW w:w="2160" w:type="dxa"/>
            <w:shd w:val="clear" w:color="auto" w:fill="1B365D"/>
            <w:tcMar>
              <w:top w:w="70" w:type="dxa"/>
              <w:left w:w="100" w:type="dxa"/>
              <w:bottom w:w="70" w:type="dxa"/>
              <w:right w:w="100" w:type="dxa"/>
            </w:tcMar>
          </w:tcPr>
          <w:p w14:paraId="096CB632" w14:textId="77777777" w:rsidR="00AA3848" w:rsidRDefault="00407892">
            <w:pPr>
              <w:spacing w:before="40" w:after="40"/>
            </w:pPr>
            <w:r>
              <w:rPr>
                <w:b/>
                <w:color w:val="FFFFFF"/>
                <w:sz w:val="19"/>
              </w:rPr>
              <w:t>City, State, Zip</w:t>
            </w:r>
          </w:p>
        </w:tc>
        <w:tc>
          <w:tcPr>
            <w:tcW w:w="1440" w:type="dxa"/>
            <w:shd w:val="clear" w:color="auto" w:fill="1B365D"/>
            <w:tcMar>
              <w:top w:w="70" w:type="dxa"/>
              <w:left w:w="100" w:type="dxa"/>
              <w:bottom w:w="70" w:type="dxa"/>
              <w:right w:w="100" w:type="dxa"/>
            </w:tcMar>
          </w:tcPr>
          <w:p w14:paraId="2A9643A7" w14:textId="77777777" w:rsidR="00AA3848" w:rsidRDefault="00407892">
            <w:pPr>
              <w:spacing w:before="40" w:after="40"/>
            </w:pPr>
            <w:r>
              <w:rPr>
                <w:b/>
                <w:color w:val="FFFFFF"/>
                <w:sz w:val="19"/>
              </w:rPr>
              <w:t>County</w:t>
            </w:r>
          </w:p>
        </w:tc>
      </w:tr>
      <w:tr w:rsidR="00AA3848" w14:paraId="670C3E29" w14:textId="77777777">
        <w:trPr>
          <w:jc w:val="center"/>
        </w:trPr>
        <w:tc>
          <w:tcPr>
            <w:tcW w:w="1584" w:type="dxa"/>
            <w:shd w:val="clear" w:color="auto" w:fill="FFFFFF"/>
            <w:tcMar>
              <w:top w:w="70" w:type="dxa"/>
              <w:left w:w="100" w:type="dxa"/>
              <w:bottom w:w="70" w:type="dxa"/>
              <w:right w:w="100" w:type="dxa"/>
            </w:tcMar>
          </w:tcPr>
          <w:p w14:paraId="71FEFA21"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1584" w:type="dxa"/>
            <w:shd w:val="clear" w:color="auto" w:fill="FFFFFF"/>
            <w:tcMar>
              <w:top w:w="70" w:type="dxa"/>
              <w:left w:w="100" w:type="dxa"/>
              <w:bottom w:w="70" w:type="dxa"/>
              <w:right w:w="100" w:type="dxa"/>
            </w:tcMar>
          </w:tcPr>
          <w:p w14:paraId="5DCEC95C" w14:textId="77777777" w:rsidR="00AA3848" w:rsidRDefault="00407892">
            <w:pPr>
              <w:spacing w:before="40" w:after="40"/>
            </w:pPr>
            <w:r>
              <w:rPr>
                <w:color w:val="141414"/>
                <w:sz w:val="19"/>
              </w:rPr>
              <w:t>PRESENT</w:t>
            </w:r>
          </w:p>
        </w:tc>
        <w:tc>
          <w:tcPr>
            <w:tcW w:w="3312" w:type="dxa"/>
            <w:shd w:val="clear" w:color="auto" w:fill="FFFFFF"/>
            <w:tcMar>
              <w:top w:w="70" w:type="dxa"/>
              <w:left w:w="100" w:type="dxa"/>
              <w:bottom w:w="70" w:type="dxa"/>
              <w:right w:w="100" w:type="dxa"/>
            </w:tcMar>
          </w:tcPr>
          <w:p w14:paraId="610FB48C" w14:textId="77777777" w:rsidR="00AA3848" w:rsidRDefault="00407892">
            <w:pPr>
              <w:spacing w:before="40" w:after="40"/>
            </w:pPr>
            <w:r>
              <w:rPr>
                <w:i/>
                <w:color w:val="6E6E6E"/>
                <w:sz w:val="19"/>
              </w:rPr>
              <w:t xml:space="preserve">[ Type Street </w:t>
            </w:r>
            <w:proofErr w:type="gramStart"/>
            <w:r>
              <w:rPr>
                <w:i/>
                <w:color w:val="6E6E6E"/>
                <w:sz w:val="19"/>
              </w:rPr>
              <w:t>Address ]</w:t>
            </w:r>
            <w:proofErr w:type="gramEnd"/>
          </w:p>
        </w:tc>
        <w:tc>
          <w:tcPr>
            <w:tcW w:w="2160" w:type="dxa"/>
            <w:shd w:val="clear" w:color="auto" w:fill="FFFFFF"/>
            <w:tcMar>
              <w:top w:w="70" w:type="dxa"/>
              <w:left w:w="100" w:type="dxa"/>
              <w:bottom w:w="70" w:type="dxa"/>
              <w:right w:w="100" w:type="dxa"/>
            </w:tcMar>
          </w:tcPr>
          <w:p w14:paraId="328E4ECE" w14:textId="77777777" w:rsidR="00AA3848" w:rsidRDefault="00407892">
            <w:pPr>
              <w:spacing w:before="40" w:after="40"/>
            </w:pPr>
            <w:r>
              <w:rPr>
                <w:color w:val="141414"/>
                <w:sz w:val="19"/>
              </w:rPr>
              <w:t xml:space="preserve">[ City, State, </w:t>
            </w:r>
            <w:proofErr w:type="gramStart"/>
            <w:r>
              <w:rPr>
                <w:color w:val="141414"/>
                <w:sz w:val="19"/>
              </w:rPr>
              <w:t>Zip ]</w:t>
            </w:r>
            <w:proofErr w:type="gramEnd"/>
          </w:p>
        </w:tc>
        <w:tc>
          <w:tcPr>
            <w:tcW w:w="1440" w:type="dxa"/>
            <w:shd w:val="clear" w:color="auto" w:fill="FFFFFF"/>
            <w:tcMar>
              <w:top w:w="70" w:type="dxa"/>
              <w:left w:w="100" w:type="dxa"/>
              <w:bottom w:w="70" w:type="dxa"/>
              <w:right w:w="100" w:type="dxa"/>
            </w:tcMar>
          </w:tcPr>
          <w:p w14:paraId="1871F68D" w14:textId="77777777" w:rsidR="00AA3848" w:rsidRDefault="00407892">
            <w:pPr>
              <w:spacing w:before="40" w:after="40"/>
            </w:pPr>
            <w:r>
              <w:rPr>
                <w:color w:val="141414"/>
                <w:sz w:val="19"/>
              </w:rPr>
              <w:t xml:space="preserve">[ </w:t>
            </w:r>
            <w:proofErr w:type="gramStart"/>
            <w:r>
              <w:rPr>
                <w:color w:val="141414"/>
                <w:sz w:val="19"/>
              </w:rPr>
              <w:t>County ]</w:t>
            </w:r>
            <w:proofErr w:type="gramEnd"/>
          </w:p>
        </w:tc>
      </w:tr>
      <w:tr w:rsidR="00AA3848" w14:paraId="1DE1AD40" w14:textId="77777777">
        <w:trPr>
          <w:jc w:val="center"/>
        </w:trPr>
        <w:tc>
          <w:tcPr>
            <w:tcW w:w="1584" w:type="dxa"/>
            <w:shd w:val="clear" w:color="auto" w:fill="F9FBFD"/>
            <w:tcMar>
              <w:top w:w="70" w:type="dxa"/>
              <w:left w:w="100" w:type="dxa"/>
              <w:bottom w:w="70" w:type="dxa"/>
              <w:right w:w="100" w:type="dxa"/>
            </w:tcMar>
          </w:tcPr>
          <w:p w14:paraId="5BB99AE9"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1584" w:type="dxa"/>
            <w:shd w:val="clear" w:color="auto" w:fill="F9FBFD"/>
            <w:tcMar>
              <w:top w:w="70" w:type="dxa"/>
              <w:left w:w="100" w:type="dxa"/>
              <w:bottom w:w="70" w:type="dxa"/>
              <w:right w:w="100" w:type="dxa"/>
            </w:tcMar>
          </w:tcPr>
          <w:p w14:paraId="7A78CBAF"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3312" w:type="dxa"/>
            <w:shd w:val="clear" w:color="auto" w:fill="F9FBFD"/>
            <w:tcMar>
              <w:top w:w="70" w:type="dxa"/>
              <w:left w:w="100" w:type="dxa"/>
              <w:bottom w:w="70" w:type="dxa"/>
              <w:right w:w="100" w:type="dxa"/>
            </w:tcMar>
          </w:tcPr>
          <w:p w14:paraId="072B0020" w14:textId="77777777" w:rsidR="00AA3848" w:rsidRDefault="00407892">
            <w:pPr>
              <w:spacing w:before="40" w:after="40"/>
            </w:pPr>
            <w:r>
              <w:rPr>
                <w:i/>
                <w:color w:val="6E6E6E"/>
                <w:sz w:val="19"/>
              </w:rPr>
              <w:t xml:space="preserve">[ Type Street </w:t>
            </w:r>
            <w:proofErr w:type="gramStart"/>
            <w:r>
              <w:rPr>
                <w:i/>
                <w:color w:val="6E6E6E"/>
                <w:sz w:val="19"/>
              </w:rPr>
              <w:t>Address ]</w:t>
            </w:r>
            <w:proofErr w:type="gramEnd"/>
          </w:p>
        </w:tc>
        <w:tc>
          <w:tcPr>
            <w:tcW w:w="2160" w:type="dxa"/>
            <w:shd w:val="clear" w:color="auto" w:fill="F9FBFD"/>
            <w:tcMar>
              <w:top w:w="70" w:type="dxa"/>
              <w:left w:w="100" w:type="dxa"/>
              <w:bottom w:w="70" w:type="dxa"/>
              <w:right w:w="100" w:type="dxa"/>
            </w:tcMar>
          </w:tcPr>
          <w:p w14:paraId="17B06F5E" w14:textId="77777777" w:rsidR="00AA3848" w:rsidRDefault="00407892">
            <w:pPr>
              <w:spacing w:before="40" w:after="40"/>
            </w:pPr>
            <w:r>
              <w:rPr>
                <w:color w:val="141414"/>
                <w:sz w:val="19"/>
              </w:rPr>
              <w:t xml:space="preserve">[ City, State, </w:t>
            </w:r>
            <w:proofErr w:type="gramStart"/>
            <w:r>
              <w:rPr>
                <w:color w:val="141414"/>
                <w:sz w:val="19"/>
              </w:rPr>
              <w:t>Zip ]</w:t>
            </w:r>
            <w:proofErr w:type="gramEnd"/>
          </w:p>
        </w:tc>
        <w:tc>
          <w:tcPr>
            <w:tcW w:w="1440" w:type="dxa"/>
            <w:shd w:val="clear" w:color="auto" w:fill="F9FBFD"/>
            <w:tcMar>
              <w:top w:w="70" w:type="dxa"/>
              <w:left w:w="100" w:type="dxa"/>
              <w:bottom w:w="70" w:type="dxa"/>
              <w:right w:w="100" w:type="dxa"/>
            </w:tcMar>
          </w:tcPr>
          <w:p w14:paraId="66AD3546" w14:textId="77777777" w:rsidR="00AA3848" w:rsidRDefault="00407892">
            <w:pPr>
              <w:spacing w:before="40" w:after="40"/>
            </w:pPr>
            <w:r>
              <w:rPr>
                <w:color w:val="141414"/>
                <w:sz w:val="19"/>
              </w:rPr>
              <w:t xml:space="preserve">[ </w:t>
            </w:r>
            <w:proofErr w:type="gramStart"/>
            <w:r>
              <w:rPr>
                <w:color w:val="141414"/>
                <w:sz w:val="19"/>
              </w:rPr>
              <w:t>County ]</w:t>
            </w:r>
            <w:proofErr w:type="gramEnd"/>
          </w:p>
        </w:tc>
      </w:tr>
      <w:tr w:rsidR="00AA3848" w14:paraId="0AB0F355" w14:textId="77777777">
        <w:trPr>
          <w:jc w:val="center"/>
        </w:trPr>
        <w:tc>
          <w:tcPr>
            <w:tcW w:w="1584" w:type="dxa"/>
            <w:shd w:val="clear" w:color="auto" w:fill="FFFFFF"/>
            <w:tcMar>
              <w:top w:w="70" w:type="dxa"/>
              <w:left w:w="100" w:type="dxa"/>
              <w:bottom w:w="70" w:type="dxa"/>
              <w:right w:w="100" w:type="dxa"/>
            </w:tcMar>
          </w:tcPr>
          <w:p w14:paraId="75C03C86"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1584" w:type="dxa"/>
            <w:shd w:val="clear" w:color="auto" w:fill="FFFFFF"/>
            <w:tcMar>
              <w:top w:w="70" w:type="dxa"/>
              <w:left w:w="100" w:type="dxa"/>
              <w:bottom w:w="70" w:type="dxa"/>
              <w:right w:w="100" w:type="dxa"/>
            </w:tcMar>
          </w:tcPr>
          <w:p w14:paraId="6ADEDD6F"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3312" w:type="dxa"/>
            <w:shd w:val="clear" w:color="auto" w:fill="FFFFFF"/>
            <w:tcMar>
              <w:top w:w="70" w:type="dxa"/>
              <w:left w:w="100" w:type="dxa"/>
              <w:bottom w:w="70" w:type="dxa"/>
              <w:right w:w="100" w:type="dxa"/>
            </w:tcMar>
          </w:tcPr>
          <w:p w14:paraId="02E1D5CD" w14:textId="77777777" w:rsidR="00AA3848" w:rsidRDefault="00407892">
            <w:pPr>
              <w:spacing w:before="40" w:after="40"/>
            </w:pPr>
            <w:r>
              <w:rPr>
                <w:i/>
                <w:color w:val="6E6E6E"/>
                <w:sz w:val="19"/>
              </w:rPr>
              <w:t xml:space="preserve">[ Type Street </w:t>
            </w:r>
            <w:proofErr w:type="gramStart"/>
            <w:r>
              <w:rPr>
                <w:i/>
                <w:color w:val="6E6E6E"/>
                <w:sz w:val="19"/>
              </w:rPr>
              <w:t>Address ]</w:t>
            </w:r>
            <w:proofErr w:type="gramEnd"/>
          </w:p>
        </w:tc>
        <w:tc>
          <w:tcPr>
            <w:tcW w:w="2160" w:type="dxa"/>
            <w:shd w:val="clear" w:color="auto" w:fill="FFFFFF"/>
            <w:tcMar>
              <w:top w:w="70" w:type="dxa"/>
              <w:left w:w="100" w:type="dxa"/>
              <w:bottom w:w="70" w:type="dxa"/>
              <w:right w:w="100" w:type="dxa"/>
            </w:tcMar>
          </w:tcPr>
          <w:p w14:paraId="2CD3D14C" w14:textId="77777777" w:rsidR="00AA3848" w:rsidRDefault="00407892">
            <w:pPr>
              <w:spacing w:before="40" w:after="40"/>
            </w:pPr>
            <w:r>
              <w:rPr>
                <w:color w:val="141414"/>
                <w:sz w:val="19"/>
              </w:rPr>
              <w:t xml:space="preserve">[ City, State, </w:t>
            </w:r>
            <w:proofErr w:type="gramStart"/>
            <w:r>
              <w:rPr>
                <w:color w:val="141414"/>
                <w:sz w:val="19"/>
              </w:rPr>
              <w:t>Zip ]</w:t>
            </w:r>
            <w:proofErr w:type="gramEnd"/>
          </w:p>
        </w:tc>
        <w:tc>
          <w:tcPr>
            <w:tcW w:w="1440" w:type="dxa"/>
            <w:shd w:val="clear" w:color="auto" w:fill="FFFFFF"/>
            <w:tcMar>
              <w:top w:w="70" w:type="dxa"/>
              <w:left w:w="100" w:type="dxa"/>
              <w:bottom w:w="70" w:type="dxa"/>
              <w:right w:w="100" w:type="dxa"/>
            </w:tcMar>
          </w:tcPr>
          <w:p w14:paraId="55111073" w14:textId="77777777" w:rsidR="00AA3848" w:rsidRDefault="00407892">
            <w:pPr>
              <w:spacing w:before="40" w:after="40"/>
            </w:pPr>
            <w:r>
              <w:rPr>
                <w:color w:val="141414"/>
                <w:sz w:val="19"/>
              </w:rPr>
              <w:t xml:space="preserve">[ </w:t>
            </w:r>
            <w:proofErr w:type="gramStart"/>
            <w:r>
              <w:rPr>
                <w:color w:val="141414"/>
                <w:sz w:val="19"/>
              </w:rPr>
              <w:t>County ]</w:t>
            </w:r>
            <w:proofErr w:type="gramEnd"/>
          </w:p>
        </w:tc>
      </w:tr>
      <w:tr w:rsidR="00AA3848" w14:paraId="209530F1" w14:textId="77777777">
        <w:trPr>
          <w:jc w:val="center"/>
        </w:trPr>
        <w:tc>
          <w:tcPr>
            <w:tcW w:w="1584" w:type="dxa"/>
            <w:shd w:val="clear" w:color="auto" w:fill="F9FBFD"/>
            <w:tcMar>
              <w:top w:w="70" w:type="dxa"/>
              <w:left w:w="100" w:type="dxa"/>
              <w:bottom w:w="70" w:type="dxa"/>
              <w:right w:w="100" w:type="dxa"/>
            </w:tcMar>
          </w:tcPr>
          <w:p w14:paraId="4173B867"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1584" w:type="dxa"/>
            <w:shd w:val="clear" w:color="auto" w:fill="F9FBFD"/>
            <w:tcMar>
              <w:top w:w="70" w:type="dxa"/>
              <w:left w:w="100" w:type="dxa"/>
              <w:bottom w:w="70" w:type="dxa"/>
              <w:right w:w="100" w:type="dxa"/>
            </w:tcMar>
          </w:tcPr>
          <w:p w14:paraId="0F762DEC"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3312" w:type="dxa"/>
            <w:shd w:val="clear" w:color="auto" w:fill="F9FBFD"/>
            <w:tcMar>
              <w:top w:w="70" w:type="dxa"/>
              <w:left w:w="100" w:type="dxa"/>
              <w:bottom w:w="70" w:type="dxa"/>
              <w:right w:w="100" w:type="dxa"/>
            </w:tcMar>
          </w:tcPr>
          <w:p w14:paraId="43CC7CCB" w14:textId="77777777" w:rsidR="00AA3848" w:rsidRDefault="00407892">
            <w:pPr>
              <w:spacing w:before="40" w:after="40"/>
            </w:pPr>
            <w:r>
              <w:rPr>
                <w:i/>
                <w:color w:val="6E6E6E"/>
                <w:sz w:val="19"/>
              </w:rPr>
              <w:t xml:space="preserve">[ Type Street </w:t>
            </w:r>
            <w:proofErr w:type="gramStart"/>
            <w:r>
              <w:rPr>
                <w:i/>
                <w:color w:val="6E6E6E"/>
                <w:sz w:val="19"/>
              </w:rPr>
              <w:t>Address ]</w:t>
            </w:r>
            <w:proofErr w:type="gramEnd"/>
          </w:p>
        </w:tc>
        <w:tc>
          <w:tcPr>
            <w:tcW w:w="2160" w:type="dxa"/>
            <w:shd w:val="clear" w:color="auto" w:fill="F9FBFD"/>
            <w:tcMar>
              <w:top w:w="70" w:type="dxa"/>
              <w:left w:w="100" w:type="dxa"/>
              <w:bottom w:w="70" w:type="dxa"/>
              <w:right w:w="100" w:type="dxa"/>
            </w:tcMar>
          </w:tcPr>
          <w:p w14:paraId="16DC4B38" w14:textId="77777777" w:rsidR="00AA3848" w:rsidRDefault="00407892">
            <w:pPr>
              <w:spacing w:before="40" w:after="40"/>
            </w:pPr>
            <w:r>
              <w:rPr>
                <w:color w:val="141414"/>
                <w:sz w:val="19"/>
              </w:rPr>
              <w:t xml:space="preserve">[ City, State, </w:t>
            </w:r>
            <w:proofErr w:type="gramStart"/>
            <w:r>
              <w:rPr>
                <w:color w:val="141414"/>
                <w:sz w:val="19"/>
              </w:rPr>
              <w:t>Zip ]</w:t>
            </w:r>
            <w:proofErr w:type="gramEnd"/>
          </w:p>
        </w:tc>
        <w:tc>
          <w:tcPr>
            <w:tcW w:w="1440" w:type="dxa"/>
            <w:shd w:val="clear" w:color="auto" w:fill="F9FBFD"/>
            <w:tcMar>
              <w:top w:w="70" w:type="dxa"/>
              <w:left w:w="100" w:type="dxa"/>
              <w:bottom w:w="70" w:type="dxa"/>
              <w:right w:w="100" w:type="dxa"/>
            </w:tcMar>
          </w:tcPr>
          <w:p w14:paraId="1C3E6429" w14:textId="77777777" w:rsidR="00AA3848" w:rsidRDefault="00407892">
            <w:pPr>
              <w:spacing w:before="40" w:after="40"/>
            </w:pPr>
            <w:r>
              <w:rPr>
                <w:color w:val="141414"/>
                <w:sz w:val="19"/>
              </w:rPr>
              <w:t xml:space="preserve">[ </w:t>
            </w:r>
            <w:proofErr w:type="gramStart"/>
            <w:r>
              <w:rPr>
                <w:color w:val="141414"/>
                <w:sz w:val="19"/>
              </w:rPr>
              <w:t>County ]</w:t>
            </w:r>
            <w:proofErr w:type="gramEnd"/>
          </w:p>
        </w:tc>
      </w:tr>
      <w:tr w:rsidR="00AA3848" w14:paraId="23BE5706" w14:textId="77777777">
        <w:trPr>
          <w:jc w:val="center"/>
        </w:trPr>
        <w:tc>
          <w:tcPr>
            <w:tcW w:w="1584" w:type="dxa"/>
            <w:shd w:val="clear" w:color="auto" w:fill="FFFFFF"/>
            <w:tcMar>
              <w:top w:w="70" w:type="dxa"/>
              <w:left w:w="100" w:type="dxa"/>
              <w:bottom w:w="70" w:type="dxa"/>
              <w:right w:w="100" w:type="dxa"/>
            </w:tcMar>
          </w:tcPr>
          <w:p w14:paraId="1683624C"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1584" w:type="dxa"/>
            <w:shd w:val="clear" w:color="auto" w:fill="FFFFFF"/>
            <w:tcMar>
              <w:top w:w="70" w:type="dxa"/>
              <w:left w:w="100" w:type="dxa"/>
              <w:bottom w:w="70" w:type="dxa"/>
              <w:right w:w="100" w:type="dxa"/>
            </w:tcMar>
          </w:tcPr>
          <w:p w14:paraId="495EC1CB"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3312" w:type="dxa"/>
            <w:shd w:val="clear" w:color="auto" w:fill="FFFFFF"/>
            <w:tcMar>
              <w:top w:w="70" w:type="dxa"/>
              <w:left w:w="100" w:type="dxa"/>
              <w:bottom w:w="70" w:type="dxa"/>
              <w:right w:w="100" w:type="dxa"/>
            </w:tcMar>
          </w:tcPr>
          <w:p w14:paraId="533D6DD3" w14:textId="77777777" w:rsidR="00AA3848" w:rsidRDefault="00407892">
            <w:pPr>
              <w:spacing w:before="40" w:after="40"/>
            </w:pPr>
            <w:r>
              <w:rPr>
                <w:i/>
                <w:color w:val="6E6E6E"/>
                <w:sz w:val="19"/>
              </w:rPr>
              <w:t xml:space="preserve">[ Type Street </w:t>
            </w:r>
            <w:proofErr w:type="gramStart"/>
            <w:r>
              <w:rPr>
                <w:i/>
                <w:color w:val="6E6E6E"/>
                <w:sz w:val="19"/>
              </w:rPr>
              <w:t>Address ]</w:t>
            </w:r>
            <w:proofErr w:type="gramEnd"/>
          </w:p>
        </w:tc>
        <w:tc>
          <w:tcPr>
            <w:tcW w:w="2160" w:type="dxa"/>
            <w:shd w:val="clear" w:color="auto" w:fill="FFFFFF"/>
            <w:tcMar>
              <w:top w:w="70" w:type="dxa"/>
              <w:left w:w="100" w:type="dxa"/>
              <w:bottom w:w="70" w:type="dxa"/>
              <w:right w:w="100" w:type="dxa"/>
            </w:tcMar>
          </w:tcPr>
          <w:p w14:paraId="76AB12C3" w14:textId="77777777" w:rsidR="00AA3848" w:rsidRDefault="00407892">
            <w:pPr>
              <w:spacing w:before="40" w:after="40"/>
            </w:pPr>
            <w:r>
              <w:rPr>
                <w:color w:val="141414"/>
                <w:sz w:val="19"/>
              </w:rPr>
              <w:t xml:space="preserve">[ City, State, </w:t>
            </w:r>
            <w:proofErr w:type="gramStart"/>
            <w:r>
              <w:rPr>
                <w:color w:val="141414"/>
                <w:sz w:val="19"/>
              </w:rPr>
              <w:t>Zip ]</w:t>
            </w:r>
            <w:proofErr w:type="gramEnd"/>
          </w:p>
        </w:tc>
        <w:tc>
          <w:tcPr>
            <w:tcW w:w="1440" w:type="dxa"/>
            <w:shd w:val="clear" w:color="auto" w:fill="FFFFFF"/>
            <w:tcMar>
              <w:top w:w="70" w:type="dxa"/>
              <w:left w:w="100" w:type="dxa"/>
              <w:bottom w:w="70" w:type="dxa"/>
              <w:right w:w="100" w:type="dxa"/>
            </w:tcMar>
          </w:tcPr>
          <w:p w14:paraId="1BFBBE40" w14:textId="77777777" w:rsidR="00AA3848" w:rsidRDefault="00407892">
            <w:pPr>
              <w:spacing w:before="40" w:after="40"/>
            </w:pPr>
            <w:r>
              <w:rPr>
                <w:color w:val="141414"/>
                <w:sz w:val="19"/>
              </w:rPr>
              <w:t xml:space="preserve">[ </w:t>
            </w:r>
            <w:proofErr w:type="gramStart"/>
            <w:r>
              <w:rPr>
                <w:color w:val="141414"/>
                <w:sz w:val="19"/>
              </w:rPr>
              <w:t>County ]</w:t>
            </w:r>
            <w:proofErr w:type="gramEnd"/>
          </w:p>
        </w:tc>
      </w:tr>
    </w:tbl>
    <w:p w14:paraId="581D3661" w14:textId="77777777" w:rsidR="00AA3848" w:rsidRDefault="00AA3848">
      <w:pPr>
        <w:spacing w:after="120"/>
      </w:pPr>
    </w:p>
    <w:p w14:paraId="73BBFFBA" w14:textId="77777777" w:rsidR="00AA3848" w:rsidRDefault="00407892">
      <w:pPr>
        <w:keepNext/>
        <w:spacing w:before="200" w:after="80"/>
      </w:pPr>
      <w:r>
        <w:rPr>
          <w:b/>
          <w:color w:val="2F5496"/>
          <w:sz w:val="22"/>
        </w:rPr>
        <w:t>Co-Residents</w:t>
      </w:r>
    </w:p>
    <w:p w14:paraId="0E4E7045" w14:textId="77777777" w:rsidR="00AA3848" w:rsidRDefault="00407892">
      <w:r>
        <w:t>List below every family member (or others) presently residing with you:</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880"/>
        <w:gridCol w:w="1728"/>
        <w:gridCol w:w="1584"/>
        <w:gridCol w:w="2160"/>
        <w:gridCol w:w="1728"/>
      </w:tblGrid>
      <w:tr w:rsidR="00AA3848" w14:paraId="5A2FE7D6" w14:textId="77777777">
        <w:trPr>
          <w:jc w:val="center"/>
        </w:trPr>
        <w:tc>
          <w:tcPr>
            <w:tcW w:w="2880" w:type="dxa"/>
            <w:shd w:val="clear" w:color="auto" w:fill="1B365D"/>
            <w:tcMar>
              <w:top w:w="70" w:type="dxa"/>
              <w:left w:w="100" w:type="dxa"/>
              <w:bottom w:w="70" w:type="dxa"/>
              <w:right w:w="100" w:type="dxa"/>
            </w:tcMar>
          </w:tcPr>
          <w:p w14:paraId="7235B78B" w14:textId="77777777" w:rsidR="00AA3848" w:rsidRDefault="00407892">
            <w:pPr>
              <w:spacing w:before="40" w:after="40"/>
            </w:pPr>
            <w:r>
              <w:rPr>
                <w:b/>
                <w:color w:val="FFFFFF"/>
                <w:sz w:val="19"/>
              </w:rPr>
              <w:t>Full Legal Name</w:t>
            </w:r>
          </w:p>
        </w:tc>
        <w:tc>
          <w:tcPr>
            <w:tcW w:w="1728" w:type="dxa"/>
            <w:shd w:val="clear" w:color="auto" w:fill="1B365D"/>
            <w:tcMar>
              <w:top w:w="70" w:type="dxa"/>
              <w:left w:w="100" w:type="dxa"/>
              <w:bottom w:w="70" w:type="dxa"/>
              <w:right w:w="100" w:type="dxa"/>
            </w:tcMar>
          </w:tcPr>
          <w:p w14:paraId="11CF3D58" w14:textId="77777777" w:rsidR="00AA3848" w:rsidRDefault="00407892">
            <w:pPr>
              <w:spacing w:before="40" w:after="40"/>
            </w:pPr>
            <w:r>
              <w:rPr>
                <w:b/>
                <w:color w:val="FFFFFF"/>
                <w:sz w:val="19"/>
              </w:rPr>
              <w:t>Relationship</w:t>
            </w:r>
          </w:p>
        </w:tc>
        <w:tc>
          <w:tcPr>
            <w:tcW w:w="1584" w:type="dxa"/>
            <w:shd w:val="clear" w:color="auto" w:fill="1B365D"/>
            <w:tcMar>
              <w:top w:w="70" w:type="dxa"/>
              <w:left w:w="100" w:type="dxa"/>
              <w:bottom w:w="70" w:type="dxa"/>
              <w:right w:w="100" w:type="dxa"/>
            </w:tcMar>
          </w:tcPr>
          <w:p w14:paraId="56711788" w14:textId="77777777" w:rsidR="00AA3848" w:rsidRDefault="00407892">
            <w:pPr>
              <w:spacing w:before="40" w:after="40"/>
            </w:pPr>
            <w:r>
              <w:rPr>
                <w:b/>
                <w:color w:val="FFFFFF"/>
                <w:sz w:val="19"/>
              </w:rPr>
              <w:t>Date of Birth</w:t>
            </w:r>
          </w:p>
        </w:tc>
        <w:tc>
          <w:tcPr>
            <w:tcW w:w="2160" w:type="dxa"/>
            <w:shd w:val="clear" w:color="auto" w:fill="1B365D"/>
            <w:tcMar>
              <w:top w:w="70" w:type="dxa"/>
              <w:left w:w="100" w:type="dxa"/>
              <w:bottom w:w="70" w:type="dxa"/>
              <w:right w:w="100" w:type="dxa"/>
            </w:tcMar>
          </w:tcPr>
          <w:p w14:paraId="4BA0AFF2" w14:textId="77777777" w:rsidR="00AA3848" w:rsidRDefault="00407892">
            <w:pPr>
              <w:spacing w:before="40" w:after="40"/>
            </w:pPr>
            <w:r>
              <w:rPr>
                <w:b/>
                <w:color w:val="FFFFFF"/>
                <w:sz w:val="19"/>
              </w:rPr>
              <w:t>Employer</w:t>
            </w:r>
          </w:p>
        </w:tc>
        <w:tc>
          <w:tcPr>
            <w:tcW w:w="1728" w:type="dxa"/>
            <w:shd w:val="clear" w:color="auto" w:fill="1B365D"/>
            <w:tcMar>
              <w:top w:w="70" w:type="dxa"/>
              <w:left w:w="100" w:type="dxa"/>
              <w:bottom w:w="70" w:type="dxa"/>
              <w:right w:w="100" w:type="dxa"/>
            </w:tcMar>
          </w:tcPr>
          <w:p w14:paraId="6E8AB433" w14:textId="77777777" w:rsidR="00AA3848" w:rsidRDefault="00407892">
            <w:pPr>
              <w:spacing w:before="40" w:after="40"/>
            </w:pPr>
            <w:r>
              <w:rPr>
                <w:b/>
                <w:color w:val="FFFFFF"/>
                <w:sz w:val="19"/>
              </w:rPr>
              <w:t>Work Phone</w:t>
            </w:r>
          </w:p>
        </w:tc>
      </w:tr>
      <w:tr w:rsidR="00AA3848" w14:paraId="04CBAEDA" w14:textId="77777777">
        <w:trPr>
          <w:jc w:val="center"/>
        </w:trPr>
        <w:tc>
          <w:tcPr>
            <w:tcW w:w="2880" w:type="dxa"/>
            <w:shd w:val="clear" w:color="auto" w:fill="FFFFFF"/>
            <w:tcMar>
              <w:top w:w="70" w:type="dxa"/>
              <w:left w:w="100" w:type="dxa"/>
              <w:bottom w:w="70" w:type="dxa"/>
              <w:right w:w="100" w:type="dxa"/>
            </w:tcMar>
          </w:tcPr>
          <w:p w14:paraId="7ADDD860" w14:textId="77777777" w:rsidR="00AA3848" w:rsidRDefault="00407892">
            <w:pPr>
              <w:spacing w:before="40" w:after="40"/>
            </w:pPr>
            <w:r>
              <w:rPr>
                <w:i/>
                <w:color w:val="6E6E6E"/>
                <w:sz w:val="19"/>
              </w:rPr>
              <w:t xml:space="preserve">[ Type </w:t>
            </w:r>
            <w:proofErr w:type="gramStart"/>
            <w:r>
              <w:rPr>
                <w:i/>
                <w:color w:val="6E6E6E"/>
                <w:sz w:val="19"/>
              </w:rPr>
              <w:t>Name ]</w:t>
            </w:r>
            <w:proofErr w:type="gramEnd"/>
          </w:p>
        </w:tc>
        <w:tc>
          <w:tcPr>
            <w:tcW w:w="1728" w:type="dxa"/>
            <w:shd w:val="clear" w:color="auto" w:fill="FFFFFF"/>
            <w:tcMar>
              <w:top w:w="70" w:type="dxa"/>
              <w:left w:w="100" w:type="dxa"/>
              <w:bottom w:w="70" w:type="dxa"/>
              <w:right w:w="100" w:type="dxa"/>
            </w:tcMar>
          </w:tcPr>
          <w:p w14:paraId="2BC2E0B3" w14:textId="77777777" w:rsidR="00AA3848" w:rsidRDefault="00407892">
            <w:pPr>
              <w:spacing w:before="40" w:after="40"/>
            </w:pPr>
            <w:r>
              <w:rPr>
                <w:color w:val="141414"/>
                <w:sz w:val="19"/>
              </w:rPr>
              <w:t xml:space="preserve">[ </w:t>
            </w:r>
            <w:proofErr w:type="gramStart"/>
            <w:r>
              <w:rPr>
                <w:color w:val="141414"/>
                <w:sz w:val="19"/>
              </w:rPr>
              <w:t>Relationship ]</w:t>
            </w:r>
            <w:proofErr w:type="gramEnd"/>
          </w:p>
        </w:tc>
        <w:tc>
          <w:tcPr>
            <w:tcW w:w="1584" w:type="dxa"/>
            <w:shd w:val="clear" w:color="auto" w:fill="FFFFFF"/>
            <w:tcMar>
              <w:top w:w="70" w:type="dxa"/>
              <w:left w:w="100" w:type="dxa"/>
              <w:bottom w:w="70" w:type="dxa"/>
              <w:right w:w="100" w:type="dxa"/>
            </w:tcMar>
          </w:tcPr>
          <w:p w14:paraId="6E32F663" w14:textId="77777777" w:rsidR="00AA3848" w:rsidRDefault="00407892">
            <w:pPr>
              <w:spacing w:before="40" w:after="40"/>
            </w:pPr>
            <w:r>
              <w:rPr>
                <w:color w:val="141414"/>
                <w:sz w:val="19"/>
              </w:rPr>
              <w:t>[ MM/DD/</w:t>
            </w:r>
            <w:proofErr w:type="spellStart"/>
            <w:proofErr w:type="gramStart"/>
            <w:r>
              <w:rPr>
                <w:color w:val="141414"/>
                <w:sz w:val="19"/>
              </w:rPr>
              <w:t>YYYY</w:t>
            </w:r>
            <w:proofErr w:type="spellEnd"/>
            <w:r>
              <w:rPr>
                <w:color w:val="141414"/>
                <w:sz w:val="19"/>
              </w:rPr>
              <w:t xml:space="preserve"> ]</w:t>
            </w:r>
            <w:proofErr w:type="gramEnd"/>
          </w:p>
        </w:tc>
        <w:tc>
          <w:tcPr>
            <w:tcW w:w="2160" w:type="dxa"/>
            <w:shd w:val="clear" w:color="auto" w:fill="FFFFFF"/>
            <w:tcMar>
              <w:top w:w="70" w:type="dxa"/>
              <w:left w:w="100" w:type="dxa"/>
              <w:bottom w:w="70" w:type="dxa"/>
              <w:right w:w="100" w:type="dxa"/>
            </w:tcMar>
          </w:tcPr>
          <w:p w14:paraId="3423191E" w14:textId="77777777" w:rsidR="00AA3848" w:rsidRDefault="00407892">
            <w:pPr>
              <w:spacing w:before="40" w:after="40"/>
            </w:pPr>
            <w:r>
              <w:rPr>
                <w:color w:val="141414"/>
                <w:sz w:val="19"/>
              </w:rPr>
              <w:t xml:space="preserve">[ Employer </w:t>
            </w:r>
            <w:proofErr w:type="gramStart"/>
            <w:r>
              <w:rPr>
                <w:color w:val="141414"/>
                <w:sz w:val="19"/>
              </w:rPr>
              <w:t>Name ]</w:t>
            </w:r>
            <w:proofErr w:type="gramEnd"/>
          </w:p>
        </w:tc>
        <w:tc>
          <w:tcPr>
            <w:tcW w:w="1728" w:type="dxa"/>
            <w:shd w:val="clear" w:color="auto" w:fill="FFFFFF"/>
            <w:tcMar>
              <w:top w:w="70" w:type="dxa"/>
              <w:left w:w="100" w:type="dxa"/>
              <w:bottom w:w="70" w:type="dxa"/>
              <w:right w:w="100" w:type="dxa"/>
            </w:tcMar>
          </w:tcPr>
          <w:p w14:paraId="41877621" w14:textId="77777777" w:rsidR="00AA3848" w:rsidRDefault="00407892">
            <w:pPr>
              <w:spacing w:before="40" w:after="40"/>
            </w:pPr>
            <w:r>
              <w:rPr>
                <w:color w:val="141414"/>
                <w:sz w:val="19"/>
              </w:rPr>
              <w:t xml:space="preserve">[ Work </w:t>
            </w:r>
            <w:proofErr w:type="gramStart"/>
            <w:r>
              <w:rPr>
                <w:color w:val="141414"/>
                <w:sz w:val="19"/>
              </w:rPr>
              <w:t>Phone ]</w:t>
            </w:r>
            <w:proofErr w:type="gramEnd"/>
          </w:p>
        </w:tc>
      </w:tr>
      <w:tr w:rsidR="00AA3848" w14:paraId="7F45284B" w14:textId="77777777">
        <w:trPr>
          <w:jc w:val="center"/>
        </w:trPr>
        <w:tc>
          <w:tcPr>
            <w:tcW w:w="2880" w:type="dxa"/>
            <w:shd w:val="clear" w:color="auto" w:fill="F9FBFD"/>
            <w:tcMar>
              <w:top w:w="70" w:type="dxa"/>
              <w:left w:w="100" w:type="dxa"/>
              <w:bottom w:w="70" w:type="dxa"/>
              <w:right w:w="100" w:type="dxa"/>
            </w:tcMar>
          </w:tcPr>
          <w:p w14:paraId="14FF9307" w14:textId="77777777" w:rsidR="00AA3848" w:rsidRDefault="00407892">
            <w:pPr>
              <w:spacing w:before="40" w:after="40"/>
            </w:pPr>
            <w:r>
              <w:rPr>
                <w:i/>
                <w:color w:val="6E6E6E"/>
                <w:sz w:val="19"/>
              </w:rPr>
              <w:t xml:space="preserve">[ Type </w:t>
            </w:r>
            <w:proofErr w:type="gramStart"/>
            <w:r>
              <w:rPr>
                <w:i/>
                <w:color w:val="6E6E6E"/>
                <w:sz w:val="19"/>
              </w:rPr>
              <w:t>Name ]</w:t>
            </w:r>
            <w:proofErr w:type="gramEnd"/>
          </w:p>
        </w:tc>
        <w:tc>
          <w:tcPr>
            <w:tcW w:w="1728" w:type="dxa"/>
            <w:shd w:val="clear" w:color="auto" w:fill="F9FBFD"/>
            <w:tcMar>
              <w:top w:w="70" w:type="dxa"/>
              <w:left w:w="100" w:type="dxa"/>
              <w:bottom w:w="70" w:type="dxa"/>
              <w:right w:w="100" w:type="dxa"/>
            </w:tcMar>
          </w:tcPr>
          <w:p w14:paraId="2BB81F01" w14:textId="77777777" w:rsidR="00AA3848" w:rsidRDefault="00407892">
            <w:pPr>
              <w:spacing w:before="40" w:after="40"/>
            </w:pPr>
            <w:r>
              <w:rPr>
                <w:color w:val="141414"/>
                <w:sz w:val="19"/>
              </w:rPr>
              <w:t xml:space="preserve">[ </w:t>
            </w:r>
            <w:proofErr w:type="gramStart"/>
            <w:r>
              <w:rPr>
                <w:color w:val="141414"/>
                <w:sz w:val="19"/>
              </w:rPr>
              <w:t>Relationship ]</w:t>
            </w:r>
            <w:proofErr w:type="gramEnd"/>
          </w:p>
        </w:tc>
        <w:tc>
          <w:tcPr>
            <w:tcW w:w="1584" w:type="dxa"/>
            <w:shd w:val="clear" w:color="auto" w:fill="F9FBFD"/>
            <w:tcMar>
              <w:top w:w="70" w:type="dxa"/>
              <w:left w:w="100" w:type="dxa"/>
              <w:bottom w:w="70" w:type="dxa"/>
              <w:right w:w="100" w:type="dxa"/>
            </w:tcMar>
          </w:tcPr>
          <w:p w14:paraId="518A2A53" w14:textId="77777777" w:rsidR="00AA3848" w:rsidRDefault="00407892">
            <w:pPr>
              <w:spacing w:before="40" w:after="40"/>
            </w:pPr>
            <w:r>
              <w:rPr>
                <w:color w:val="141414"/>
                <w:sz w:val="19"/>
              </w:rPr>
              <w:t>[ MM/DD/</w:t>
            </w:r>
            <w:proofErr w:type="spellStart"/>
            <w:proofErr w:type="gramStart"/>
            <w:r>
              <w:rPr>
                <w:color w:val="141414"/>
                <w:sz w:val="19"/>
              </w:rPr>
              <w:t>YYYY</w:t>
            </w:r>
            <w:proofErr w:type="spellEnd"/>
            <w:r>
              <w:rPr>
                <w:color w:val="141414"/>
                <w:sz w:val="19"/>
              </w:rPr>
              <w:t xml:space="preserve"> ]</w:t>
            </w:r>
            <w:proofErr w:type="gramEnd"/>
          </w:p>
        </w:tc>
        <w:tc>
          <w:tcPr>
            <w:tcW w:w="2160" w:type="dxa"/>
            <w:shd w:val="clear" w:color="auto" w:fill="F9FBFD"/>
            <w:tcMar>
              <w:top w:w="70" w:type="dxa"/>
              <w:left w:w="100" w:type="dxa"/>
              <w:bottom w:w="70" w:type="dxa"/>
              <w:right w:w="100" w:type="dxa"/>
            </w:tcMar>
          </w:tcPr>
          <w:p w14:paraId="3C869E80" w14:textId="77777777" w:rsidR="00AA3848" w:rsidRDefault="00407892">
            <w:pPr>
              <w:spacing w:before="40" w:after="40"/>
            </w:pPr>
            <w:r>
              <w:rPr>
                <w:color w:val="141414"/>
                <w:sz w:val="19"/>
              </w:rPr>
              <w:t xml:space="preserve">[ Employer </w:t>
            </w:r>
            <w:proofErr w:type="gramStart"/>
            <w:r>
              <w:rPr>
                <w:color w:val="141414"/>
                <w:sz w:val="19"/>
              </w:rPr>
              <w:t>Name ]</w:t>
            </w:r>
            <w:proofErr w:type="gramEnd"/>
          </w:p>
        </w:tc>
        <w:tc>
          <w:tcPr>
            <w:tcW w:w="1728" w:type="dxa"/>
            <w:shd w:val="clear" w:color="auto" w:fill="F9FBFD"/>
            <w:tcMar>
              <w:top w:w="70" w:type="dxa"/>
              <w:left w:w="100" w:type="dxa"/>
              <w:bottom w:w="70" w:type="dxa"/>
              <w:right w:w="100" w:type="dxa"/>
            </w:tcMar>
          </w:tcPr>
          <w:p w14:paraId="137B6101" w14:textId="77777777" w:rsidR="00AA3848" w:rsidRDefault="00407892">
            <w:pPr>
              <w:spacing w:before="40" w:after="40"/>
            </w:pPr>
            <w:r>
              <w:rPr>
                <w:color w:val="141414"/>
                <w:sz w:val="19"/>
              </w:rPr>
              <w:t xml:space="preserve">[ Work </w:t>
            </w:r>
            <w:proofErr w:type="gramStart"/>
            <w:r>
              <w:rPr>
                <w:color w:val="141414"/>
                <w:sz w:val="19"/>
              </w:rPr>
              <w:t>Phone ]</w:t>
            </w:r>
            <w:proofErr w:type="gramEnd"/>
          </w:p>
        </w:tc>
      </w:tr>
      <w:tr w:rsidR="00AA3848" w14:paraId="7A57AE99" w14:textId="77777777">
        <w:trPr>
          <w:jc w:val="center"/>
        </w:trPr>
        <w:tc>
          <w:tcPr>
            <w:tcW w:w="2880" w:type="dxa"/>
            <w:shd w:val="clear" w:color="auto" w:fill="FFFFFF"/>
            <w:tcMar>
              <w:top w:w="70" w:type="dxa"/>
              <w:left w:w="100" w:type="dxa"/>
              <w:bottom w:w="70" w:type="dxa"/>
              <w:right w:w="100" w:type="dxa"/>
            </w:tcMar>
          </w:tcPr>
          <w:p w14:paraId="1B27C9A6" w14:textId="77777777" w:rsidR="00AA3848" w:rsidRDefault="00407892">
            <w:pPr>
              <w:spacing w:before="40" w:after="40"/>
            </w:pPr>
            <w:r>
              <w:rPr>
                <w:i/>
                <w:color w:val="6E6E6E"/>
                <w:sz w:val="19"/>
              </w:rPr>
              <w:t xml:space="preserve">[ Type </w:t>
            </w:r>
            <w:proofErr w:type="gramStart"/>
            <w:r>
              <w:rPr>
                <w:i/>
                <w:color w:val="6E6E6E"/>
                <w:sz w:val="19"/>
              </w:rPr>
              <w:t>Name ]</w:t>
            </w:r>
            <w:proofErr w:type="gramEnd"/>
          </w:p>
        </w:tc>
        <w:tc>
          <w:tcPr>
            <w:tcW w:w="1728" w:type="dxa"/>
            <w:shd w:val="clear" w:color="auto" w:fill="FFFFFF"/>
            <w:tcMar>
              <w:top w:w="70" w:type="dxa"/>
              <w:left w:w="100" w:type="dxa"/>
              <w:bottom w:w="70" w:type="dxa"/>
              <w:right w:w="100" w:type="dxa"/>
            </w:tcMar>
          </w:tcPr>
          <w:p w14:paraId="606F9748" w14:textId="77777777" w:rsidR="00AA3848" w:rsidRDefault="00407892">
            <w:pPr>
              <w:spacing w:before="40" w:after="40"/>
            </w:pPr>
            <w:r>
              <w:rPr>
                <w:color w:val="141414"/>
                <w:sz w:val="19"/>
              </w:rPr>
              <w:t xml:space="preserve">[ </w:t>
            </w:r>
            <w:proofErr w:type="gramStart"/>
            <w:r>
              <w:rPr>
                <w:color w:val="141414"/>
                <w:sz w:val="19"/>
              </w:rPr>
              <w:t>Relationship ]</w:t>
            </w:r>
            <w:proofErr w:type="gramEnd"/>
          </w:p>
        </w:tc>
        <w:tc>
          <w:tcPr>
            <w:tcW w:w="1584" w:type="dxa"/>
            <w:shd w:val="clear" w:color="auto" w:fill="FFFFFF"/>
            <w:tcMar>
              <w:top w:w="70" w:type="dxa"/>
              <w:left w:w="100" w:type="dxa"/>
              <w:bottom w:w="70" w:type="dxa"/>
              <w:right w:w="100" w:type="dxa"/>
            </w:tcMar>
          </w:tcPr>
          <w:p w14:paraId="340B84EA" w14:textId="77777777" w:rsidR="00AA3848" w:rsidRDefault="00407892">
            <w:pPr>
              <w:spacing w:before="40" w:after="40"/>
            </w:pPr>
            <w:r>
              <w:rPr>
                <w:color w:val="141414"/>
                <w:sz w:val="19"/>
              </w:rPr>
              <w:t>[ MM/DD/</w:t>
            </w:r>
            <w:proofErr w:type="spellStart"/>
            <w:proofErr w:type="gramStart"/>
            <w:r>
              <w:rPr>
                <w:color w:val="141414"/>
                <w:sz w:val="19"/>
              </w:rPr>
              <w:t>YYYY</w:t>
            </w:r>
            <w:proofErr w:type="spellEnd"/>
            <w:r>
              <w:rPr>
                <w:color w:val="141414"/>
                <w:sz w:val="19"/>
              </w:rPr>
              <w:t xml:space="preserve"> ]</w:t>
            </w:r>
            <w:proofErr w:type="gramEnd"/>
          </w:p>
        </w:tc>
        <w:tc>
          <w:tcPr>
            <w:tcW w:w="2160" w:type="dxa"/>
            <w:shd w:val="clear" w:color="auto" w:fill="FFFFFF"/>
            <w:tcMar>
              <w:top w:w="70" w:type="dxa"/>
              <w:left w:w="100" w:type="dxa"/>
              <w:bottom w:w="70" w:type="dxa"/>
              <w:right w:w="100" w:type="dxa"/>
            </w:tcMar>
          </w:tcPr>
          <w:p w14:paraId="38F6E418" w14:textId="77777777" w:rsidR="00AA3848" w:rsidRDefault="00407892">
            <w:pPr>
              <w:spacing w:before="40" w:after="40"/>
            </w:pPr>
            <w:r>
              <w:rPr>
                <w:color w:val="141414"/>
                <w:sz w:val="19"/>
              </w:rPr>
              <w:t xml:space="preserve">[ Employer </w:t>
            </w:r>
            <w:proofErr w:type="gramStart"/>
            <w:r>
              <w:rPr>
                <w:color w:val="141414"/>
                <w:sz w:val="19"/>
              </w:rPr>
              <w:t>Name ]</w:t>
            </w:r>
            <w:proofErr w:type="gramEnd"/>
          </w:p>
        </w:tc>
        <w:tc>
          <w:tcPr>
            <w:tcW w:w="1728" w:type="dxa"/>
            <w:shd w:val="clear" w:color="auto" w:fill="FFFFFF"/>
            <w:tcMar>
              <w:top w:w="70" w:type="dxa"/>
              <w:left w:w="100" w:type="dxa"/>
              <w:bottom w:w="70" w:type="dxa"/>
              <w:right w:w="100" w:type="dxa"/>
            </w:tcMar>
          </w:tcPr>
          <w:p w14:paraId="72993373" w14:textId="77777777" w:rsidR="00AA3848" w:rsidRDefault="00407892">
            <w:pPr>
              <w:spacing w:before="40" w:after="40"/>
            </w:pPr>
            <w:r>
              <w:rPr>
                <w:color w:val="141414"/>
                <w:sz w:val="19"/>
              </w:rPr>
              <w:t xml:space="preserve">[ Work </w:t>
            </w:r>
            <w:proofErr w:type="gramStart"/>
            <w:r>
              <w:rPr>
                <w:color w:val="141414"/>
                <w:sz w:val="19"/>
              </w:rPr>
              <w:t>Phone ]</w:t>
            </w:r>
            <w:proofErr w:type="gramEnd"/>
          </w:p>
        </w:tc>
      </w:tr>
      <w:tr w:rsidR="00AA3848" w14:paraId="4632F305" w14:textId="77777777">
        <w:trPr>
          <w:jc w:val="center"/>
        </w:trPr>
        <w:tc>
          <w:tcPr>
            <w:tcW w:w="2880" w:type="dxa"/>
            <w:shd w:val="clear" w:color="auto" w:fill="F9FBFD"/>
            <w:tcMar>
              <w:top w:w="70" w:type="dxa"/>
              <w:left w:w="100" w:type="dxa"/>
              <w:bottom w:w="70" w:type="dxa"/>
              <w:right w:w="100" w:type="dxa"/>
            </w:tcMar>
          </w:tcPr>
          <w:p w14:paraId="10D20C1C" w14:textId="77777777" w:rsidR="00AA3848" w:rsidRDefault="00407892">
            <w:pPr>
              <w:spacing w:before="40" w:after="40"/>
            </w:pPr>
            <w:r>
              <w:rPr>
                <w:i/>
                <w:color w:val="6E6E6E"/>
                <w:sz w:val="19"/>
              </w:rPr>
              <w:t xml:space="preserve">[ Type </w:t>
            </w:r>
            <w:proofErr w:type="gramStart"/>
            <w:r>
              <w:rPr>
                <w:i/>
                <w:color w:val="6E6E6E"/>
                <w:sz w:val="19"/>
              </w:rPr>
              <w:t>Name ]</w:t>
            </w:r>
            <w:proofErr w:type="gramEnd"/>
          </w:p>
        </w:tc>
        <w:tc>
          <w:tcPr>
            <w:tcW w:w="1728" w:type="dxa"/>
            <w:shd w:val="clear" w:color="auto" w:fill="F9FBFD"/>
            <w:tcMar>
              <w:top w:w="70" w:type="dxa"/>
              <w:left w:w="100" w:type="dxa"/>
              <w:bottom w:w="70" w:type="dxa"/>
              <w:right w:w="100" w:type="dxa"/>
            </w:tcMar>
          </w:tcPr>
          <w:p w14:paraId="652750A2" w14:textId="77777777" w:rsidR="00AA3848" w:rsidRDefault="00407892">
            <w:pPr>
              <w:spacing w:before="40" w:after="40"/>
            </w:pPr>
            <w:r>
              <w:rPr>
                <w:color w:val="141414"/>
                <w:sz w:val="19"/>
              </w:rPr>
              <w:t xml:space="preserve">[ </w:t>
            </w:r>
            <w:proofErr w:type="gramStart"/>
            <w:r>
              <w:rPr>
                <w:color w:val="141414"/>
                <w:sz w:val="19"/>
              </w:rPr>
              <w:t>Relationship ]</w:t>
            </w:r>
            <w:proofErr w:type="gramEnd"/>
          </w:p>
        </w:tc>
        <w:tc>
          <w:tcPr>
            <w:tcW w:w="1584" w:type="dxa"/>
            <w:shd w:val="clear" w:color="auto" w:fill="F9FBFD"/>
            <w:tcMar>
              <w:top w:w="70" w:type="dxa"/>
              <w:left w:w="100" w:type="dxa"/>
              <w:bottom w:w="70" w:type="dxa"/>
              <w:right w:w="100" w:type="dxa"/>
            </w:tcMar>
          </w:tcPr>
          <w:p w14:paraId="304D351D" w14:textId="77777777" w:rsidR="00AA3848" w:rsidRDefault="00407892">
            <w:pPr>
              <w:spacing w:before="40" w:after="40"/>
            </w:pPr>
            <w:r>
              <w:rPr>
                <w:color w:val="141414"/>
                <w:sz w:val="19"/>
              </w:rPr>
              <w:t>[ MM/DD/</w:t>
            </w:r>
            <w:proofErr w:type="spellStart"/>
            <w:proofErr w:type="gramStart"/>
            <w:r>
              <w:rPr>
                <w:color w:val="141414"/>
                <w:sz w:val="19"/>
              </w:rPr>
              <w:t>YYYY</w:t>
            </w:r>
            <w:proofErr w:type="spellEnd"/>
            <w:r>
              <w:rPr>
                <w:color w:val="141414"/>
                <w:sz w:val="19"/>
              </w:rPr>
              <w:t xml:space="preserve"> ]</w:t>
            </w:r>
            <w:proofErr w:type="gramEnd"/>
          </w:p>
        </w:tc>
        <w:tc>
          <w:tcPr>
            <w:tcW w:w="2160" w:type="dxa"/>
            <w:shd w:val="clear" w:color="auto" w:fill="F9FBFD"/>
            <w:tcMar>
              <w:top w:w="70" w:type="dxa"/>
              <w:left w:w="100" w:type="dxa"/>
              <w:bottom w:w="70" w:type="dxa"/>
              <w:right w:w="100" w:type="dxa"/>
            </w:tcMar>
          </w:tcPr>
          <w:p w14:paraId="1CFB6058" w14:textId="77777777" w:rsidR="00AA3848" w:rsidRDefault="00407892">
            <w:pPr>
              <w:spacing w:before="40" w:after="40"/>
            </w:pPr>
            <w:r>
              <w:rPr>
                <w:color w:val="141414"/>
                <w:sz w:val="19"/>
              </w:rPr>
              <w:t xml:space="preserve">[ Employer </w:t>
            </w:r>
            <w:proofErr w:type="gramStart"/>
            <w:r>
              <w:rPr>
                <w:color w:val="141414"/>
                <w:sz w:val="19"/>
              </w:rPr>
              <w:t>Name ]</w:t>
            </w:r>
            <w:proofErr w:type="gramEnd"/>
          </w:p>
        </w:tc>
        <w:tc>
          <w:tcPr>
            <w:tcW w:w="1728" w:type="dxa"/>
            <w:shd w:val="clear" w:color="auto" w:fill="F9FBFD"/>
            <w:tcMar>
              <w:top w:w="70" w:type="dxa"/>
              <w:left w:w="100" w:type="dxa"/>
              <w:bottom w:w="70" w:type="dxa"/>
              <w:right w:w="100" w:type="dxa"/>
            </w:tcMar>
          </w:tcPr>
          <w:p w14:paraId="72ABDC65" w14:textId="77777777" w:rsidR="00AA3848" w:rsidRDefault="00407892">
            <w:pPr>
              <w:spacing w:before="40" w:after="40"/>
            </w:pPr>
            <w:r>
              <w:rPr>
                <w:color w:val="141414"/>
                <w:sz w:val="19"/>
              </w:rPr>
              <w:t xml:space="preserve">[ Work </w:t>
            </w:r>
            <w:proofErr w:type="gramStart"/>
            <w:r>
              <w:rPr>
                <w:color w:val="141414"/>
                <w:sz w:val="19"/>
              </w:rPr>
              <w:t>Phone ]</w:t>
            </w:r>
            <w:proofErr w:type="gramEnd"/>
          </w:p>
        </w:tc>
      </w:tr>
      <w:tr w:rsidR="00DA1A98" w14:paraId="1C4B7C1C" w14:textId="77777777">
        <w:trPr>
          <w:jc w:val="center"/>
        </w:trPr>
        <w:tc>
          <w:tcPr>
            <w:tcW w:w="2880" w:type="dxa"/>
            <w:shd w:val="clear" w:color="auto" w:fill="F9FBFD"/>
            <w:tcMar>
              <w:top w:w="70" w:type="dxa"/>
              <w:left w:w="100" w:type="dxa"/>
              <w:bottom w:w="70" w:type="dxa"/>
              <w:right w:w="100" w:type="dxa"/>
            </w:tcMar>
          </w:tcPr>
          <w:p w14:paraId="29D4C28F" w14:textId="6F89E4B8" w:rsidR="00DA1A98" w:rsidRDefault="00DA1A98" w:rsidP="00DA1A98">
            <w:pPr>
              <w:spacing w:before="40" w:after="40"/>
              <w:rPr>
                <w:i/>
                <w:color w:val="6E6E6E"/>
                <w:sz w:val="19"/>
              </w:rPr>
            </w:pPr>
            <w:r>
              <w:rPr>
                <w:i/>
                <w:color w:val="6E6E6E"/>
                <w:sz w:val="19"/>
              </w:rPr>
              <w:t xml:space="preserve">[ Type </w:t>
            </w:r>
            <w:proofErr w:type="gramStart"/>
            <w:r>
              <w:rPr>
                <w:i/>
                <w:color w:val="6E6E6E"/>
                <w:sz w:val="19"/>
              </w:rPr>
              <w:t>Name ]</w:t>
            </w:r>
            <w:proofErr w:type="gramEnd"/>
          </w:p>
        </w:tc>
        <w:tc>
          <w:tcPr>
            <w:tcW w:w="1728" w:type="dxa"/>
            <w:shd w:val="clear" w:color="auto" w:fill="F9FBFD"/>
            <w:tcMar>
              <w:top w:w="70" w:type="dxa"/>
              <w:left w:w="100" w:type="dxa"/>
              <w:bottom w:w="70" w:type="dxa"/>
              <w:right w:w="100" w:type="dxa"/>
            </w:tcMar>
          </w:tcPr>
          <w:p w14:paraId="6238A8E9" w14:textId="18185CEF" w:rsidR="00DA1A98" w:rsidRDefault="00DA1A98" w:rsidP="00DA1A98">
            <w:pPr>
              <w:spacing w:before="40" w:after="40"/>
              <w:rPr>
                <w:color w:val="141414"/>
                <w:sz w:val="19"/>
              </w:rPr>
            </w:pPr>
            <w:r>
              <w:rPr>
                <w:color w:val="141414"/>
                <w:sz w:val="19"/>
              </w:rPr>
              <w:t xml:space="preserve">[ </w:t>
            </w:r>
            <w:proofErr w:type="gramStart"/>
            <w:r>
              <w:rPr>
                <w:color w:val="141414"/>
                <w:sz w:val="19"/>
              </w:rPr>
              <w:t>Relationship ]</w:t>
            </w:r>
            <w:proofErr w:type="gramEnd"/>
          </w:p>
        </w:tc>
        <w:tc>
          <w:tcPr>
            <w:tcW w:w="1584" w:type="dxa"/>
            <w:shd w:val="clear" w:color="auto" w:fill="F9FBFD"/>
            <w:tcMar>
              <w:top w:w="70" w:type="dxa"/>
              <w:left w:w="100" w:type="dxa"/>
              <w:bottom w:w="70" w:type="dxa"/>
              <w:right w:w="100" w:type="dxa"/>
            </w:tcMar>
          </w:tcPr>
          <w:p w14:paraId="32B4DEFE" w14:textId="79B1FA7D" w:rsidR="00DA1A98" w:rsidRDefault="00DA1A98" w:rsidP="00DA1A98">
            <w:pPr>
              <w:spacing w:before="40" w:after="40"/>
              <w:rPr>
                <w:color w:val="141414"/>
                <w:sz w:val="19"/>
              </w:rPr>
            </w:pPr>
            <w:r>
              <w:rPr>
                <w:color w:val="141414"/>
                <w:sz w:val="19"/>
              </w:rPr>
              <w:t>[ MM/DD/</w:t>
            </w:r>
            <w:proofErr w:type="spellStart"/>
            <w:proofErr w:type="gramStart"/>
            <w:r>
              <w:rPr>
                <w:color w:val="141414"/>
                <w:sz w:val="19"/>
              </w:rPr>
              <w:t>YYYY</w:t>
            </w:r>
            <w:proofErr w:type="spellEnd"/>
            <w:r>
              <w:rPr>
                <w:color w:val="141414"/>
                <w:sz w:val="19"/>
              </w:rPr>
              <w:t xml:space="preserve"> ]</w:t>
            </w:r>
            <w:proofErr w:type="gramEnd"/>
          </w:p>
        </w:tc>
        <w:tc>
          <w:tcPr>
            <w:tcW w:w="2160" w:type="dxa"/>
            <w:shd w:val="clear" w:color="auto" w:fill="F9FBFD"/>
            <w:tcMar>
              <w:top w:w="70" w:type="dxa"/>
              <w:left w:w="100" w:type="dxa"/>
              <w:bottom w:w="70" w:type="dxa"/>
              <w:right w:w="100" w:type="dxa"/>
            </w:tcMar>
          </w:tcPr>
          <w:p w14:paraId="5FDB82C6" w14:textId="3BE37A0F" w:rsidR="00DA1A98" w:rsidRDefault="00DA1A98" w:rsidP="00DA1A98">
            <w:pPr>
              <w:spacing w:before="40" w:after="40"/>
              <w:rPr>
                <w:color w:val="141414"/>
                <w:sz w:val="19"/>
              </w:rPr>
            </w:pPr>
            <w:r>
              <w:rPr>
                <w:color w:val="141414"/>
                <w:sz w:val="19"/>
              </w:rPr>
              <w:t xml:space="preserve">[ Employer </w:t>
            </w:r>
            <w:proofErr w:type="gramStart"/>
            <w:r>
              <w:rPr>
                <w:color w:val="141414"/>
                <w:sz w:val="19"/>
              </w:rPr>
              <w:t>Name ]</w:t>
            </w:r>
            <w:proofErr w:type="gramEnd"/>
          </w:p>
        </w:tc>
        <w:tc>
          <w:tcPr>
            <w:tcW w:w="1728" w:type="dxa"/>
            <w:shd w:val="clear" w:color="auto" w:fill="F9FBFD"/>
            <w:tcMar>
              <w:top w:w="70" w:type="dxa"/>
              <w:left w:w="100" w:type="dxa"/>
              <w:bottom w:w="70" w:type="dxa"/>
              <w:right w:w="100" w:type="dxa"/>
            </w:tcMar>
          </w:tcPr>
          <w:p w14:paraId="0334D13B" w14:textId="20CE539D" w:rsidR="00DA1A98" w:rsidRDefault="00DA1A98" w:rsidP="00DA1A98">
            <w:pPr>
              <w:spacing w:before="40" w:after="40"/>
              <w:rPr>
                <w:color w:val="141414"/>
                <w:sz w:val="19"/>
              </w:rPr>
            </w:pPr>
            <w:r>
              <w:rPr>
                <w:color w:val="141414"/>
                <w:sz w:val="19"/>
              </w:rPr>
              <w:t xml:space="preserve">[ Work </w:t>
            </w:r>
            <w:proofErr w:type="gramStart"/>
            <w:r>
              <w:rPr>
                <w:color w:val="141414"/>
                <w:sz w:val="19"/>
              </w:rPr>
              <w:t>Phone ]</w:t>
            </w:r>
            <w:proofErr w:type="gramEnd"/>
          </w:p>
        </w:tc>
      </w:tr>
      <w:tr w:rsidR="00DA1A98" w14:paraId="72DF4629" w14:textId="77777777">
        <w:trPr>
          <w:jc w:val="center"/>
        </w:trPr>
        <w:tc>
          <w:tcPr>
            <w:tcW w:w="2880" w:type="dxa"/>
            <w:shd w:val="clear" w:color="auto" w:fill="F9FBFD"/>
            <w:tcMar>
              <w:top w:w="70" w:type="dxa"/>
              <w:left w:w="100" w:type="dxa"/>
              <w:bottom w:w="70" w:type="dxa"/>
              <w:right w:w="100" w:type="dxa"/>
            </w:tcMar>
          </w:tcPr>
          <w:p w14:paraId="0D5C3BD1" w14:textId="627E6EB5" w:rsidR="00DA1A98" w:rsidRDefault="00DA1A98" w:rsidP="00DA1A98">
            <w:pPr>
              <w:spacing w:before="40" w:after="40"/>
              <w:rPr>
                <w:i/>
                <w:color w:val="6E6E6E"/>
                <w:sz w:val="19"/>
              </w:rPr>
            </w:pPr>
            <w:r>
              <w:rPr>
                <w:i/>
                <w:color w:val="6E6E6E"/>
                <w:sz w:val="19"/>
              </w:rPr>
              <w:t xml:space="preserve">[ Type </w:t>
            </w:r>
            <w:proofErr w:type="gramStart"/>
            <w:r>
              <w:rPr>
                <w:i/>
                <w:color w:val="6E6E6E"/>
                <w:sz w:val="19"/>
              </w:rPr>
              <w:t>Name ]</w:t>
            </w:r>
            <w:proofErr w:type="gramEnd"/>
          </w:p>
        </w:tc>
        <w:tc>
          <w:tcPr>
            <w:tcW w:w="1728" w:type="dxa"/>
            <w:shd w:val="clear" w:color="auto" w:fill="F9FBFD"/>
            <w:tcMar>
              <w:top w:w="70" w:type="dxa"/>
              <w:left w:w="100" w:type="dxa"/>
              <w:bottom w:w="70" w:type="dxa"/>
              <w:right w:w="100" w:type="dxa"/>
            </w:tcMar>
          </w:tcPr>
          <w:p w14:paraId="266F7C32" w14:textId="2769F5AA" w:rsidR="00DA1A98" w:rsidRDefault="00DA1A98" w:rsidP="00DA1A98">
            <w:pPr>
              <w:spacing w:before="40" w:after="40"/>
              <w:rPr>
                <w:color w:val="141414"/>
                <w:sz w:val="19"/>
              </w:rPr>
            </w:pPr>
            <w:r>
              <w:rPr>
                <w:color w:val="141414"/>
                <w:sz w:val="19"/>
              </w:rPr>
              <w:t xml:space="preserve">[ </w:t>
            </w:r>
            <w:proofErr w:type="gramStart"/>
            <w:r>
              <w:rPr>
                <w:color w:val="141414"/>
                <w:sz w:val="19"/>
              </w:rPr>
              <w:t>Relationship ]</w:t>
            </w:r>
            <w:proofErr w:type="gramEnd"/>
          </w:p>
        </w:tc>
        <w:tc>
          <w:tcPr>
            <w:tcW w:w="1584" w:type="dxa"/>
            <w:shd w:val="clear" w:color="auto" w:fill="F9FBFD"/>
            <w:tcMar>
              <w:top w:w="70" w:type="dxa"/>
              <w:left w:w="100" w:type="dxa"/>
              <w:bottom w:w="70" w:type="dxa"/>
              <w:right w:w="100" w:type="dxa"/>
            </w:tcMar>
          </w:tcPr>
          <w:p w14:paraId="1DFC57A4" w14:textId="2702416B" w:rsidR="00DA1A98" w:rsidRDefault="00DA1A98" w:rsidP="00DA1A98">
            <w:pPr>
              <w:spacing w:before="40" w:after="40"/>
              <w:rPr>
                <w:color w:val="141414"/>
                <w:sz w:val="19"/>
              </w:rPr>
            </w:pPr>
            <w:r>
              <w:rPr>
                <w:color w:val="141414"/>
                <w:sz w:val="19"/>
              </w:rPr>
              <w:t>[ MM/DD/</w:t>
            </w:r>
            <w:proofErr w:type="spellStart"/>
            <w:proofErr w:type="gramStart"/>
            <w:r>
              <w:rPr>
                <w:color w:val="141414"/>
                <w:sz w:val="19"/>
              </w:rPr>
              <w:t>YYYY</w:t>
            </w:r>
            <w:proofErr w:type="spellEnd"/>
            <w:r>
              <w:rPr>
                <w:color w:val="141414"/>
                <w:sz w:val="19"/>
              </w:rPr>
              <w:t xml:space="preserve"> ]</w:t>
            </w:r>
            <w:proofErr w:type="gramEnd"/>
          </w:p>
        </w:tc>
        <w:tc>
          <w:tcPr>
            <w:tcW w:w="2160" w:type="dxa"/>
            <w:shd w:val="clear" w:color="auto" w:fill="F9FBFD"/>
            <w:tcMar>
              <w:top w:w="70" w:type="dxa"/>
              <w:left w:w="100" w:type="dxa"/>
              <w:bottom w:w="70" w:type="dxa"/>
              <w:right w:w="100" w:type="dxa"/>
            </w:tcMar>
          </w:tcPr>
          <w:p w14:paraId="74BB015F" w14:textId="1C94645D" w:rsidR="00DA1A98" w:rsidRDefault="00DA1A98" w:rsidP="00DA1A98">
            <w:pPr>
              <w:spacing w:before="40" w:after="40"/>
              <w:rPr>
                <w:color w:val="141414"/>
                <w:sz w:val="19"/>
              </w:rPr>
            </w:pPr>
            <w:r>
              <w:rPr>
                <w:color w:val="141414"/>
                <w:sz w:val="19"/>
              </w:rPr>
              <w:t xml:space="preserve">[ Employer </w:t>
            </w:r>
            <w:proofErr w:type="gramStart"/>
            <w:r>
              <w:rPr>
                <w:color w:val="141414"/>
                <w:sz w:val="19"/>
              </w:rPr>
              <w:t>Name ]</w:t>
            </w:r>
            <w:proofErr w:type="gramEnd"/>
          </w:p>
        </w:tc>
        <w:tc>
          <w:tcPr>
            <w:tcW w:w="1728" w:type="dxa"/>
            <w:shd w:val="clear" w:color="auto" w:fill="F9FBFD"/>
            <w:tcMar>
              <w:top w:w="70" w:type="dxa"/>
              <w:left w:w="100" w:type="dxa"/>
              <w:bottom w:w="70" w:type="dxa"/>
              <w:right w:w="100" w:type="dxa"/>
            </w:tcMar>
          </w:tcPr>
          <w:p w14:paraId="45308EB3" w14:textId="03DB09FF" w:rsidR="00DA1A98" w:rsidRDefault="00DA1A98" w:rsidP="00DA1A98">
            <w:pPr>
              <w:spacing w:before="40" w:after="40"/>
              <w:rPr>
                <w:color w:val="141414"/>
                <w:sz w:val="19"/>
              </w:rPr>
            </w:pPr>
            <w:r>
              <w:rPr>
                <w:color w:val="141414"/>
                <w:sz w:val="19"/>
              </w:rPr>
              <w:t xml:space="preserve">[ Work </w:t>
            </w:r>
            <w:proofErr w:type="gramStart"/>
            <w:r>
              <w:rPr>
                <w:color w:val="141414"/>
                <w:sz w:val="19"/>
              </w:rPr>
              <w:t>Phone ]</w:t>
            </w:r>
            <w:proofErr w:type="gramEnd"/>
          </w:p>
        </w:tc>
      </w:tr>
      <w:tr w:rsidR="00DA1A98" w14:paraId="772FD3E2" w14:textId="77777777">
        <w:trPr>
          <w:jc w:val="center"/>
        </w:trPr>
        <w:tc>
          <w:tcPr>
            <w:tcW w:w="2880" w:type="dxa"/>
            <w:shd w:val="clear" w:color="auto" w:fill="F9FBFD"/>
            <w:tcMar>
              <w:top w:w="70" w:type="dxa"/>
              <w:left w:w="100" w:type="dxa"/>
              <w:bottom w:w="70" w:type="dxa"/>
              <w:right w:w="100" w:type="dxa"/>
            </w:tcMar>
          </w:tcPr>
          <w:p w14:paraId="4A0173B9" w14:textId="030F7648" w:rsidR="00DA1A98" w:rsidRDefault="00DA1A98" w:rsidP="00DA1A98">
            <w:pPr>
              <w:spacing w:before="40" w:after="40"/>
              <w:rPr>
                <w:i/>
                <w:color w:val="6E6E6E"/>
                <w:sz w:val="19"/>
              </w:rPr>
            </w:pPr>
            <w:r>
              <w:rPr>
                <w:i/>
                <w:color w:val="6E6E6E"/>
                <w:sz w:val="19"/>
              </w:rPr>
              <w:t xml:space="preserve">[ Type </w:t>
            </w:r>
            <w:proofErr w:type="gramStart"/>
            <w:r>
              <w:rPr>
                <w:i/>
                <w:color w:val="6E6E6E"/>
                <w:sz w:val="19"/>
              </w:rPr>
              <w:t>Name ]</w:t>
            </w:r>
            <w:proofErr w:type="gramEnd"/>
          </w:p>
        </w:tc>
        <w:tc>
          <w:tcPr>
            <w:tcW w:w="1728" w:type="dxa"/>
            <w:shd w:val="clear" w:color="auto" w:fill="F9FBFD"/>
            <w:tcMar>
              <w:top w:w="70" w:type="dxa"/>
              <w:left w:w="100" w:type="dxa"/>
              <w:bottom w:w="70" w:type="dxa"/>
              <w:right w:w="100" w:type="dxa"/>
            </w:tcMar>
          </w:tcPr>
          <w:p w14:paraId="34C1600B" w14:textId="03396CDF" w:rsidR="00DA1A98" w:rsidRDefault="00DA1A98" w:rsidP="00DA1A98">
            <w:pPr>
              <w:spacing w:before="40" w:after="40"/>
              <w:rPr>
                <w:color w:val="141414"/>
                <w:sz w:val="19"/>
              </w:rPr>
            </w:pPr>
            <w:r>
              <w:rPr>
                <w:color w:val="141414"/>
                <w:sz w:val="19"/>
              </w:rPr>
              <w:t xml:space="preserve">[ </w:t>
            </w:r>
            <w:proofErr w:type="gramStart"/>
            <w:r>
              <w:rPr>
                <w:color w:val="141414"/>
                <w:sz w:val="19"/>
              </w:rPr>
              <w:t>Relationship ]</w:t>
            </w:r>
            <w:proofErr w:type="gramEnd"/>
          </w:p>
        </w:tc>
        <w:tc>
          <w:tcPr>
            <w:tcW w:w="1584" w:type="dxa"/>
            <w:shd w:val="clear" w:color="auto" w:fill="F9FBFD"/>
            <w:tcMar>
              <w:top w:w="70" w:type="dxa"/>
              <w:left w:w="100" w:type="dxa"/>
              <w:bottom w:w="70" w:type="dxa"/>
              <w:right w:w="100" w:type="dxa"/>
            </w:tcMar>
          </w:tcPr>
          <w:p w14:paraId="798E45AF" w14:textId="4D1249C8" w:rsidR="00DA1A98" w:rsidRDefault="00DA1A98" w:rsidP="00DA1A98">
            <w:pPr>
              <w:spacing w:before="40" w:after="40"/>
              <w:rPr>
                <w:color w:val="141414"/>
                <w:sz w:val="19"/>
              </w:rPr>
            </w:pPr>
            <w:r>
              <w:rPr>
                <w:color w:val="141414"/>
                <w:sz w:val="19"/>
              </w:rPr>
              <w:t>[ MM/DD/</w:t>
            </w:r>
            <w:proofErr w:type="spellStart"/>
            <w:proofErr w:type="gramStart"/>
            <w:r>
              <w:rPr>
                <w:color w:val="141414"/>
                <w:sz w:val="19"/>
              </w:rPr>
              <w:t>YYYY</w:t>
            </w:r>
            <w:proofErr w:type="spellEnd"/>
            <w:r>
              <w:rPr>
                <w:color w:val="141414"/>
                <w:sz w:val="19"/>
              </w:rPr>
              <w:t xml:space="preserve"> ]</w:t>
            </w:r>
            <w:proofErr w:type="gramEnd"/>
          </w:p>
        </w:tc>
        <w:tc>
          <w:tcPr>
            <w:tcW w:w="2160" w:type="dxa"/>
            <w:shd w:val="clear" w:color="auto" w:fill="F9FBFD"/>
            <w:tcMar>
              <w:top w:w="70" w:type="dxa"/>
              <w:left w:w="100" w:type="dxa"/>
              <w:bottom w:w="70" w:type="dxa"/>
              <w:right w:w="100" w:type="dxa"/>
            </w:tcMar>
          </w:tcPr>
          <w:p w14:paraId="6214338C" w14:textId="51A552EB" w:rsidR="00DA1A98" w:rsidRDefault="00DA1A98" w:rsidP="00DA1A98">
            <w:pPr>
              <w:spacing w:before="40" w:after="40"/>
              <w:rPr>
                <w:color w:val="141414"/>
                <w:sz w:val="19"/>
              </w:rPr>
            </w:pPr>
            <w:r>
              <w:rPr>
                <w:color w:val="141414"/>
                <w:sz w:val="19"/>
              </w:rPr>
              <w:t xml:space="preserve">[ Employer </w:t>
            </w:r>
            <w:proofErr w:type="gramStart"/>
            <w:r>
              <w:rPr>
                <w:color w:val="141414"/>
                <w:sz w:val="19"/>
              </w:rPr>
              <w:t>Name ]</w:t>
            </w:r>
            <w:proofErr w:type="gramEnd"/>
          </w:p>
        </w:tc>
        <w:tc>
          <w:tcPr>
            <w:tcW w:w="1728" w:type="dxa"/>
            <w:shd w:val="clear" w:color="auto" w:fill="F9FBFD"/>
            <w:tcMar>
              <w:top w:w="70" w:type="dxa"/>
              <w:left w:w="100" w:type="dxa"/>
              <w:bottom w:w="70" w:type="dxa"/>
              <w:right w:w="100" w:type="dxa"/>
            </w:tcMar>
          </w:tcPr>
          <w:p w14:paraId="3C0A6E22" w14:textId="4E6AEEB1" w:rsidR="00DA1A98" w:rsidRDefault="00DA1A98" w:rsidP="00DA1A98">
            <w:pPr>
              <w:spacing w:before="40" w:after="40"/>
              <w:rPr>
                <w:color w:val="141414"/>
                <w:sz w:val="19"/>
              </w:rPr>
            </w:pPr>
            <w:r>
              <w:rPr>
                <w:color w:val="141414"/>
                <w:sz w:val="19"/>
              </w:rPr>
              <w:t xml:space="preserve">[ Work </w:t>
            </w:r>
            <w:proofErr w:type="gramStart"/>
            <w:r>
              <w:rPr>
                <w:color w:val="141414"/>
                <w:sz w:val="19"/>
              </w:rPr>
              <w:t>Phone ]</w:t>
            </w:r>
            <w:proofErr w:type="gramEnd"/>
          </w:p>
        </w:tc>
      </w:tr>
      <w:tr w:rsidR="00DA1A98" w14:paraId="1C86D2CB" w14:textId="77777777">
        <w:trPr>
          <w:jc w:val="center"/>
        </w:trPr>
        <w:tc>
          <w:tcPr>
            <w:tcW w:w="2880" w:type="dxa"/>
            <w:shd w:val="clear" w:color="auto" w:fill="F9FBFD"/>
            <w:tcMar>
              <w:top w:w="70" w:type="dxa"/>
              <w:left w:w="100" w:type="dxa"/>
              <w:bottom w:w="70" w:type="dxa"/>
              <w:right w:w="100" w:type="dxa"/>
            </w:tcMar>
          </w:tcPr>
          <w:p w14:paraId="5EFC71AA" w14:textId="1A1AEB91" w:rsidR="00DA1A98" w:rsidRDefault="00DA1A98" w:rsidP="00DA1A98">
            <w:pPr>
              <w:spacing w:before="40" w:after="40"/>
              <w:rPr>
                <w:i/>
                <w:color w:val="6E6E6E"/>
                <w:sz w:val="19"/>
              </w:rPr>
            </w:pPr>
            <w:r>
              <w:rPr>
                <w:i/>
                <w:color w:val="6E6E6E"/>
                <w:sz w:val="19"/>
              </w:rPr>
              <w:t xml:space="preserve">[ Type </w:t>
            </w:r>
            <w:proofErr w:type="gramStart"/>
            <w:r>
              <w:rPr>
                <w:i/>
                <w:color w:val="6E6E6E"/>
                <w:sz w:val="19"/>
              </w:rPr>
              <w:t>Name ]</w:t>
            </w:r>
            <w:proofErr w:type="gramEnd"/>
          </w:p>
        </w:tc>
        <w:tc>
          <w:tcPr>
            <w:tcW w:w="1728" w:type="dxa"/>
            <w:shd w:val="clear" w:color="auto" w:fill="F9FBFD"/>
            <w:tcMar>
              <w:top w:w="70" w:type="dxa"/>
              <w:left w:w="100" w:type="dxa"/>
              <w:bottom w:w="70" w:type="dxa"/>
              <w:right w:w="100" w:type="dxa"/>
            </w:tcMar>
          </w:tcPr>
          <w:p w14:paraId="15A15CC7" w14:textId="15CBC8F5" w:rsidR="00DA1A98" w:rsidRDefault="00DA1A98" w:rsidP="00DA1A98">
            <w:pPr>
              <w:spacing w:before="40" w:after="40"/>
              <w:rPr>
                <w:color w:val="141414"/>
                <w:sz w:val="19"/>
              </w:rPr>
            </w:pPr>
            <w:r>
              <w:rPr>
                <w:color w:val="141414"/>
                <w:sz w:val="19"/>
              </w:rPr>
              <w:t xml:space="preserve">[ </w:t>
            </w:r>
            <w:proofErr w:type="gramStart"/>
            <w:r>
              <w:rPr>
                <w:color w:val="141414"/>
                <w:sz w:val="19"/>
              </w:rPr>
              <w:t>Relationship ]</w:t>
            </w:r>
            <w:proofErr w:type="gramEnd"/>
          </w:p>
        </w:tc>
        <w:tc>
          <w:tcPr>
            <w:tcW w:w="1584" w:type="dxa"/>
            <w:shd w:val="clear" w:color="auto" w:fill="F9FBFD"/>
            <w:tcMar>
              <w:top w:w="70" w:type="dxa"/>
              <w:left w:w="100" w:type="dxa"/>
              <w:bottom w:w="70" w:type="dxa"/>
              <w:right w:w="100" w:type="dxa"/>
            </w:tcMar>
          </w:tcPr>
          <w:p w14:paraId="6A7105D9" w14:textId="45E92A15" w:rsidR="00DA1A98" w:rsidRDefault="00DA1A98" w:rsidP="00DA1A98">
            <w:pPr>
              <w:spacing w:before="40" w:after="40"/>
              <w:rPr>
                <w:color w:val="141414"/>
                <w:sz w:val="19"/>
              </w:rPr>
            </w:pPr>
            <w:r>
              <w:rPr>
                <w:color w:val="141414"/>
                <w:sz w:val="19"/>
              </w:rPr>
              <w:t>[ MM/DD/</w:t>
            </w:r>
            <w:proofErr w:type="spellStart"/>
            <w:proofErr w:type="gramStart"/>
            <w:r>
              <w:rPr>
                <w:color w:val="141414"/>
                <w:sz w:val="19"/>
              </w:rPr>
              <w:t>YYYY</w:t>
            </w:r>
            <w:proofErr w:type="spellEnd"/>
            <w:r>
              <w:rPr>
                <w:color w:val="141414"/>
                <w:sz w:val="19"/>
              </w:rPr>
              <w:t xml:space="preserve"> ]</w:t>
            </w:r>
            <w:proofErr w:type="gramEnd"/>
          </w:p>
        </w:tc>
        <w:tc>
          <w:tcPr>
            <w:tcW w:w="2160" w:type="dxa"/>
            <w:shd w:val="clear" w:color="auto" w:fill="F9FBFD"/>
            <w:tcMar>
              <w:top w:w="70" w:type="dxa"/>
              <w:left w:w="100" w:type="dxa"/>
              <w:bottom w:w="70" w:type="dxa"/>
              <w:right w:w="100" w:type="dxa"/>
            </w:tcMar>
          </w:tcPr>
          <w:p w14:paraId="0CFA4195" w14:textId="1D00419F" w:rsidR="00DA1A98" w:rsidRDefault="00DA1A98" w:rsidP="00DA1A98">
            <w:pPr>
              <w:spacing w:before="40" w:after="40"/>
              <w:rPr>
                <w:color w:val="141414"/>
                <w:sz w:val="19"/>
              </w:rPr>
            </w:pPr>
            <w:r>
              <w:rPr>
                <w:color w:val="141414"/>
                <w:sz w:val="19"/>
              </w:rPr>
              <w:t xml:space="preserve">[ Employer </w:t>
            </w:r>
            <w:proofErr w:type="gramStart"/>
            <w:r>
              <w:rPr>
                <w:color w:val="141414"/>
                <w:sz w:val="19"/>
              </w:rPr>
              <w:t>Name ]</w:t>
            </w:r>
            <w:proofErr w:type="gramEnd"/>
          </w:p>
        </w:tc>
        <w:tc>
          <w:tcPr>
            <w:tcW w:w="1728" w:type="dxa"/>
            <w:shd w:val="clear" w:color="auto" w:fill="F9FBFD"/>
            <w:tcMar>
              <w:top w:w="70" w:type="dxa"/>
              <w:left w:w="100" w:type="dxa"/>
              <w:bottom w:w="70" w:type="dxa"/>
              <w:right w:w="100" w:type="dxa"/>
            </w:tcMar>
          </w:tcPr>
          <w:p w14:paraId="77B2AC3F" w14:textId="2DE22A02" w:rsidR="00DA1A98" w:rsidRDefault="00DA1A98" w:rsidP="00DA1A98">
            <w:pPr>
              <w:spacing w:before="40" w:after="40"/>
              <w:rPr>
                <w:color w:val="141414"/>
                <w:sz w:val="19"/>
              </w:rPr>
            </w:pPr>
            <w:r>
              <w:rPr>
                <w:color w:val="141414"/>
                <w:sz w:val="19"/>
              </w:rPr>
              <w:t xml:space="preserve">[ Work </w:t>
            </w:r>
            <w:proofErr w:type="gramStart"/>
            <w:r>
              <w:rPr>
                <w:color w:val="141414"/>
                <w:sz w:val="19"/>
              </w:rPr>
              <w:t>Phone ]</w:t>
            </w:r>
            <w:proofErr w:type="gramEnd"/>
          </w:p>
        </w:tc>
      </w:tr>
    </w:tbl>
    <w:p w14:paraId="2BA1E90D" w14:textId="77777777" w:rsidR="00AA3848" w:rsidRDefault="00AA3848">
      <w:pPr>
        <w:spacing w:after="12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600"/>
        <w:gridCol w:w="6480"/>
      </w:tblGrid>
      <w:tr w:rsidR="00AA3848" w14:paraId="23B4F5AB" w14:textId="77777777">
        <w:trPr>
          <w:jc w:val="center"/>
        </w:trPr>
        <w:tc>
          <w:tcPr>
            <w:tcW w:w="3600" w:type="dxa"/>
            <w:shd w:val="clear" w:color="auto" w:fill="1B365D"/>
            <w:tcMar>
              <w:top w:w="70" w:type="dxa"/>
              <w:left w:w="100" w:type="dxa"/>
              <w:bottom w:w="70" w:type="dxa"/>
              <w:right w:w="100" w:type="dxa"/>
            </w:tcMar>
          </w:tcPr>
          <w:p w14:paraId="7D765037" w14:textId="77777777" w:rsidR="00AA3848" w:rsidRDefault="00407892">
            <w:pPr>
              <w:spacing w:before="40" w:after="40"/>
            </w:pPr>
            <w:r>
              <w:rPr>
                <w:b/>
                <w:color w:val="FFFFFF"/>
                <w:sz w:val="19"/>
              </w:rPr>
              <w:t>Co-Resident Arrest Question</w:t>
            </w:r>
          </w:p>
        </w:tc>
        <w:tc>
          <w:tcPr>
            <w:tcW w:w="6480" w:type="dxa"/>
            <w:shd w:val="clear" w:color="auto" w:fill="1B365D"/>
            <w:tcMar>
              <w:top w:w="70" w:type="dxa"/>
              <w:left w:w="100" w:type="dxa"/>
              <w:bottom w:w="70" w:type="dxa"/>
              <w:right w:w="100" w:type="dxa"/>
            </w:tcMar>
          </w:tcPr>
          <w:p w14:paraId="3EF04C89" w14:textId="77777777" w:rsidR="00AA3848" w:rsidRDefault="00407892">
            <w:pPr>
              <w:spacing w:before="40" w:after="40"/>
            </w:pPr>
            <w:r>
              <w:rPr>
                <w:b/>
                <w:color w:val="FFFFFF"/>
                <w:sz w:val="19"/>
              </w:rPr>
              <w:t>Selection &amp; Explanation</w:t>
            </w:r>
          </w:p>
        </w:tc>
      </w:tr>
      <w:tr w:rsidR="00AA3848" w14:paraId="68D2DA3A" w14:textId="77777777">
        <w:trPr>
          <w:jc w:val="center"/>
        </w:trPr>
        <w:tc>
          <w:tcPr>
            <w:tcW w:w="3600" w:type="dxa"/>
            <w:shd w:val="clear" w:color="auto" w:fill="FFFFFF"/>
            <w:tcMar>
              <w:top w:w="70" w:type="dxa"/>
              <w:left w:w="100" w:type="dxa"/>
              <w:bottom w:w="70" w:type="dxa"/>
              <w:right w:w="100" w:type="dxa"/>
            </w:tcMar>
          </w:tcPr>
          <w:p w14:paraId="7041690D" w14:textId="77777777" w:rsidR="00AA3848" w:rsidRDefault="00407892">
            <w:pPr>
              <w:spacing w:before="40" w:after="40"/>
            </w:pPr>
            <w:r>
              <w:rPr>
                <w:color w:val="141414"/>
                <w:sz w:val="19"/>
              </w:rPr>
              <w:t>Has any member of your listed family or any person residing in your home ever been arrested?</w:t>
            </w:r>
          </w:p>
        </w:tc>
        <w:tc>
          <w:tcPr>
            <w:tcW w:w="6480" w:type="dxa"/>
            <w:shd w:val="clear" w:color="auto" w:fill="FFFFFF"/>
            <w:tcMar>
              <w:top w:w="70" w:type="dxa"/>
              <w:left w:w="100" w:type="dxa"/>
              <w:bottom w:w="70" w:type="dxa"/>
              <w:right w:w="100" w:type="dxa"/>
            </w:tcMar>
          </w:tcPr>
          <w:p w14:paraId="1867FFF3" w14:textId="77777777" w:rsidR="00AA3848" w:rsidRDefault="00407892">
            <w:pPr>
              <w:spacing w:before="40" w:after="40"/>
            </w:pPr>
            <w:proofErr w:type="gramStart"/>
            <w:r>
              <w:rPr>
                <w:i/>
                <w:color w:val="6E6E6E"/>
                <w:sz w:val="19"/>
              </w:rPr>
              <w:t>[  ]</w:t>
            </w:r>
            <w:proofErr w:type="gramEnd"/>
            <w:r>
              <w:rPr>
                <w:i/>
                <w:color w:val="6E6E6E"/>
                <w:sz w:val="19"/>
              </w:rPr>
              <w:t xml:space="preserve"> YES    [  ] NO</w:t>
            </w:r>
            <w:r>
              <w:rPr>
                <w:i/>
                <w:color w:val="6E6E6E"/>
                <w:sz w:val="19"/>
              </w:rPr>
              <w:br/>
              <w:t>If YES, explain fully: [ Click / Type Detailed Explanation Here ]</w:t>
            </w:r>
          </w:p>
        </w:tc>
      </w:tr>
    </w:tbl>
    <w:p w14:paraId="7C0AD1D0" w14:textId="77777777" w:rsidR="00AA3848" w:rsidRDefault="00AA3848">
      <w:pPr>
        <w:spacing w:after="120"/>
      </w:pPr>
    </w:p>
    <w:p w14:paraId="2022B868" w14:textId="77777777" w:rsidR="00DA1A98" w:rsidRDefault="00DA1A98">
      <w:pPr>
        <w:keepNext/>
        <w:spacing w:before="280" w:after="120"/>
        <w:rPr>
          <w:b/>
          <w:color w:val="1B365D"/>
          <w:sz w:val="26"/>
        </w:rPr>
      </w:pPr>
      <w:r>
        <w:rPr>
          <w:b/>
          <w:color w:val="1B365D"/>
          <w:sz w:val="26"/>
        </w:rPr>
        <w:br w:type="page"/>
      </w:r>
    </w:p>
    <w:p w14:paraId="4620043C" w14:textId="36D4E35A" w:rsidR="00AA3848" w:rsidRDefault="00407892">
      <w:pPr>
        <w:keepNext/>
        <w:spacing w:before="280" w:after="120"/>
      </w:pPr>
      <w:r>
        <w:rPr>
          <w:b/>
          <w:color w:val="1B365D"/>
          <w:sz w:val="26"/>
        </w:rPr>
        <w:lastRenderedPageBreak/>
        <w:t>SECTION 3: FAMILY RECORD</w:t>
      </w:r>
    </w:p>
    <w:p w14:paraId="554F4C62" w14:textId="77777777" w:rsidR="00AA3848" w:rsidRDefault="00407892">
      <w:r>
        <w:t>List below every child born to or fathered by you, whether alive or deceased:</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304"/>
        <w:gridCol w:w="1584"/>
        <w:gridCol w:w="1728"/>
        <w:gridCol w:w="2592"/>
        <w:gridCol w:w="1872"/>
      </w:tblGrid>
      <w:tr w:rsidR="00AA3848" w14:paraId="6C845CB5" w14:textId="77777777" w:rsidTr="00D42C93">
        <w:trPr>
          <w:jc w:val="center"/>
        </w:trPr>
        <w:tc>
          <w:tcPr>
            <w:tcW w:w="2304" w:type="dxa"/>
            <w:shd w:val="clear" w:color="auto" w:fill="1B365D"/>
            <w:tcMar>
              <w:top w:w="70" w:type="dxa"/>
              <w:left w:w="100" w:type="dxa"/>
              <w:bottom w:w="70" w:type="dxa"/>
              <w:right w:w="100" w:type="dxa"/>
            </w:tcMar>
          </w:tcPr>
          <w:p w14:paraId="5E323C98" w14:textId="77777777" w:rsidR="00AA3848" w:rsidRDefault="00407892">
            <w:pPr>
              <w:spacing w:before="40" w:after="40"/>
            </w:pPr>
            <w:r>
              <w:rPr>
                <w:b/>
                <w:color w:val="FFFFFF"/>
                <w:sz w:val="19"/>
              </w:rPr>
              <w:t>Child Full Name</w:t>
            </w:r>
          </w:p>
        </w:tc>
        <w:tc>
          <w:tcPr>
            <w:tcW w:w="1584" w:type="dxa"/>
            <w:shd w:val="clear" w:color="auto" w:fill="1B365D"/>
            <w:tcMar>
              <w:top w:w="70" w:type="dxa"/>
              <w:left w:w="100" w:type="dxa"/>
              <w:bottom w:w="70" w:type="dxa"/>
              <w:right w:w="100" w:type="dxa"/>
            </w:tcMar>
          </w:tcPr>
          <w:p w14:paraId="484B69C3" w14:textId="77777777" w:rsidR="00AA3848" w:rsidRDefault="00407892">
            <w:pPr>
              <w:spacing w:before="40" w:after="40"/>
            </w:pPr>
            <w:r>
              <w:rPr>
                <w:b/>
                <w:color w:val="FFFFFF"/>
                <w:sz w:val="19"/>
              </w:rPr>
              <w:t>Date of Birth</w:t>
            </w:r>
          </w:p>
        </w:tc>
        <w:tc>
          <w:tcPr>
            <w:tcW w:w="1728" w:type="dxa"/>
            <w:shd w:val="clear" w:color="auto" w:fill="1B365D"/>
            <w:tcMar>
              <w:top w:w="70" w:type="dxa"/>
              <w:left w:w="100" w:type="dxa"/>
              <w:bottom w:w="70" w:type="dxa"/>
              <w:right w:w="100" w:type="dxa"/>
            </w:tcMar>
          </w:tcPr>
          <w:p w14:paraId="10252FD1" w14:textId="77777777" w:rsidR="00AA3848" w:rsidRDefault="00407892">
            <w:pPr>
              <w:spacing w:before="40" w:after="40"/>
            </w:pPr>
            <w:r>
              <w:rPr>
                <w:b/>
                <w:color w:val="FFFFFF"/>
                <w:sz w:val="19"/>
              </w:rPr>
              <w:t>Place of Birth</w:t>
            </w:r>
          </w:p>
        </w:tc>
        <w:tc>
          <w:tcPr>
            <w:tcW w:w="2592" w:type="dxa"/>
            <w:shd w:val="clear" w:color="auto" w:fill="1B365D"/>
            <w:tcMar>
              <w:top w:w="70" w:type="dxa"/>
              <w:left w:w="100" w:type="dxa"/>
              <w:bottom w:w="70" w:type="dxa"/>
              <w:right w:w="100" w:type="dxa"/>
            </w:tcMar>
          </w:tcPr>
          <w:p w14:paraId="7DA80D75" w14:textId="77777777" w:rsidR="00AA3848" w:rsidRDefault="00407892">
            <w:pPr>
              <w:spacing w:before="40" w:after="40"/>
            </w:pPr>
            <w:r>
              <w:rPr>
                <w:b/>
                <w:color w:val="FFFFFF"/>
                <w:sz w:val="19"/>
              </w:rPr>
              <w:t>Other Parent Name &amp; Address</w:t>
            </w:r>
          </w:p>
        </w:tc>
        <w:tc>
          <w:tcPr>
            <w:tcW w:w="1872" w:type="dxa"/>
            <w:shd w:val="clear" w:color="auto" w:fill="1B365D"/>
            <w:tcMar>
              <w:top w:w="70" w:type="dxa"/>
              <w:left w:w="100" w:type="dxa"/>
              <w:bottom w:w="70" w:type="dxa"/>
              <w:right w:w="100" w:type="dxa"/>
            </w:tcMar>
          </w:tcPr>
          <w:p w14:paraId="33194BF9" w14:textId="77777777" w:rsidR="00AA3848" w:rsidRDefault="00407892">
            <w:pPr>
              <w:spacing w:before="40" w:after="40"/>
            </w:pPr>
            <w:r>
              <w:rPr>
                <w:b/>
                <w:color w:val="FFFFFF"/>
                <w:sz w:val="19"/>
              </w:rPr>
              <w:t>Support Amount &amp; Agency</w:t>
            </w:r>
          </w:p>
        </w:tc>
      </w:tr>
      <w:tr w:rsidR="00AA3848" w14:paraId="42FB7963" w14:textId="77777777" w:rsidTr="00D42C93">
        <w:trPr>
          <w:jc w:val="center"/>
        </w:trPr>
        <w:tc>
          <w:tcPr>
            <w:tcW w:w="2304" w:type="dxa"/>
            <w:shd w:val="clear" w:color="auto" w:fill="FFFFFF"/>
            <w:tcMar>
              <w:top w:w="70" w:type="dxa"/>
              <w:left w:w="100" w:type="dxa"/>
              <w:bottom w:w="70" w:type="dxa"/>
              <w:right w:w="100" w:type="dxa"/>
            </w:tcMar>
          </w:tcPr>
          <w:p w14:paraId="2CE57002" w14:textId="77777777" w:rsidR="00AA3848" w:rsidRDefault="00407892">
            <w:pPr>
              <w:spacing w:before="40" w:after="40"/>
            </w:pPr>
            <w:r>
              <w:rPr>
                <w:i/>
                <w:color w:val="6E6E6E"/>
                <w:sz w:val="19"/>
              </w:rPr>
              <w:t xml:space="preserve">[ Type Child </w:t>
            </w:r>
            <w:proofErr w:type="gramStart"/>
            <w:r>
              <w:rPr>
                <w:i/>
                <w:color w:val="6E6E6E"/>
                <w:sz w:val="19"/>
              </w:rPr>
              <w:t>Name ]</w:t>
            </w:r>
            <w:proofErr w:type="gramEnd"/>
          </w:p>
        </w:tc>
        <w:tc>
          <w:tcPr>
            <w:tcW w:w="1584" w:type="dxa"/>
            <w:shd w:val="clear" w:color="auto" w:fill="FFFFFF"/>
            <w:tcMar>
              <w:top w:w="70" w:type="dxa"/>
              <w:left w:w="100" w:type="dxa"/>
              <w:bottom w:w="70" w:type="dxa"/>
              <w:right w:w="100" w:type="dxa"/>
            </w:tcMar>
          </w:tcPr>
          <w:p w14:paraId="7906D810" w14:textId="77777777" w:rsidR="00AA3848" w:rsidRDefault="00407892">
            <w:pPr>
              <w:spacing w:before="40" w:after="40"/>
            </w:pPr>
            <w:r>
              <w:rPr>
                <w:color w:val="141414"/>
                <w:sz w:val="19"/>
              </w:rPr>
              <w:t>[ MM/DD/</w:t>
            </w:r>
            <w:proofErr w:type="spellStart"/>
            <w:proofErr w:type="gramStart"/>
            <w:r>
              <w:rPr>
                <w:color w:val="141414"/>
                <w:sz w:val="19"/>
              </w:rPr>
              <w:t>YYYY</w:t>
            </w:r>
            <w:proofErr w:type="spellEnd"/>
            <w:r>
              <w:rPr>
                <w:color w:val="141414"/>
                <w:sz w:val="19"/>
              </w:rPr>
              <w:t xml:space="preserve"> ]</w:t>
            </w:r>
            <w:proofErr w:type="gramEnd"/>
          </w:p>
        </w:tc>
        <w:tc>
          <w:tcPr>
            <w:tcW w:w="1728" w:type="dxa"/>
            <w:shd w:val="clear" w:color="auto" w:fill="FFFFFF"/>
            <w:tcMar>
              <w:top w:w="70" w:type="dxa"/>
              <w:left w:w="100" w:type="dxa"/>
              <w:bottom w:w="70" w:type="dxa"/>
              <w:right w:w="100" w:type="dxa"/>
            </w:tcMar>
          </w:tcPr>
          <w:p w14:paraId="169BC7C4" w14:textId="77777777" w:rsidR="00AA3848" w:rsidRDefault="00407892">
            <w:pPr>
              <w:spacing w:before="40" w:after="40"/>
            </w:pPr>
            <w:r>
              <w:rPr>
                <w:color w:val="141414"/>
                <w:sz w:val="19"/>
              </w:rPr>
              <w:t xml:space="preserve">[ City, </w:t>
            </w:r>
            <w:proofErr w:type="gramStart"/>
            <w:r>
              <w:rPr>
                <w:color w:val="141414"/>
                <w:sz w:val="19"/>
              </w:rPr>
              <w:t>State ]</w:t>
            </w:r>
            <w:proofErr w:type="gramEnd"/>
          </w:p>
        </w:tc>
        <w:tc>
          <w:tcPr>
            <w:tcW w:w="2592" w:type="dxa"/>
            <w:shd w:val="clear" w:color="auto" w:fill="FFFFFF"/>
            <w:tcMar>
              <w:top w:w="70" w:type="dxa"/>
              <w:left w:w="100" w:type="dxa"/>
              <w:bottom w:w="70" w:type="dxa"/>
              <w:right w:w="100" w:type="dxa"/>
            </w:tcMar>
          </w:tcPr>
          <w:p w14:paraId="714B57AF" w14:textId="77777777" w:rsidR="00AA3848" w:rsidRDefault="00407892">
            <w:pPr>
              <w:spacing w:before="40" w:after="40"/>
            </w:pPr>
            <w:r>
              <w:rPr>
                <w:color w:val="141414"/>
                <w:sz w:val="19"/>
              </w:rPr>
              <w:t>[ Other Parent Name/</w:t>
            </w:r>
            <w:proofErr w:type="gramStart"/>
            <w:r>
              <w:rPr>
                <w:color w:val="141414"/>
                <w:sz w:val="19"/>
              </w:rPr>
              <w:t>Address ]</w:t>
            </w:r>
            <w:proofErr w:type="gramEnd"/>
          </w:p>
        </w:tc>
        <w:tc>
          <w:tcPr>
            <w:tcW w:w="1872" w:type="dxa"/>
            <w:shd w:val="clear" w:color="auto" w:fill="FFFFFF"/>
            <w:tcMar>
              <w:top w:w="70" w:type="dxa"/>
              <w:left w:w="100" w:type="dxa"/>
              <w:bottom w:w="70" w:type="dxa"/>
              <w:right w:w="100" w:type="dxa"/>
            </w:tcMar>
          </w:tcPr>
          <w:p w14:paraId="726FB83A" w14:textId="77777777" w:rsidR="00AA3848" w:rsidRDefault="00407892">
            <w:pPr>
              <w:spacing w:before="40" w:after="40"/>
            </w:pPr>
            <w:r>
              <w:rPr>
                <w:color w:val="141414"/>
                <w:sz w:val="19"/>
              </w:rPr>
              <w:t xml:space="preserve">[ Support Amt / </w:t>
            </w:r>
            <w:proofErr w:type="gramStart"/>
            <w:r>
              <w:rPr>
                <w:color w:val="141414"/>
                <w:sz w:val="19"/>
              </w:rPr>
              <w:t>Agency ]</w:t>
            </w:r>
            <w:proofErr w:type="gramEnd"/>
          </w:p>
        </w:tc>
      </w:tr>
      <w:tr w:rsidR="00AA3848" w14:paraId="0A81723F" w14:textId="77777777" w:rsidTr="00D42C93">
        <w:trPr>
          <w:jc w:val="center"/>
        </w:trPr>
        <w:tc>
          <w:tcPr>
            <w:tcW w:w="2304" w:type="dxa"/>
            <w:shd w:val="clear" w:color="auto" w:fill="F9FBFD"/>
            <w:tcMar>
              <w:top w:w="70" w:type="dxa"/>
              <w:left w:w="100" w:type="dxa"/>
              <w:bottom w:w="70" w:type="dxa"/>
              <w:right w:w="100" w:type="dxa"/>
            </w:tcMar>
          </w:tcPr>
          <w:p w14:paraId="446CAF98" w14:textId="77777777" w:rsidR="00AA3848" w:rsidRDefault="00407892">
            <w:pPr>
              <w:spacing w:before="40" w:after="40"/>
            </w:pPr>
            <w:r>
              <w:rPr>
                <w:i/>
                <w:color w:val="6E6E6E"/>
                <w:sz w:val="19"/>
              </w:rPr>
              <w:t xml:space="preserve">[ Type Child </w:t>
            </w:r>
            <w:proofErr w:type="gramStart"/>
            <w:r>
              <w:rPr>
                <w:i/>
                <w:color w:val="6E6E6E"/>
                <w:sz w:val="19"/>
              </w:rPr>
              <w:t>Name ]</w:t>
            </w:r>
            <w:proofErr w:type="gramEnd"/>
          </w:p>
        </w:tc>
        <w:tc>
          <w:tcPr>
            <w:tcW w:w="1584" w:type="dxa"/>
            <w:shd w:val="clear" w:color="auto" w:fill="F9FBFD"/>
            <w:tcMar>
              <w:top w:w="70" w:type="dxa"/>
              <w:left w:w="100" w:type="dxa"/>
              <w:bottom w:w="70" w:type="dxa"/>
              <w:right w:w="100" w:type="dxa"/>
            </w:tcMar>
          </w:tcPr>
          <w:p w14:paraId="189931E3" w14:textId="77777777" w:rsidR="00AA3848" w:rsidRDefault="00407892">
            <w:pPr>
              <w:spacing w:before="40" w:after="40"/>
            </w:pPr>
            <w:r>
              <w:rPr>
                <w:color w:val="141414"/>
                <w:sz w:val="19"/>
              </w:rPr>
              <w:t>[ MM/DD/</w:t>
            </w:r>
            <w:proofErr w:type="spellStart"/>
            <w:proofErr w:type="gramStart"/>
            <w:r>
              <w:rPr>
                <w:color w:val="141414"/>
                <w:sz w:val="19"/>
              </w:rPr>
              <w:t>YYYY</w:t>
            </w:r>
            <w:proofErr w:type="spellEnd"/>
            <w:r>
              <w:rPr>
                <w:color w:val="141414"/>
                <w:sz w:val="19"/>
              </w:rPr>
              <w:t xml:space="preserve"> ]</w:t>
            </w:r>
            <w:proofErr w:type="gramEnd"/>
          </w:p>
        </w:tc>
        <w:tc>
          <w:tcPr>
            <w:tcW w:w="1728" w:type="dxa"/>
            <w:shd w:val="clear" w:color="auto" w:fill="F9FBFD"/>
            <w:tcMar>
              <w:top w:w="70" w:type="dxa"/>
              <w:left w:w="100" w:type="dxa"/>
              <w:bottom w:w="70" w:type="dxa"/>
              <w:right w:w="100" w:type="dxa"/>
            </w:tcMar>
          </w:tcPr>
          <w:p w14:paraId="481B98DF" w14:textId="77777777" w:rsidR="00AA3848" w:rsidRDefault="00407892">
            <w:pPr>
              <w:spacing w:before="40" w:after="40"/>
            </w:pPr>
            <w:r>
              <w:rPr>
                <w:color w:val="141414"/>
                <w:sz w:val="19"/>
              </w:rPr>
              <w:t xml:space="preserve">[ City, </w:t>
            </w:r>
            <w:proofErr w:type="gramStart"/>
            <w:r>
              <w:rPr>
                <w:color w:val="141414"/>
                <w:sz w:val="19"/>
              </w:rPr>
              <w:t>State ]</w:t>
            </w:r>
            <w:proofErr w:type="gramEnd"/>
          </w:p>
        </w:tc>
        <w:tc>
          <w:tcPr>
            <w:tcW w:w="2592" w:type="dxa"/>
            <w:shd w:val="clear" w:color="auto" w:fill="F9FBFD"/>
            <w:tcMar>
              <w:top w:w="70" w:type="dxa"/>
              <w:left w:w="100" w:type="dxa"/>
              <w:bottom w:w="70" w:type="dxa"/>
              <w:right w:w="100" w:type="dxa"/>
            </w:tcMar>
          </w:tcPr>
          <w:p w14:paraId="65C480D2" w14:textId="77777777" w:rsidR="00AA3848" w:rsidRDefault="00407892">
            <w:pPr>
              <w:spacing w:before="40" w:after="40"/>
            </w:pPr>
            <w:r>
              <w:rPr>
                <w:color w:val="141414"/>
                <w:sz w:val="19"/>
              </w:rPr>
              <w:t>[ Other Parent Name/</w:t>
            </w:r>
            <w:proofErr w:type="gramStart"/>
            <w:r>
              <w:rPr>
                <w:color w:val="141414"/>
                <w:sz w:val="19"/>
              </w:rPr>
              <w:t>Address ]</w:t>
            </w:r>
            <w:proofErr w:type="gramEnd"/>
          </w:p>
        </w:tc>
        <w:tc>
          <w:tcPr>
            <w:tcW w:w="1872" w:type="dxa"/>
            <w:shd w:val="clear" w:color="auto" w:fill="F9FBFD"/>
            <w:tcMar>
              <w:top w:w="70" w:type="dxa"/>
              <w:left w:w="100" w:type="dxa"/>
              <w:bottom w:w="70" w:type="dxa"/>
              <w:right w:w="100" w:type="dxa"/>
            </w:tcMar>
          </w:tcPr>
          <w:p w14:paraId="3E8EE203" w14:textId="77777777" w:rsidR="00AA3848" w:rsidRDefault="00407892">
            <w:pPr>
              <w:spacing w:before="40" w:after="40"/>
            </w:pPr>
            <w:r>
              <w:rPr>
                <w:color w:val="141414"/>
                <w:sz w:val="19"/>
              </w:rPr>
              <w:t xml:space="preserve">[ Support Amt / </w:t>
            </w:r>
            <w:proofErr w:type="gramStart"/>
            <w:r>
              <w:rPr>
                <w:color w:val="141414"/>
                <w:sz w:val="19"/>
              </w:rPr>
              <w:t>Agency ]</w:t>
            </w:r>
            <w:proofErr w:type="gramEnd"/>
          </w:p>
        </w:tc>
      </w:tr>
      <w:tr w:rsidR="00DA1A98" w14:paraId="56C799E2" w14:textId="77777777" w:rsidTr="00D42C93">
        <w:trPr>
          <w:jc w:val="center"/>
        </w:trPr>
        <w:tc>
          <w:tcPr>
            <w:tcW w:w="2304" w:type="dxa"/>
            <w:shd w:val="clear" w:color="auto" w:fill="F9FBFD"/>
            <w:tcMar>
              <w:top w:w="70" w:type="dxa"/>
              <w:left w:w="100" w:type="dxa"/>
              <w:bottom w:w="70" w:type="dxa"/>
              <w:right w:w="100" w:type="dxa"/>
            </w:tcMar>
          </w:tcPr>
          <w:p w14:paraId="7D25F520" w14:textId="119FBE0D" w:rsidR="00DA1A98" w:rsidRDefault="00DA1A98" w:rsidP="00DA1A98">
            <w:pPr>
              <w:spacing w:before="40" w:after="40"/>
              <w:rPr>
                <w:i/>
                <w:color w:val="6E6E6E"/>
                <w:sz w:val="19"/>
              </w:rPr>
            </w:pPr>
            <w:r>
              <w:rPr>
                <w:i/>
                <w:color w:val="6E6E6E"/>
                <w:sz w:val="19"/>
              </w:rPr>
              <w:t xml:space="preserve">[ Type Child </w:t>
            </w:r>
            <w:proofErr w:type="gramStart"/>
            <w:r>
              <w:rPr>
                <w:i/>
                <w:color w:val="6E6E6E"/>
                <w:sz w:val="19"/>
              </w:rPr>
              <w:t>Name ]</w:t>
            </w:r>
            <w:proofErr w:type="gramEnd"/>
          </w:p>
        </w:tc>
        <w:tc>
          <w:tcPr>
            <w:tcW w:w="1584" w:type="dxa"/>
            <w:shd w:val="clear" w:color="auto" w:fill="F9FBFD"/>
            <w:tcMar>
              <w:top w:w="70" w:type="dxa"/>
              <w:left w:w="100" w:type="dxa"/>
              <w:bottom w:w="70" w:type="dxa"/>
              <w:right w:w="100" w:type="dxa"/>
            </w:tcMar>
          </w:tcPr>
          <w:p w14:paraId="3439CE07" w14:textId="384AB172" w:rsidR="00DA1A98" w:rsidRDefault="00DA1A98" w:rsidP="00DA1A98">
            <w:pPr>
              <w:spacing w:before="40" w:after="40"/>
              <w:rPr>
                <w:color w:val="141414"/>
                <w:sz w:val="19"/>
              </w:rPr>
            </w:pPr>
            <w:r>
              <w:rPr>
                <w:color w:val="141414"/>
                <w:sz w:val="19"/>
              </w:rPr>
              <w:t>[ MM/DD/</w:t>
            </w:r>
            <w:proofErr w:type="spellStart"/>
            <w:proofErr w:type="gramStart"/>
            <w:r>
              <w:rPr>
                <w:color w:val="141414"/>
                <w:sz w:val="19"/>
              </w:rPr>
              <w:t>YYYY</w:t>
            </w:r>
            <w:proofErr w:type="spellEnd"/>
            <w:r>
              <w:rPr>
                <w:color w:val="141414"/>
                <w:sz w:val="19"/>
              </w:rPr>
              <w:t xml:space="preserve"> ]</w:t>
            </w:r>
            <w:proofErr w:type="gramEnd"/>
          </w:p>
        </w:tc>
        <w:tc>
          <w:tcPr>
            <w:tcW w:w="1728" w:type="dxa"/>
            <w:shd w:val="clear" w:color="auto" w:fill="F9FBFD"/>
            <w:tcMar>
              <w:top w:w="70" w:type="dxa"/>
              <w:left w:w="100" w:type="dxa"/>
              <w:bottom w:w="70" w:type="dxa"/>
              <w:right w:w="100" w:type="dxa"/>
            </w:tcMar>
          </w:tcPr>
          <w:p w14:paraId="28A1B0B2" w14:textId="24862926" w:rsidR="00DA1A98" w:rsidRDefault="00DA1A98" w:rsidP="00DA1A98">
            <w:pPr>
              <w:spacing w:before="40" w:after="40"/>
              <w:rPr>
                <w:color w:val="141414"/>
                <w:sz w:val="19"/>
              </w:rPr>
            </w:pPr>
            <w:r>
              <w:rPr>
                <w:color w:val="141414"/>
                <w:sz w:val="19"/>
              </w:rPr>
              <w:t xml:space="preserve">[ City, </w:t>
            </w:r>
            <w:proofErr w:type="gramStart"/>
            <w:r>
              <w:rPr>
                <w:color w:val="141414"/>
                <w:sz w:val="19"/>
              </w:rPr>
              <w:t>State ]</w:t>
            </w:r>
            <w:proofErr w:type="gramEnd"/>
          </w:p>
        </w:tc>
        <w:tc>
          <w:tcPr>
            <w:tcW w:w="2592" w:type="dxa"/>
            <w:shd w:val="clear" w:color="auto" w:fill="F9FBFD"/>
            <w:tcMar>
              <w:top w:w="70" w:type="dxa"/>
              <w:left w:w="100" w:type="dxa"/>
              <w:bottom w:w="70" w:type="dxa"/>
              <w:right w:w="100" w:type="dxa"/>
            </w:tcMar>
          </w:tcPr>
          <w:p w14:paraId="5E046172" w14:textId="49E55C43" w:rsidR="00DA1A98" w:rsidRDefault="00DA1A98" w:rsidP="00DA1A98">
            <w:pPr>
              <w:spacing w:before="40" w:after="40"/>
              <w:rPr>
                <w:color w:val="141414"/>
                <w:sz w:val="19"/>
              </w:rPr>
            </w:pPr>
            <w:r>
              <w:rPr>
                <w:color w:val="141414"/>
                <w:sz w:val="19"/>
              </w:rPr>
              <w:t>[ Other Parent Name/</w:t>
            </w:r>
            <w:proofErr w:type="gramStart"/>
            <w:r>
              <w:rPr>
                <w:color w:val="141414"/>
                <w:sz w:val="19"/>
              </w:rPr>
              <w:t>Address ]</w:t>
            </w:r>
            <w:proofErr w:type="gramEnd"/>
          </w:p>
        </w:tc>
        <w:tc>
          <w:tcPr>
            <w:tcW w:w="1872" w:type="dxa"/>
            <w:shd w:val="clear" w:color="auto" w:fill="F9FBFD"/>
            <w:tcMar>
              <w:top w:w="70" w:type="dxa"/>
              <w:left w:w="100" w:type="dxa"/>
              <w:bottom w:w="70" w:type="dxa"/>
              <w:right w:w="100" w:type="dxa"/>
            </w:tcMar>
          </w:tcPr>
          <w:p w14:paraId="691B48E0" w14:textId="7F115EC9" w:rsidR="00DA1A98" w:rsidRDefault="00DA1A98" w:rsidP="00DA1A98">
            <w:pPr>
              <w:spacing w:before="40" w:after="40"/>
              <w:rPr>
                <w:color w:val="141414"/>
                <w:sz w:val="19"/>
              </w:rPr>
            </w:pPr>
            <w:r>
              <w:rPr>
                <w:color w:val="141414"/>
                <w:sz w:val="19"/>
              </w:rPr>
              <w:t xml:space="preserve">[ Support Amt / </w:t>
            </w:r>
            <w:proofErr w:type="gramStart"/>
            <w:r>
              <w:rPr>
                <w:color w:val="141414"/>
                <w:sz w:val="19"/>
              </w:rPr>
              <w:t>Agency ]</w:t>
            </w:r>
            <w:proofErr w:type="gramEnd"/>
          </w:p>
        </w:tc>
      </w:tr>
      <w:tr w:rsidR="00D42C93" w14:paraId="3AB1B977" w14:textId="77777777" w:rsidTr="00D42C93">
        <w:trPr>
          <w:jc w:val="center"/>
        </w:trPr>
        <w:tc>
          <w:tcPr>
            <w:tcW w:w="2304" w:type="dxa"/>
            <w:shd w:val="clear" w:color="auto" w:fill="F9FBFD"/>
            <w:tcMar>
              <w:top w:w="70" w:type="dxa"/>
              <w:left w:w="100" w:type="dxa"/>
              <w:bottom w:w="70" w:type="dxa"/>
              <w:right w:w="100" w:type="dxa"/>
            </w:tcMar>
          </w:tcPr>
          <w:p w14:paraId="7F0BBF93" w14:textId="004620E4" w:rsidR="00D42C93" w:rsidRDefault="00D42C93" w:rsidP="00D42C93">
            <w:pPr>
              <w:spacing w:before="40" w:after="40"/>
              <w:rPr>
                <w:i/>
                <w:color w:val="6E6E6E"/>
                <w:sz w:val="19"/>
              </w:rPr>
            </w:pPr>
            <w:r>
              <w:rPr>
                <w:i/>
                <w:color w:val="6E6E6E"/>
                <w:sz w:val="19"/>
              </w:rPr>
              <w:t xml:space="preserve">[ Type Child </w:t>
            </w:r>
            <w:proofErr w:type="gramStart"/>
            <w:r>
              <w:rPr>
                <w:i/>
                <w:color w:val="6E6E6E"/>
                <w:sz w:val="19"/>
              </w:rPr>
              <w:t>Name ]</w:t>
            </w:r>
            <w:proofErr w:type="gramEnd"/>
          </w:p>
        </w:tc>
        <w:tc>
          <w:tcPr>
            <w:tcW w:w="1584" w:type="dxa"/>
            <w:shd w:val="clear" w:color="auto" w:fill="F9FBFD"/>
            <w:tcMar>
              <w:top w:w="70" w:type="dxa"/>
              <w:left w:w="100" w:type="dxa"/>
              <w:bottom w:w="70" w:type="dxa"/>
              <w:right w:w="100" w:type="dxa"/>
            </w:tcMar>
          </w:tcPr>
          <w:p w14:paraId="00C16A89" w14:textId="1D68808E" w:rsidR="00D42C93" w:rsidRDefault="00D42C93" w:rsidP="00D42C93">
            <w:pPr>
              <w:spacing w:before="40" w:after="40"/>
              <w:rPr>
                <w:color w:val="141414"/>
                <w:sz w:val="19"/>
              </w:rPr>
            </w:pPr>
            <w:r>
              <w:rPr>
                <w:color w:val="141414"/>
                <w:sz w:val="19"/>
              </w:rPr>
              <w:t>[ MM/DD/</w:t>
            </w:r>
            <w:proofErr w:type="spellStart"/>
            <w:proofErr w:type="gramStart"/>
            <w:r>
              <w:rPr>
                <w:color w:val="141414"/>
                <w:sz w:val="19"/>
              </w:rPr>
              <w:t>YYYY</w:t>
            </w:r>
            <w:proofErr w:type="spellEnd"/>
            <w:r>
              <w:rPr>
                <w:color w:val="141414"/>
                <w:sz w:val="19"/>
              </w:rPr>
              <w:t xml:space="preserve"> ]</w:t>
            </w:r>
            <w:proofErr w:type="gramEnd"/>
          </w:p>
        </w:tc>
        <w:tc>
          <w:tcPr>
            <w:tcW w:w="1728" w:type="dxa"/>
            <w:shd w:val="clear" w:color="auto" w:fill="F9FBFD"/>
            <w:tcMar>
              <w:top w:w="70" w:type="dxa"/>
              <w:left w:w="100" w:type="dxa"/>
              <w:bottom w:w="70" w:type="dxa"/>
              <w:right w:w="100" w:type="dxa"/>
            </w:tcMar>
          </w:tcPr>
          <w:p w14:paraId="1720AE43" w14:textId="4D188421" w:rsidR="00D42C93" w:rsidRDefault="00D42C93" w:rsidP="00D42C93">
            <w:pPr>
              <w:spacing w:before="40" w:after="40"/>
              <w:rPr>
                <w:color w:val="141414"/>
                <w:sz w:val="19"/>
              </w:rPr>
            </w:pPr>
            <w:r>
              <w:rPr>
                <w:color w:val="141414"/>
                <w:sz w:val="19"/>
              </w:rPr>
              <w:t xml:space="preserve">[ City, </w:t>
            </w:r>
            <w:proofErr w:type="gramStart"/>
            <w:r>
              <w:rPr>
                <w:color w:val="141414"/>
                <w:sz w:val="19"/>
              </w:rPr>
              <w:t>State ]</w:t>
            </w:r>
            <w:proofErr w:type="gramEnd"/>
          </w:p>
        </w:tc>
        <w:tc>
          <w:tcPr>
            <w:tcW w:w="2592" w:type="dxa"/>
            <w:shd w:val="clear" w:color="auto" w:fill="F9FBFD"/>
            <w:tcMar>
              <w:top w:w="70" w:type="dxa"/>
              <w:left w:w="100" w:type="dxa"/>
              <w:bottom w:w="70" w:type="dxa"/>
              <w:right w:w="100" w:type="dxa"/>
            </w:tcMar>
          </w:tcPr>
          <w:p w14:paraId="5BCA056C" w14:textId="4091C539" w:rsidR="00D42C93" w:rsidRDefault="00D42C93" w:rsidP="00D42C93">
            <w:pPr>
              <w:spacing w:before="40" w:after="40"/>
              <w:rPr>
                <w:color w:val="141414"/>
                <w:sz w:val="19"/>
              </w:rPr>
            </w:pPr>
            <w:r>
              <w:rPr>
                <w:color w:val="141414"/>
                <w:sz w:val="19"/>
              </w:rPr>
              <w:t>[ Other Parent Name/</w:t>
            </w:r>
            <w:proofErr w:type="gramStart"/>
            <w:r>
              <w:rPr>
                <w:color w:val="141414"/>
                <w:sz w:val="19"/>
              </w:rPr>
              <w:t>Address ]</w:t>
            </w:r>
            <w:proofErr w:type="gramEnd"/>
          </w:p>
        </w:tc>
        <w:tc>
          <w:tcPr>
            <w:tcW w:w="1872" w:type="dxa"/>
            <w:shd w:val="clear" w:color="auto" w:fill="F9FBFD"/>
            <w:tcMar>
              <w:top w:w="70" w:type="dxa"/>
              <w:left w:w="100" w:type="dxa"/>
              <w:bottom w:w="70" w:type="dxa"/>
              <w:right w:w="100" w:type="dxa"/>
            </w:tcMar>
          </w:tcPr>
          <w:p w14:paraId="703EF7B4" w14:textId="3347F061" w:rsidR="00D42C93" w:rsidRDefault="00D42C93" w:rsidP="00D42C93">
            <w:pPr>
              <w:spacing w:before="40" w:after="40"/>
              <w:rPr>
                <w:color w:val="141414"/>
                <w:sz w:val="19"/>
              </w:rPr>
            </w:pPr>
            <w:r>
              <w:rPr>
                <w:color w:val="141414"/>
                <w:sz w:val="19"/>
              </w:rPr>
              <w:t xml:space="preserve">[ Support Amt / </w:t>
            </w:r>
            <w:proofErr w:type="gramStart"/>
            <w:r>
              <w:rPr>
                <w:color w:val="141414"/>
                <w:sz w:val="19"/>
              </w:rPr>
              <w:t>Agency ]</w:t>
            </w:r>
            <w:proofErr w:type="gramEnd"/>
          </w:p>
        </w:tc>
      </w:tr>
      <w:tr w:rsidR="00D42C93" w14:paraId="716D129A" w14:textId="77777777" w:rsidTr="00D42C93">
        <w:trPr>
          <w:jc w:val="center"/>
        </w:trPr>
        <w:tc>
          <w:tcPr>
            <w:tcW w:w="2304" w:type="dxa"/>
            <w:shd w:val="clear" w:color="auto" w:fill="F9FBFD"/>
            <w:tcMar>
              <w:top w:w="70" w:type="dxa"/>
              <w:left w:w="100" w:type="dxa"/>
              <w:bottom w:w="70" w:type="dxa"/>
              <w:right w:w="100" w:type="dxa"/>
            </w:tcMar>
          </w:tcPr>
          <w:p w14:paraId="23563B93" w14:textId="1CE7EEF1" w:rsidR="00D42C93" w:rsidRDefault="00D42C93" w:rsidP="00D42C93">
            <w:pPr>
              <w:spacing w:before="40" w:after="40"/>
              <w:rPr>
                <w:i/>
                <w:color w:val="6E6E6E"/>
                <w:sz w:val="19"/>
              </w:rPr>
            </w:pPr>
            <w:r>
              <w:rPr>
                <w:i/>
                <w:color w:val="6E6E6E"/>
                <w:sz w:val="19"/>
              </w:rPr>
              <w:t xml:space="preserve">[ Type Child </w:t>
            </w:r>
            <w:proofErr w:type="gramStart"/>
            <w:r>
              <w:rPr>
                <w:i/>
                <w:color w:val="6E6E6E"/>
                <w:sz w:val="19"/>
              </w:rPr>
              <w:t>Name ]</w:t>
            </w:r>
            <w:proofErr w:type="gramEnd"/>
          </w:p>
        </w:tc>
        <w:tc>
          <w:tcPr>
            <w:tcW w:w="1584" w:type="dxa"/>
            <w:shd w:val="clear" w:color="auto" w:fill="F9FBFD"/>
            <w:tcMar>
              <w:top w:w="70" w:type="dxa"/>
              <w:left w:w="100" w:type="dxa"/>
              <w:bottom w:w="70" w:type="dxa"/>
              <w:right w:w="100" w:type="dxa"/>
            </w:tcMar>
          </w:tcPr>
          <w:p w14:paraId="3E382A54" w14:textId="08C66227" w:rsidR="00D42C93" w:rsidRDefault="00D42C93" w:rsidP="00D42C93">
            <w:pPr>
              <w:spacing w:before="40" w:after="40"/>
              <w:rPr>
                <w:color w:val="141414"/>
                <w:sz w:val="19"/>
              </w:rPr>
            </w:pPr>
            <w:r>
              <w:rPr>
                <w:color w:val="141414"/>
                <w:sz w:val="19"/>
              </w:rPr>
              <w:t>[ MM/DD/</w:t>
            </w:r>
            <w:proofErr w:type="spellStart"/>
            <w:proofErr w:type="gramStart"/>
            <w:r>
              <w:rPr>
                <w:color w:val="141414"/>
                <w:sz w:val="19"/>
              </w:rPr>
              <w:t>YYYY</w:t>
            </w:r>
            <w:proofErr w:type="spellEnd"/>
            <w:r>
              <w:rPr>
                <w:color w:val="141414"/>
                <w:sz w:val="19"/>
              </w:rPr>
              <w:t xml:space="preserve"> ]</w:t>
            </w:r>
            <w:proofErr w:type="gramEnd"/>
          </w:p>
        </w:tc>
        <w:tc>
          <w:tcPr>
            <w:tcW w:w="1728" w:type="dxa"/>
            <w:shd w:val="clear" w:color="auto" w:fill="F9FBFD"/>
            <w:tcMar>
              <w:top w:w="70" w:type="dxa"/>
              <w:left w:w="100" w:type="dxa"/>
              <w:bottom w:w="70" w:type="dxa"/>
              <w:right w:w="100" w:type="dxa"/>
            </w:tcMar>
          </w:tcPr>
          <w:p w14:paraId="0BBCADA3" w14:textId="3DB03A66" w:rsidR="00D42C93" w:rsidRDefault="00D42C93" w:rsidP="00D42C93">
            <w:pPr>
              <w:spacing w:before="40" w:after="40"/>
              <w:rPr>
                <w:color w:val="141414"/>
                <w:sz w:val="19"/>
              </w:rPr>
            </w:pPr>
            <w:r>
              <w:rPr>
                <w:color w:val="141414"/>
                <w:sz w:val="19"/>
              </w:rPr>
              <w:t xml:space="preserve">[ City, </w:t>
            </w:r>
            <w:proofErr w:type="gramStart"/>
            <w:r>
              <w:rPr>
                <w:color w:val="141414"/>
                <w:sz w:val="19"/>
              </w:rPr>
              <w:t>State ]</w:t>
            </w:r>
            <w:proofErr w:type="gramEnd"/>
          </w:p>
        </w:tc>
        <w:tc>
          <w:tcPr>
            <w:tcW w:w="2592" w:type="dxa"/>
            <w:shd w:val="clear" w:color="auto" w:fill="F9FBFD"/>
            <w:tcMar>
              <w:top w:w="70" w:type="dxa"/>
              <w:left w:w="100" w:type="dxa"/>
              <w:bottom w:w="70" w:type="dxa"/>
              <w:right w:w="100" w:type="dxa"/>
            </w:tcMar>
          </w:tcPr>
          <w:p w14:paraId="605E06E0" w14:textId="2CBD38CB" w:rsidR="00D42C93" w:rsidRDefault="00D42C93" w:rsidP="00D42C93">
            <w:pPr>
              <w:spacing w:before="40" w:after="40"/>
              <w:rPr>
                <w:color w:val="141414"/>
                <w:sz w:val="19"/>
              </w:rPr>
            </w:pPr>
            <w:r>
              <w:rPr>
                <w:color w:val="141414"/>
                <w:sz w:val="19"/>
              </w:rPr>
              <w:t>[ Other Parent Name/</w:t>
            </w:r>
            <w:proofErr w:type="gramStart"/>
            <w:r>
              <w:rPr>
                <w:color w:val="141414"/>
                <w:sz w:val="19"/>
              </w:rPr>
              <w:t>Address ]</w:t>
            </w:r>
            <w:proofErr w:type="gramEnd"/>
          </w:p>
        </w:tc>
        <w:tc>
          <w:tcPr>
            <w:tcW w:w="1872" w:type="dxa"/>
            <w:shd w:val="clear" w:color="auto" w:fill="F9FBFD"/>
            <w:tcMar>
              <w:top w:w="70" w:type="dxa"/>
              <w:left w:w="100" w:type="dxa"/>
              <w:bottom w:w="70" w:type="dxa"/>
              <w:right w:w="100" w:type="dxa"/>
            </w:tcMar>
          </w:tcPr>
          <w:p w14:paraId="123AB637" w14:textId="72388023" w:rsidR="00D42C93" w:rsidRDefault="00D42C93" w:rsidP="00D42C93">
            <w:pPr>
              <w:spacing w:before="40" w:after="40"/>
              <w:rPr>
                <w:color w:val="141414"/>
                <w:sz w:val="19"/>
              </w:rPr>
            </w:pPr>
            <w:r>
              <w:rPr>
                <w:color w:val="141414"/>
                <w:sz w:val="19"/>
              </w:rPr>
              <w:t xml:space="preserve">[ Support Amt / </w:t>
            </w:r>
            <w:proofErr w:type="gramStart"/>
            <w:r>
              <w:rPr>
                <w:color w:val="141414"/>
                <w:sz w:val="19"/>
              </w:rPr>
              <w:t>Agency ]</w:t>
            </w:r>
            <w:proofErr w:type="gramEnd"/>
          </w:p>
        </w:tc>
      </w:tr>
      <w:tr w:rsidR="00D42C93" w14:paraId="4998380E" w14:textId="77777777" w:rsidTr="00D42C93">
        <w:trPr>
          <w:jc w:val="center"/>
        </w:trPr>
        <w:tc>
          <w:tcPr>
            <w:tcW w:w="2304" w:type="dxa"/>
            <w:shd w:val="clear" w:color="auto" w:fill="F9FBFD"/>
            <w:tcMar>
              <w:top w:w="70" w:type="dxa"/>
              <w:left w:w="100" w:type="dxa"/>
              <w:bottom w:w="70" w:type="dxa"/>
              <w:right w:w="100" w:type="dxa"/>
            </w:tcMar>
          </w:tcPr>
          <w:p w14:paraId="66B6FD5D" w14:textId="2E0A04BC" w:rsidR="00D42C93" w:rsidRDefault="00D42C93" w:rsidP="00D42C93">
            <w:pPr>
              <w:spacing w:before="40" w:after="40"/>
              <w:rPr>
                <w:i/>
                <w:color w:val="6E6E6E"/>
                <w:sz w:val="19"/>
              </w:rPr>
            </w:pPr>
            <w:r>
              <w:rPr>
                <w:i/>
                <w:color w:val="6E6E6E"/>
                <w:sz w:val="19"/>
              </w:rPr>
              <w:t xml:space="preserve">[ Type Child </w:t>
            </w:r>
            <w:proofErr w:type="gramStart"/>
            <w:r>
              <w:rPr>
                <w:i/>
                <w:color w:val="6E6E6E"/>
                <w:sz w:val="19"/>
              </w:rPr>
              <w:t>Name ]</w:t>
            </w:r>
            <w:proofErr w:type="gramEnd"/>
          </w:p>
        </w:tc>
        <w:tc>
          <w:tcPr>
            <w:tcW w:w="1584" w:type="dxa"/>
            <w:shd w:val="clear" w:color="auto" w:fill="F9FBFD"/>
            <w:tcMar>
              <w:top w:w="70" w:type="dxa"/>
              <w:left w:w="100" w:type="dxa"/>
              <w:bottom w:w="70" w:type="dxa"/>
              <w:right w:w="100" w:type="dxa"/>
            </w:tcMar>
          </w:tcPr>
          <w:p w14:paraId="1522D073" w14:textId="516476D7" w:rsidR="00D42C93" w:rsidRDefault="00D42C93" w:rsidP="00D42C93">
            <w:pPr>
              <w:spacing w:before="40" w:after="40"/>
              <w:rPr>
                <w:color w:val="141414"/>
                <w:sz w:val="19"/>
              </w:rPr>
            </w:pPr>
            <w:r>
              <w:rPr>
                <w:color w:val="141414"/>
                <w:sz w:val="19"/>
              </w:rPr>
              <w:t>[ MM/DD/</w:t>
            </w:r>
            <w:proofErr w:type="spellStart"/>
            <w:proofErr w:type="gramStart"/>
            <w:r>
              <w:rPr>
                <w:color w:val="141414"/>
                <w:sz w:val="19"/>
              </w:rPr>
              <w:t>YYYY</w:t>
            </w:r>
            <w:proofErr w:type="spellEnd"/>
            <w:r>
              <w:rPr>
                <w:color w:val="141414"/>
                <w:sz w:val="19"/>
              </w:rPr>
              <w:t xml:space="preserve"> ]</w:t>
            </w:r>
            <w:proofErr w:type="gramEnd"/>
          </w:p>
        </w:tc>
        <w:tc>
          <w:tcPr>
            <w:tcW w:w="1728" w:type="dxa"/>
            <w:shd w:val="clear" w:color="auto" w:fill="F9FBFD"/>
            <w:tcMar>
              <w:top w:w="70" w:type="dxa"/>
              <w:left w:w="100" w:type="dxa"/>
              <w:bottom w:w="70" w:type="dxa"/>
              <w:right w:w="100" w:type="dxa"/>
            </w:tcMar>
          </w:tcPr>
          <w:p w14:paraId="73A38253" w14:textId="162FE814" w:rsidR="00D42C93" w:rsidRDefault="00D42C93" w:rsidP="00D42C93">
            <w:pPr>
              <w:spacing w:before="40" w:after="40"/>
              <w:rPr>
                <w:color w:val="141414"/>
                <w:sz w:val="19"/>
              </w:rPr>
            </w:pPr>
            <w:r>
              <w:rPr>
                <w:color w:val="141414"/>
                <w:sz w:val="19"/>
              </w:rPr>
              <w:t xml:space="preserve">[ City, </w:t>
            </w:r>
            <w:proofErr w:type="gramStart"/>
            <w:r>
              <w:rPr>
                <w:color w:val="141414"/>
                <w:sz w:val="19"/>
              </w:rPr>
              <w:t>State ]</w:t>
            </w:r>
            <w:proofErr w:type="gramEnd"/>
          </w:p>
        </w:tc>
        <w:tc>
          <w:tcPr>
            <w:tcW w:w="2592" w:type="dxa"/>
            <w:shd w:val="clear" w:color="auto" w:fill="F9FBFD"/>
            <w:tcMar>
              <w:top w:w="70" w:type="dxa"/>
              <w:left w:w="100" w:type="dxa"/>
              <w:bottom w:w="70" w:type="dxa"/>
              <w:right w:w="100" w:type="dxa"/>
            </w:tcMar>
          </w:tcPr>
          <w:p w14:paraId="62CB8CFB" w14:textId="46E7162A" w:rsidR="00D42C93" w:rsidRDefault="00D42C93" w:rsidP="00D42C93">
            <w:pPr>
              <w:spacing w:before="40" w:after="40"/>
              <w:rPr>
                <w:color w:val="141414"/>
                <w:sz w:val="19"/>
              </w:rPr>
            </w:pPr>
            <w:r>
              <w:rPr>
                <w:color w:val="141414"/>
                <w:sz w:val="19"/>
              </w:rPr>
              <w:t>[ Other Parent Name/</w:t>
            </w:r>
            <w:proofErr w:type="gramStart"/>
            <w:r>
              <w:rPr>
                <w:color w:val="141414"/>
                <w:sz w:val="19"/>
              </w:rPr>
              <w:t>Address ]</w:t>
            </w:r>
            <w:proofErr w:type="gramEnd"/>
          </w:p>
        </w:tc>
        <w:tc>
          <w:tcPr>
            <w:tcW w:w="1872" w:type="dxa"/>
            <w:shd w:val="clear" w:color="auto" w:fill="F9FBFD"/>
            <w:tcMar>
              <w:top w:w="70" w:type="dxa"/>
              <w:left w:w="100" w:type="dxa"/>
              <w:bottom w:w="70" w:type="dxa"/>
              <w:right w:w="100" w:type="dxa"/>
            </w:tcMar>
          </w:tcPr>
          <w:p w14:paraId="35EC6981" w14:textId="2A4A2D5D" w:rsidR="00D42C93" w:rsidRDefault="00D42C93" w:rsidP="00D42C93">
            <w:pPr>
              <w:spacing w:before="40" w:after="40"/>
              <w:rPr>
                <w:color w:val="141414"/>
                <w:sz w:val="19"/>
              </w:rPr>
            </w:pPr>
            <w:r>
              <w:rPr>
                <w:color w:val="141414"/>
                <w:sz w:val="19"/>
              </w:rPr>
              <w:t xml:space="preserve">[ Support Amt / </w:t>
            </w:r>
            <w:proofErr w:type="gramStart"/>
            <w:r>
              <w:rPr>
                <w:color w:val="141414"/>
                <w:sz w:val="19"/>
              </w:rPr>
              <w:t>Agency ]</w:t>
            </w:r>
            <w:proofErr w:type="gramEnd"/>
          </w:p>
        </w:tc>
      </w:tr>
    </w:tbl>
    <w:p w14:paraId="00901052" w14:textId="77777777" w:rsidR="00AA3848" w:rsidRDefault="00AA3848">
      <w:pPr>
        <w:spacing w:after="120"/>
      </w:pPr>
    </w:p>
    <w:p w14:paraId="31CEDB94" w14:textId="77777777" w:rsidR="00AA3848" w:rsidRDefault="00407892">
      <w:pPr>
        <w:keepNext/>
        <w:spacing w:before="200" w:after="80"/>
      </w:pPr>
      <w:r>
        <w:rPr>
          <w:b/>
          <w:color w:val="2F5496"/>
          <w:sz w:val="22"/>
        </w:rPr>
        <w:t>Immediate Relatives</w:t>
      </w:r>
    </w:p>
    <w:p w14:paraId="67CA82AC" w14:textId="77777777" w:rsidR="00AA3848" w:rsidRDefault="00407892">
      <w:r>
        <w:t>List the full names of your parents, step-parents, sisters, and brothers:</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592"/>
        <w:gridCol w:w="3456"/>
        <w:gridCol w:w="1872"/>
        <w:gridCol w:w="2160"/>
      </w:tblGrid>
      <w:tr w:rsidR="00AA3848" w14:paraId="7066AC6D" w14:textId="77777777" w:rsidTr="00D42C93">
        <w:trPr>
          <w:jc w:val="center"/>
        </w:trPr>
        <w:tc>
          <w:tcPr>
            <w:tcW w:w="2592" w:type="dxa"/>
            <w:shd w:val="clear" w:color="auto" w:fill="1B365D"/>
            <w:tcMar>
              <w:top w:w="70" w:type="dxa"/>
              <w:left w:w="100" w:type="dxa"/>
              <w:bottom w:w="70" w:type="dxa"/>
              <w:right w:w="100" w:type="dxa"/>
            </w:tcMar>
          </w:tcPr>
          <w:p w14:paraId="5F03F7E2" w14:textId="77777777" w:rsidR="00AA3848" w:rsidRDefault="00407892">
            <w:pPr>
              <w:spacing w:before="40" w:after="40"/>
            </w:pPr>
            <w:r>
              <w:rPr>
                <w:b/>
                <w:color w:val="FFFFFF"/>
                <w:sz w:val="19"/>
              </w:rPr>
              <w:t>Full Legal Name</w:t>
            </w:r>
          </w:p>
        </w:tc>
        <w:tc>
          <w:tcPr>
            <w:tcW w:w="3456" w:type="dxa"/>
            <w:shd w:val="clear" w:color="auto" w:fill="1B365D"/>
            <w:tcMar>
              <w:top w:w="70" w:type="dxa"/>
              <w:left w:w="100" w:type="dxa"/>
              <w:bottom w:w="70" w:type="dxa"/>
              <w:right w:w="100" w:type="dxa"/>
            </w:tcMar>
          </w:tcPr>
          <w:p w14:paraId="364970C5" w14:textId="77777777" w:rsidR="00AA3848" w:rsidRDefault="00407892">
            <w:pPr>
              <w:spacing w:before="40" w:after="40"/>
            </w:pPr>
            <w:r>
              <w:rPr>
                <w:b/>
                <w:color w:val="FFFFFF"/>
                <w:sz w:val="19"/>
              </w:rPr>
              <w:t>Current Address</w:t>
            </w:r>
          </w:p>
        </w:tc>
        <w:tc>
          <w:tcPr>
            <w:tcW w:w="1872" w:type="dxa"/>
            <w:shd w:val="clear" w:color="auto" w:fill="1B365D"/>
            <w:tcMar>
              <w:top w:w="70" w:type="dxa"/>
              <w:left w:w="100" w:type="dxa"/>
              <w:bottom w:w="70" w:type="dxa"/>
              <w:right w:w="100" w:type="dxa"/>
            </w:tcMar>
          </w:tcPr>
          <w:p w14:paraId="3A77FCF9" w14:textId="77777777" w:rsidR="00AA3848" w:rsidRDefault="00407892">
            <w:pPr>
              <w:spacing w:before="40" w:after="40"/>
            </w:pPr>
            <w:r>
              <w:rPr>
                <w:b/>
                <w:color w:val="FFFFFF"/>
                <w:sz w:val="19"/>
              </w:rPr>
              <w:t>Relationship</w:t>
            </w:r>
          </w:p>
        </w:tc>
        <w:tc>
          <w:tcPr>
            <w:tcW w:w="2160" w:type="dxa"/>
            <w:shd w:val="clear" w:color="auto" w:fill="1B365D"/>
            <w:tcMar>
              <w:top w:w="70" w:type="dxa"/>
              <w:left w:w="100" w:type="dxa"/>
              <w:bottom w:w="70" w:type="dxa"/>
              <w:right w:w="100" w:type="dxa"/>
            </w:tcMar>
          </w:tcPr>
          <w:p w14:paraId="2830BA45" w14:textId="77777777" w:rsidR="00AA3848" w:rsidRDefault="00407892">
            <w:pPr>
              <w:spacing w:before="40" w:after="40"/>
            </w:pPr>
            <w:r>
              <w:rPr>
                <w:b/>
                <w:color w:val="FFFFFF"/>
                <w:sz w:val="19"/>
              </w:rPr>
              <w:t>Employer</w:t>
            </w:r>
          </w:p>
        </w:tc>
      </w:tr>
      <w:tr w:rsidR="00AA3848" w14:paraId="7412FE55" w14:textId="77777777" w:rsidTr="00D42C93">
        <w:trPr>
          <w:jc w:val="center"/>
        </w:trPr>
        <w:tc>
          <w:tcPr>
            <w:tcW w:w="2592" w:type="dxa"/>
            <w:shd w:val="clear" w:color="auto" w:fill="FFFFFF"/>
            <w:tcMar>
              <w:top w:w="70" w:type="dxa"/>
              <w:left w:w="100" w:type="dxa"/>
              <w:bottom w:w="70" w:type="dxa"/>
              <w:right w:w="100" w:type="dxa"/>
            </w:tcMar>
          </w:tcPr>
          <w:p w14:paraId="2DF1B6C1" w14:textId="77777777" w:rsidR="00AA3848" w:rsidRDefault="00407892">
            <w:pPr>
              <w:spacing w:before="40" w:after="40"/>
            </w:pPr>
            <w:r>
              <w:rPr>
                <w:i/>
                <w:color w:val="6E6E6E"/>
                <w:sz w:val="19"/>
              </w:rPr>
              <w:t xml:space="preserve">[ Type </w:t>
            </w:r>
            <w:proofErr w:type="gramStart"/>
            <w:r>
              <w:rPr>
                <w:i/>
                <w:color w:val="6E6E6E"/>
                <w:sz w:val="19"/>
              </w:rPr>
              <w:t>Name ]</w:t>
            </w:r>
            <w:proofErr w:type="gramEnd"/>
          </w:p>
        </w:tc>
        <w:tc>
          <w:tcPr>
            <w:tcW w:w="3456" w:type="dxa"/>
            <w:shd w:val="clear" w:color="auto" w:fill="FFFFFF"/>
            <w:tcMar>
              <w:top w:w="70" w:type="dxa"/>
              <w:left w:w="100" w:type="dxa"/>
              <w:bottom w:w="70" w:type="dxa"/>
              <w:right w:w="100" w:type="dxa"/>
            </w:tcMar>
          </w:tcPr>
          <w:p w14:paraId="2CFCC5FC" w14:textId="77777777" w:rsidR="00AA3848" w:rsidRDefault="00407892">
            <w:pPr>
              <w:spacing w:before="40" w:after="40"/>
            </w:pPr>
            <w:r>
              <w:rPr>
                <w:i/>
                <w:color w:val="6E6E6E"/>
                <w:sz w:val="19"/>
              </w:rPr>
              <w:t xml:space="preserve">[ Type </w:t>
            </w:r>
            <w:proofErr w:type="gramStart"/>
            <w:r>
              <w:rPr>
                <w:i/>
                <w:color w:val="6E6E6E"/>
                <w:sz w:val="19"/>
              </w:rPr>
              <w:t>Address ]</w:t>
            </w:r>
            <w:proofErr w:type="gramEnd"/>
          </w:p>
        </w:tc>
        <w:tc>
          <w:tcPr>
            <w:tcW w:w="1872" w:type="dxa"/>
            <w:shd w:val="clear" w:color="auto" w:fill="FFFFFF"/>
            <w:tcMar>
              <w:top w:w="70" w:type="dxa"/>
              <w:left w:w="100" w:type="dxa"/>
              <w:bottom w:w="70" w:type="dxa"/>
              <w:right w:w="100" w:type="dxa"/>
            </w:tcMar>
          </w:tcPr>
          <w:p w14:paraId="78440D0A" w14:textId="77777777" w:rsidR="00AA3848" w:rsidRDefault="00407892">
            <w:pPr>
              <w:spacing w:before="40" w:after="40"/>
            </w:pPr>
            <w:r>
              <w:rPr>
                <w:color w:val="141414"/>
                <w:sz w:val="19"/>
              </w:rPr>
              <w:t>Father</w:t>
            </w:r>
          </w:p>
        </w:tc>
        <w:tc>
          <w:tcPr>
            <w:tcW w:w="2160" w:type="dxa"/>
            <w:shd w:val="clear" w:color="auto" w:fill="FFFFFF"/>
            <w:tcMar>
              <w:top w:w="70" w:type="dxa"/>
              <w:left w:w="100" w:type="dxa"/>
              <w:bottom w:w="70" w:type="dxa"/>
              <w:right w:w="100" w:type="dxa"/>
            </w:tcMar>
          </w:tcPr>
          <w:p w14:paraId="65B5372F" w14:textId="77777777" w:rsidR="00AA3848" w:rsidRDefault="00407892">
            <w:pPr>
              <w:spacing w:before="40" w:after="40"/>
            </w:pPr>
            <w:r>
              <w:rPr>
                <w:color w:val="141414"/>
                <w:sz w:val="19"/>
              </w:rPr>
              <w:t xml:space="preserve">[ Employer </w:t>
            </w:r>
            <w:proofErr w:type="gramStart"/>
            <w:r>
              <w:rPr>
                <w:color w:val="141414"/>
                <w:sz w:val="19"/>
              </w:rPr>
              <w:t>Name ]</w:t>
            </w:r>
            <w:proofErr w:type="gramEnd"/>
          </w:p>
        </w:tc>
      </w:tr>
      <w:tr w:rsidR="00AA3848" w14:paraId="1C84F465" w14:textId="77777777" w:rsidTr="00D42C93">
        <w:trPr>
          <w:jc w:val="center"/>
        </w:trPr>
        <w:tc>
          <w:tcPr>
            <w:tcW w:w="2592" w:type="dxa"/>
            <w:shd w:val="clear" w:color="auto" w:fill="F9FBFD"/>
            <w:tcMar>
              <w:top w:w="70" w:type="dxa"/>
              <w:left w:w="100" w:type="dxa"/>
              <w:bottom w:w="70" w:type="dxa"/>
              <w:right w:w="100" w:type="dxa"/>
            </w:tcMar>
          </w:tcPr>
          <w:p w14:paraId="17B3F12D" w14:textId="77777777" w:rsidR="00AA3848" w:rsidRDefault="00407892">
            <w:pPr>
              <w:spacing w:before="40" w:after="40"/>
            </w:pPr>
            <w:r>
              <w:rPr>
                <w:i/>
                <w:color w:val="6E6E6E"/>
                <w:sz w:val="19"/>
              </w:rPr>
              <w:t xml:space="preserve">[ Type </w:t>
            </w:r>
            <w:proofErr w:type="gramStart"/>
            <w:r>
              <w:rPr>
                <w:i/>
                <w:color w:val="6E6E6E"/>
                <w:sz w:val="19"/>
              </w:rPr>
              <w:t>Name ]</w:t>
            </w:r>
            <w:proofErr w:type="gramEnd"/>
          </w:p>
        </w:tc>
        <w:tc>
          <w:tcPr>
            <w:tcW w:w="3456" w:type="dxa"/>
            <w:shd w:val="clear" w:color="auto" w:fill="F9FBFD"/>
            <w:tcMar>
              <w:top w:w="70" w:type="dxa"/>
              <w:left w:w="100" w:type="dxa"/>
              <w:bottom w:w="70" w:type="dxa"/>
              <w:right w:w="100" w:type="dxa"/>
            </w:tcMar>
          </w:tcPr>
          <w:p w14:paraId="6D380D35" w14:textId="77777777" w:rsidR="00AA3848" w:rsidRDefault="00407892">
            <w:pPr>
              <w:spacing w:before="40" w:after="40"/>
            </w:pPr>
            <w:r>
              <w:rPr>
                <w:i/>
                <w:color w:val="6E6E6E"/>
                <w:sz w:val="19"/>
              </w:rPr>
              <w:t xml:space="preserve">[ Type </w:t>
            </w:r>
            <w:proofErr w:type="gramStart"/>
            <w:r>
              <w:rPr>
                <w:i/>
                <w:color w:val="6E6E6E"/>
                <w:sz w:val="19"/>
              </w:rPr>
              <w:t>Address ]</w:t>
            </w:r>
            <w:proofErr w:type="gramEnd"/>
          </w:p>
        </w:tc>
        <w:tc>
          <w:tcPr>
            <w:tcW w:w="1872" w:type="dxa"/>
            <w:shd w:val="clear" w:color="auto" w:fill="F9FBFD"/>
            <w:tcMar>
              <w:top w:w="70" w:type="dxa"/>
              <w:left w:w="100" w:type="dxa"/>
              <w:bottom w:w="70" w:type="dxa"/>
              <w:right w:w="100" w:type="dxa"/>
            </w:tcMar>
          </w:tcPr>
          <w:p w14:paraId="1A5F9D7F" w14:textId="77777777" w:rsidR="00AA3848" w:rsidRDefault="00407892">
            <w:pPr>
              <w:spacing w:before="40" w:after="40"/>
            </w:pPr>
            <w:r>
              <w:rPr>
                <w:color w:val="141414"/>
                <w:sz w:val="19"/>
              </w:rPr>
              <w:t>Mother</w:t>
            </w:r>
          </w:p>
        </w:tc>
        <w:tc>
          <w:tcPr>
            <w:tcW w:w="2160" w:type="dxa"/>
            <w:shd w:val="clear" w:color="auto" w:fill="F9FBFD"/>
            <w:tcMar>
              <w:top w:w="70" w:type="dxa"/>
              <w:left w:w="100" w:type="dxa"/>
              <w:bottom w:w="70" w:type="dxa"/>
              <w:right w:w="100" w:type="dxa"/>
            </w:tcMar>
          </w:tcPr>
          <w:p w14:paraId="6129D2B3" w14:textId="77777777" w:rsidR="00AA3848" w:rsidRDefault="00407892">
            <w:pPr>
              <w:spacing w:before="40" w:after="40"/>
            </w:pPr>
            <w:r>
              <w:rPr>
                <w:color w:val="141414"/>
                <w:sz w:val="19"/>
              </w:rPr>
              <w:t xml:space="preserve">[ Employer </w:t>
            </w:r>
            <w:proofErr w:type="gramStart"/>
            <w:r>
              <w:rPr>
                <w:color w:val="141414"/>
                <w:sz w:val="19"/>
              </w:rPr>
              <w:t>Name ]</w:t>
            </w:r>
            <w:proofErr w:type="gramEnd"/>
          </w:p>
        </w:tc>
      </w:tr>
      <w:tr w:rsidR="00AA3848" w14:paraId="3D74E89E" w14:textId="77777777" w:rsidTr="00D42C93">
        <w:trPr>
          <w:jc w:val="center"/>
        </w:trPr>
        <w:tc>
          <w:tcPr>
            <w:tcW w:w="2592" w:type="dxa"/>
            <w:shd w:val="clear" w:color="auto" w:fill="FFFFFF"/>
            <w:tcMar>
              <w:top w:w="70" w:type="dxa"/>
              <w:left w:w="100" w:type="dxa"/>
              <w:bottom w:w="70" w:type="dxa"/>
              <w:right w:w="100" w:type="dxa"/>
            </w:tcMar>
          </w:tcPr>
          <w:p w14:paraId="33A09897" w14:textId="77777777" w:rsidR="00AA3848" w:rsidRDefault="00407892">
            <w:pPr>
              <w:spacing w:before="40" w:after="40"/>
            </w:pPr>
            <w:r>
              <w:rPr>
                <w:i/>
                <w:color w:val="6E6E6E"/>
                <w:sz w:val="19"/>
              </w:rPr>
              <w:t xml:space="preserve">[ Type </w:t>
            </w:r>
            <w:proofErr w:type="gramStart"/>
            <w:r>
              <w:rPr>
                <w:i/>
                <w:color w:val="6E6E6E"/>
                <w:sz w:val="19"/>
              </w:rPr>
              <w:t>Name ]</w:t>
            </w:r>
            <w:proofErr w:type="gramEnd"/>
          </w:p>
        </w:tc>
        <w:tc>
          <w:tcPr>
            <w:tcW w:w="3456" w:type="dxa"/>
            <w:shd w:val="clear" w:color="auto" w:fill="FFFFFF"/>
            <w:tcMar>
              <w:top w:w="70" w:type="dxa"/>
              <w:left w:w="100" w:type="dxa"/>
              <w:bottom w:w="70" w:type="dxa"/>
              <w:right w:w="100" w:type="dxa"/>
            </w:tcMar>
          </w:tcPr>
          <w:p w14:paraId="330AA0CA" w14:textId="77777777" w:rsidR="00AA3848" w:rsidRDefault="00407892">
            <w:pPr>
              <w:spacing w:before="40" w:after="40"/>
            </w:pPr>
            <w:r>
              <w:rPr>
                <w:i/>
                <w:color w:val="6E6E6E"/>
                <w:sz w:val="19"/>
              </w:rPr>
              <w:t xml:space="preserve">[ Type </w:t>
            </w:r>
            <w:proofErr w:type="gramStart"/>
            <w:r>
              <w:rPr>
                <w:i/>
                <w:color w:val="6E6E6E"/>
                <w:sz w:val="19"/>
              </w:rPr>
              <w:t>Address ]</w:t>
            </w:r>
            <w:proofErr w:type="gramEnd"/>
          </w:p>
        </w:tc>
        <w:tc>
          <w:tcPr>
            <w:tcW w:w="1872" w:type="dxa"/>
            <w:shd w:val="clear" w:color="auto" w:fill="FFFFFF"/>
            <w:tcMar>
              <w:top w:w="70" w:type="dxa"/>
              <w:left w:w="100" w:type="dxa"/>
              <w:bottom w:w="70" w:type="dxa"/>
              <w:right w:w="100" w:type="dxa"/>
            </w:tcMar>
          </w:tcPr>
          <w:p w14:paraId="39C7273F" w14:textId="77777777" w:rsidR="00AA3848" w:rsidRDefault="00407892">
            <w:pPr>
              <w:spacing w:before="40" w:after="40"/>
            </w:pPr>
            <w:r>
              <w:rPr>
                <w:color w:val="141414"/>
                <w:sz w:val="19"/>
              </w:rPr>
              <w:t xml:space="preserve">[ Step-Parent / </w:t>
            </w:r>
            <w:proofErr w:type="gramStart"/>
            <w:r>
              <w:rPr>
                <w:color w:val="141414"/>
                <w:sz w:val="19"/>
              </w:rPr>
              <w:t>Sibling ]</w:t>
            </w:r>
            <w:proofErr w:type="gramEnd"/>
          </w:p>
        </w:tc>
        <w:tc>
          <w:tcPr>
            <w:tcW w:w="2160" w:type="dxa"/>
            <w:shd w:val="clear" w:color="auto" w:fill="FFFFFF"/>
            <w:tcMar>
              <w:top w:w="70" w:type="dxa"/>
              <w:left w:w="100" w:type="dxa"/>
              <w:bottom w:w="70" w:type="dxa"/>
              <w:right w:w="100" w:type="dxa"/>
            </w:tcMar>
          </w:tcPr>
          <w:p w14:paraId="283968C4" w14:textId="77777777" w:rsidR="00AA3848" w:rsidRDefault="00407892">
            <w:pPr>
              <w:spacing w:before="40" w:after="40"/>
            </w:pPr>
            <w:r>
              <w:rPr>
                <w:color w:val="141414"/>
                <w:sz w:val="19"/>
              </w:rPr>
              <w:t xml:space="preserve">[ Employer </w:t>
            </w:r>
            <w:proofErr w:type="gramStart"/>
            <w:r>
              <w:rPr>
                <w:color w:val="141414"/>
                <w:sz w:val="19"/>
              </w:rPr>
              <w:t>Name ]</w:t>
            </w:r>
            <w:proofErr w:type="gramEnd"/>
          </w:p>
        </w:tc>
      </w:tr>
      <w:tr w:rsidR="00AA3848" w14:paraId="7DB2CCAF" w14:textId="77777777" w:rsidTr="00D42C93">
        <w:trPr>
          <w:jc w:val="center"/>
        </w:trPr>
        <w:tc>
          <w:tcPr>
            <w:tcW w:w="2592" w:type="dxa"/>
            <w:shd w:val="clear" w:color="auto" w:fill="F9FBFD"/>
            <w:tcMar>
              <w:top w:w="70" w:type="dxa"/>
              <w:left w:w="100" w:type="dxa"/>
              <w:bottom w:w="70" w:type="dxa"/>
              <w:right w:w="100" w:type="dxa"/>
            </w:tcMar>
          </w:tcPr>
          <w:p w14:paraId="490CBED4" w14:textId="77777777" w:rsidR="00AA3848" w:rsidRDefault="00407892">
            <w:pPr>
              <w:spacing w:before="40" w:after="40"/>
            </w:pPr>
            <w:r>
              <w:rPr>
                <w:i/>
                <w:color w:val="6E6E6E"/>
                <w:sz w:val="19"/>
              </w:rPr>
              <w:t xml:space="preserve">[ Type </w:t>
            </w:r>
            <w:proofErr w:type="gramStart"/>
            <w:r>
              <w:rPr>
                <w:i/>
                <w:color w:val="6E6E6E"/>
                <w:sz w:val="19"/>
              </w:rPr>
              <w:t>Name ]</w:t>
            </w:r>
            <w:proofErr w:type="gramEnd"/>
          </w:p>
        </w:tc>
        <w:tc>
          <w:tcPr>
            <w:tcW w:w="3456" w:type="dxa"/>
            <w:shd w:val="clear" w:color="auto" w:fill="F9FBFD"/>
            <w:tcMar>
              <w:top w:w="70" w:type="dxa"/>
              <w:left w:w="100" w:type="dxa"/>
              <w:bottom w:w="70" w:type="dxa"/>
              <w:right w:w="100" w:type="dxa"/>
            </w:tcMar>
          </w:tcPr>
          <w:p w14:paraId="0901A528" w14:textId="77777777" w:rsidR="00AA3848" w:rsidRDefault="00407892">
            <w:pPr>
              <w:spacing w:before="40" w:after="40"/>
            </w:pPr>
            <w:r>
              <w:rPr>
                <w:i/>
                <w:color w:val="6E6E6E"/>
                <w:sz w:val="19"/>
              </w:rPr>
              <w:t xml:space="preserve">[ Type </w:t>
            </w:r>
            <w:proofErr w:type="gramStart"/>
            <w:r>
              <w:rPr>
                <w:i/>
                <w:color w:val="6E6E6E"/>
                <w:sz w:val="19"/>
              </w:rPr>
              <w:t>Address ]</w:t>
            </w:r>
            <w:proofErr w:type="gramEnd"/>
          </w:p>
        </w:tc>
        <w:tc>
          <w:tcPr>
            <w:tcW w:w="1872" w:type="dxa"/>
            <w:shd w:val="clear" w:color="auto" w:fill="F9FBFD"/>
            <w:tcMar>
              <w:top w:w="70" w:type="dxa"/>
              <w:left w:w="100" w:type="dxa"/>
              <w:bottom w:w="70" w:type="dxa"/>
              <w:right w:w="100" w:type="dxa"/>
            </w:tcMar>
          </w:tcPr>
          <w:p w14:paraId="1F29B6B7" w14:textId="77777777" w:rsidR="00AA3848" w:rsidRDefault="00407892">
            <w:pPr>
              <w:spacing w:before="40" w:after="40"/>
            </w:pPr>
            <w:r>
              <w:rPr>
                <w:color w:val="141414"/>
                <w:sz w:val="19"/>
              </w:rPr>
              <w:t xml:space="preserve">[ Step-Parent / </w:t>
            </w:r>
            <w:proofErr w:type="gramStart"/>
            <w:r>
              <w:rPr>
                <w:color w:val="141414"/>
                <w:sz w:val="19"/>
              </w:rPr>
              <w:t>Sibling ]</w:t>
            </w:r>
            <w:proofErr w:type="gramEnd"/>
          </w:p>
        </w:tc>
        <w:tc>
          <w:tcPr>
            <w:tcW w:w="2160" w:type="dxa"/>
            <w:shd w:val="clear" w:color="auto" w:fill="F9FBFD"/>
            <w:tcMar>
              <w:top w:w="70" w:type="dxa"/>
              <w:left w:w="100" w:type="dxa"/>
              <w:bottom w:w="70" w:type="dxa"/>
              <w:right w:w="100" w:type="dxa"/>
            </w:tcMar>
          </w:tcPr>
          <w:p w14:paraId="1E535363" w14:textId="77777777" w:rsidR="00AA3848" w:rsidRDefault="00407892">
            <w:pPr>
              <w:spacing w:before="40" w:after="40"/>
            </w:pPr>
            <w:r>
              <w:rPr>
                <w:color w:val="141414"/>
                <w:sz w:val="19"/>
              </w:rPr>
              <w:t xml:space="preserve">[ Employer </w:t>
            </w:r>
            <w:proofErr w:type="gramStart"/>
            <w:r>
              <w:rPr>
                <w:color w:val="141414"/>
                <w:sz w:val="19"/>
              </w:rPr>
              <w:t>Name ]</w:t>
            </w:r>
            <w:proofErr w:type="gramEnd"/>
          </w:p>
        </w:tc>
      </w:tr>
      <w:tr w:rsidR="00AA3848" w14:paraId="350F21A0" w14:textId="77777777" w:rsidTr="00D42C93">
        <w:trPr>
          <w:trHeight w:val="523"/>
          <w:jc w:val="center"/>
        </w:trPr>
        <w:tc>
          <w:tcPr>
            <w:tcW w:w="2592" w:type="dxa"/>
            <w:shd w:val="clear" w:color="auto" w:fill="FFFFFF"/>
            <w:tcMar>
              <w:top w:w="70" w:type="dxa"/>
              <w:left w:w="100" w:type="dxa"/>
              <w:bottom w:w="70" w:type="dxa"/>
              <w:right w:w="100" w:type="dxa"/>
            </w:tcMar>
          </w:tcPr>
          <w:p w14:paraId="4F635FF7" w14:textId="77777777" w:rsidR="00AA3848" w:rsidRDefault="00407892">
            <w:pPr>
              <w:spacing w:before="40" w:after="40"/>
            </w:pPr>
            <w:r>
              <w:rPr>
                <w:i/>
                <w:color w:val="6E6E6E"/>
                <w:sz w:val="19"/>
              </w:rPr>
              <w:t xml:space="preserve">[ Type </w:t>
            </w:r>
            <w:proofErr w:type="gramStart"/>
            <w:r>
              <w:rPr>
                <w:i/>
                <w:color w:val="6E6E6E"/>
                <w:sz w:val="19"/>
              </w:rPr>
              <w:t>Name ]</w:t>
            </w:r>
            <w:proofErr w:type="gramEnd"/>
          </w:p>
        </w:tc>
        <w:tc>
          <w:tcPr>
            <w:tcW w:w="3456" w:type="dxa"/>
            <w:shd w:val="clear" w:color="auto" w:fill="FFFFFF"/>
            <w:tcMar>
              <w:top w:w="70" w:type="dxa"/>
              <w:left w:w="100" w:type="dxa"/>
              <w:bottom w:w="70" w:type="dxa"/>
              <w:right w:w="100" w:type="dxa"/>
            </w:tcMar>
          </w:tcPr>
          <w:p w14:paraId="32657374" w14:textId="77777777" w:rsidR="00AA3848" w:rsidRDefault="00407892">
            <w:pPr>
              <w:spacing w:before="40" w:after="40"/>
            </w:pPr>
            <w:r>
              <w:rPr>
                <w:i/>
                <w:color w:val="6E6E6E"/>
                <w:sz w:val="19"/>
              </w:rPr>
              <w:t xml:space="preserve">[ Type </w:t>
            </w:r>
            <w:proofErr w:type="gramStart"/>
            <w:r>
              <w:rPr>
                <w:i/>
                <w:color w:val="6E6E6E"/>
                <w:sz w:val="19"/>
              </w:rPr>
              <w:t>Address ]</w:t>
            </w:r>
            <w:proofErr w:type="gramEnd"/>
          </w:p>
        </w:tc>
        <w:tc>
          <w:tcPr>
            <w:tcW w:w="1872" w:type="dxa"/>
            <w:shd w:val="clear" w:color="auto" w:fill="FFFFFF"/>
            <w:tcMar>
              <w:top w:w="70" w:type="dxa"/>
              <w:left w:w="100" w:type="dxa"/>
              <w:bottom w:w="70" w:type="dxa"/>
              <w:right w:w="100" w:type="dxa"/>
            </w:tcMar>
          </w:tcPr>
          <w:p w14:paraId="790AF21E" w14:textId="77777777" w:rsidR="00AA3848" w:rsidRDefault="00407892">
            <w:pPr>
              <w:spacing w:before="40" w:after="40"/>
            </w:pPr>
            <w:r>
              <w:rPr>
                <w:color w:val="141414"/>
                <w:sz w:val="19"/>
              </w:rPr>
              <w:t xml:space="preserve">[ Step-Parent / </w:t>
            </w:r>
            <w:proofErr w:type="gramStart"/>
            <w:r>
              <w:rPr>
                <w:color w:val="141414"/>
                <w:sz w:val="19"/>
              </w:rPr>
              <w:t>Sibling ]</w:t>
            </w:r>
            <w:proofErr w:type="gramEnd"/>
          </w:p>
        </w:tc>
        <w:tc>
          <w:tcPr>
            <w:tcW w:w="2160" w:type="dxa"/>
            <w:shd w:val="clear" w:color="auto" w:fill="FFFFFF"/>
            <w:tcMar>
              <w:top w:w="70" w:type="dxa"/>
              <w:left w:w="100" w:type="dxa"/>
              <w:bottom w:w="70" w:type="dxa"/>
              <w:right w:w="100" w:type="dxa"/>
            </w:tcMar>
          </w:tcPr>
          <w:p w14:paraId="33F765F4" w14:textId="77777777" w:rsidR="00AA3848" w:rsidRDefault="00407892">
            <w:pPr>
              <w:spacing w:before="40" w:after="40"/>
            </w:pPr>
            <w:r>
              <w:rPr>
                <w:color w:val="141414"/>
                <w:sz w:val="19"/>
              </w:rPr>
              <w:t xml:space="preserve">[ Employer </w:t>
            </w:r>
            <w:proofErr w:type="gramStart"/>
            <w:r>
              <w:rPr>
                <w:color w:val="141414"/>
                <w:sz w:val="19"/>
              </w:rPr>
              <w:t>Name ]</w:t>
            </w:r>
            <w:proofErr w:type="gramEnd"/>
          </w:p>
        </w:tc>
      </w:tr>
      <w:tr w:rsidR="00D42C93" w14:paraId="6951CC80" w14:textId="77777777" w:rsidTr="00D42C93">
        <w:trPr>
          <w:trHeight w:val="523"/>
          <w:jc w:val="center"/>
        </w:trPr>
        <w:tc>
          <w:tcPr>
            <w:tcW w:w="2592" w:type="dxa"/>
            <w:shd w:val="clear" w:color="auto" w:fill="FFFFFF"/>
            <w:tcMar>
              <w:top w:w="70" w:type="dxa"/>
              <w:left w:w="100" w:type="dxa"/>
              <w:bottom w:w="70" w:type="dxa"/>
              <w:right w:w="100" w:type="dxa"/>
            </w:tcMar>
          </w:tcPr>
          <w:p w14:paraId="133FCABA" w14:textId="70B0412B" w:rsidR="00D42C93" w:rsidRDefault="00D42C93" w:rsidP="00D42C93">
            <w:pPr>
              <w:spacing w:before="40" w:after="40"/>
              <w:rPr>
                <w:i/>
                <w:color w:val="6E6E6E"/>
                <w:sz w:val="19"/>
              </w:rPr>
            </w:pPr>
            <w:r>
              <w:rPr>
                <w:i/>
                <w:color w:val="6E6E6E"/>
                <w:sz w:val="19"/>
              </w:rPr>
              <w:t xml:space="preserve">[ Type </w:t>
            </w:r>
            <w:proofErr w:type="gramStart"/>
            <w:r>
              <w:rPr>
                <w:i/>
                <w:color w:val="6E6E6E"/>
                <w:sz w:val="19"/>
              </w:rPr>
              <w:t>Name ]</w:t>
            </w:r>
            <w:proofErr w:type="gramEnd"/>
          </w:p>
        </w:tc>
        <w:tc>
          <w:tcPr>
            <w:tcW w:w="3456" w:type="dxa"/>
            <w:shd w:val="clear" w:color="auto" w:fill="FFFFFF"/>
            <w:tcMar>
              <w:top w:w="70" w:type="dxa"/>
              <w:left w:w="100" w:type="dxa"/>
              <w:bottom w:w="70" w:type="dxa"/>
              <w:right w:w="100" w:type="dxa"/>
            </w:tcMar>
          </w:tcPr>
          <w:p w14:paraId="1150EC0F" w14:textId="34C0F4D3" w:rsidR="00D42C93" w:rsidRDefault="00D42C93" w:rsidP="00D42C93">
            <w:pPr>
              <w:spacing w:before="40" w:after="40"/>
              <w:rPr>
                <w:i/>
                <w:color w:val="6E6E6E"/>
                <w:sz w:val="19"/>
              </w:rPr>
            </w:pPr>
            <w:r>
              <w:rPr>
                <w:i/>
                <w:color w:val="6E6E6E"/>
                <w:sz w:val="19"/>
              </w:rPr>
              <w:t xml:space="preserve">[ Type </w:t>
            </w:r>
            <w:proofErr w:type="gramStart"/>
            <w:r>
              <w:rPr>
                <w:i/>
                <w:color w:val="6E6E6E"/>
                <w:sz w:val="19"/>
              </w:rPr>
              <w:t>Address ]</w:t>
            </w:r>
            <w:proofErr w:type="gramEnd"/>
          </w:p>
        </w:tc>
        <w:tc>
          <w:tcPr>
            <w:tcW w:w="1872" w:type="dxa"/>
            <w:shd w:val="clear" w:color="auto" w:fill="FFFFFF"/>
            <w:tcMar>
              <w:top w:w="70" w:type="dxa"/>
              <w:left w:w="100" w:type="dxa"/>
              <w:bottom w:w="70" w:type="dxa"/>
              <w:right w:w="100" w:type="dxa"/>
            </w:tcMar>
          </w:tcPr>
          <w:p w14:paraId="687CAE8C" w14:textId="697D1333" w:rsidR="00D42C93" w:rsidRDefault="00D42C93" w:rsidP="00D42C93">
            <w:pPr>
              <w:spacing w:before="40" w:after="40"/>
              <w:rPr>
                <w:color w:val="141414"/>
                <w:sz w:val="19"/>
              </w:rPr>
            </w:pPr>
            <w:r>
              <w:rPr>
                <w:color w:val="141414"/>
                <w:sz w:val="19"/>
              </w:rPr>
              <w:t xml:space="preserve">[ Step-Parent / </w:t>
            </w:r>
            <w:proofErr w:type="gramStart"/>
            <w:r>
              <w:rPr>
                <w:color w:val="141414"/>
                <w:sz w:val="19"/>
              </w:rPr>
              <w:t>Sibling ]</w:t>
            </w:r>
            <w:proofErr w:type="gramEnd"/>
          </w:p>
        </w:tc>
        <w:tc>
          <w:tcPr>
            <w:tcW w:w="2160" w:type="dxa"/>
            <w:shd w:val="clear" w:color="auto" w:fill="FFFFFF"/>
            <w:tcMar>
              <w:top w:w="70" w:type="dxa"/>
              <w:left w:w="100" w:type="dxa"/>
              <w:bottom w:w="70" w:type="dxa"/>
              <w:right w:w="100" w:type="dxa"/>
            </w:tcMar>
          </w:tcPr>
          <w:p w14:paraId="12412C6B" w14:textId="7E566F7A" w:rsidR="00D42C93" w:rsidRDefault="00D42C93" w:rsidP="00D42C93">
            <w:pPr>
              <w:spacing w:before="40" w:after="40"/>
              <w:rPr>
                <w:color w:val="141414"/>
                <w:sz w:val="19"/>
              </w:rPr>
            </w:pPr>
            <w:r>
              <w:rPr>
                <w:color w:val="141414"/>
                <w:sz w:val="19"/>
              </w:rPr>
              <w:t xml:space="preserve">[ Employer </w:t>
            </w:r>
            <w:proofErr w:type="gramStart"/>
            <w:r>
              <w:rPr>
                <w:color w:val="141414"/>
                <w:sz w:val="19"/>
              </w:rPr>
              <w:t>Name ]</w:t>
            </w:r>
            <w:proofErr w:type="gramEnd"/>
          </w:p>
        </w:tc>
      </w:tr>
      <w:tr w:rsidR="00D42C93" w14:paraId="0766A639" w14:textId="77777777" w:rsidTr="00D42C93">
        <w:trPr>
          <w:trHeight w:val="523"/>
          <w:jc w:val="center"/>
        </w:trPr>
        <w:tc>
          <w:tcPr>
            <w:tcW w:w="2592" w:type="dxa"/>
            <w:shd w:val="clear" w:color="auto" w:fill="FFFFFF"/>
            <w:tcMar>
              <w:top w:w="70" w:type="dxa"/>
              <w:left w:w="100" w:type="dxa"/>
              <w:bottom w:w="70" w:type="dxa"/>
              <w:right w:w="100" w:type="dxa"/>
            </w:tcMar>
          </w:tcPr>
          <w:p w14:paraId="2B3345A9" w14:textId="3AE66DAD" w:rsidR="00D42C93" w:rsidRDefault="00D42C93" w:rsidP="00D42C93">
            <w:pPr>
              <w:spacing w:before="40" w:after="40"/>
              <w:rPr>
                <w:i/>
                <w:color w:val="6E6E6E"/>
                <w:sz w:val="19"/>
              </w:rPr>
            </w:pPr>
            <w:r>
              <w:rPr>
                <w:i/>
                <w:color w:val="6E6E6E"/>
                <w:sz w:val="19"/>
              </w:rPr>
              <w:t xml:space="preserve">[ Type </w:t>
            </w:r>
            <w:proofErr w:type="gramStart"/>
            <w:r>
              <w:rPr>
                <w:i/>
                <w:color w:val="6E6E6E"/>
                <w:sz w:val="19"/>
              </w:rPr>
              <w:t>Name ]</w:t>
            </w:r>
            <w:proofErr w:type="gramEnd"/>
          </w:p>
        </w:tc>
        <w:tc>
          <w:tcPr>
            <w:tcW w:w="3456" w:type="dxa"/>
            <w:shd w:val="clear" w:color="auto" w:fill="FFFFFF"/>
            <w:tcMar>
              <w:top w:w="70" w:type="dxa"/>
              <w:left w:w="100" w:type="dxa"/>
              <w:bottom w:w="70" w:type="dxa"/>
              <w:right w:w="100" w:type="dxa"/>
            </w:tcMar>
          </w:tcPr>
          <w:p w14:paraId="69043F81" w14:textId="350A5A85" w:rsidR="00D42C93" w:rsidRDefault="00D42C93" w:rsidP="00D42C93">
            <w:pPr>
              <w:spacing w:before="40" w:after="40"/>
              <w:rPr>
                <w:i/>
                <w:color w:val="6E6E6E"/>
                <w:sz w:val="19"/>
              </w:rPr>
            </w:pPr>
            <w:r>
              <w:rPr>
                <w:i/>
                <w:color w:val="6E6E6E"/>
                <w:sz w:val="19"/>
              </w:rPr>
              <w:t xml:space="preserve">[ Type </w:t>
            </w:r>
            <w:proofErr w:type="gramStart"/>
            <w:r>
              <w:rPr>
                <w:i/>
                <w:color w:val="6E6E6E"/>
                <w:sz w:val="19"/>
              </w:rPr>
              <w:t>Address ]</w:t>
            </w:r>
            <w:proofErr w:type="gramEnd"/>
          </w:p>
        </w:tc>
        <w:tc>
          <w:tcPr>
            <w:tcW w:w="1872" w:type="dxa"/>
            <w:shd w:val="clear" w:color="auto" w:fill="FFFFFF"/>
            <w:tcMar>
              <w:top w:w="70" w:type="dxa"/>
              <w:left w:w="100" w:type="dxa"/>
              <w:bottom w:w="70" w:type="dxa"/>
              <w:right w:w="100" w:type="dxa"/>
            </w:tcMar>
          </w:tcPr>
          <w:p w14:paraId="63053345" w14:textId="693F5D88" w:rsidR="00D42C93" w:rsidRDefault="00D42C93" w:rsidP="00D42C93">
            <w:pPr>
              <w:spacing w:before="40" w:after="40"/>
              <w:rPr>
                <w:color w:val="141414"/>
                <w:sz w:val="19"/>
              </w:rPr>
            </w:pPr>
            <w:r>
              <w:rPr>
                <w:color w:val="141414"/>
                <w:sz w:val="19"/>
              </w:rPr>
              <w:t xml:space="preserve">[ Step-Parent / </w:t>
            </w:r>
            <w:proofErr w:type="gramStart"/>
            <w:r>
              <w:rPr>
                <w:color w:val="141414"/>
                <w:sz w:val="19"/>
              </w:rPr>
              <w:t>Sibling ]</w:t>
            </w:r>
            <w:proofErr w:type="gramEnd"/>
          </w:p>
        </w:tc>
        <w:tc>
          <w:tcPr>
            <w:tcW w:w="2160" w:type="dxa"/>
            <w:shd w:val="clear" w:color="auto" w:fill="FFFFFF"/>
            <w:tcMar>
              <w:top w:w="70" w:type="dxa"/>
              <w:left w:w="100" w:type="dxa"/>
              <w:bottom w:w="70" w:type="dxa"/>
              <w:right w:w="100" w:type="dxa"/>
            </w:tcMar>
          </w:tcPr>
          <w:p w14:paraId="598CBE20" w14:textId="3EF4139B" w:rsidR="00D42C93" w:rsidRDefault="00D42C93" w:rsidP="00D42C93">
            <w:pPr>
              <w:spacing w:before="40" w:after="40"/>
              <w:rPr>
                <w:color w:val="141414"/>
                <w:sz w:val="19"/>
              </w:rPr>
            </w:pPr>
            <w:r>
              <w:rPr>
                <w:color w:val="141414"/>
                <w:sz w:val="19"/>
              </w:rPr>
              <w:t xml:space="preserve">[ Employer </w:t>
            </w:r>
            <w:proofErr w:type="gramStart"/>
            <w:r>
              <w:rPr>
                <w:color w:val="141414"/>
                <w:sz w:val="19"/>
              </w:rPr>
              <w:t>Name ]</w:t>
            </w:r>
            <w:proofErr w:type="gramEnd"/>
          </w:p>
        </w:tc>
      </w:tr>
    </w:tbl>
    <w:p w14:paraId="2089C4C1" w14:textId="77777777" w:rsidR="00AA3848" w:rsidRDefault="00AA3848">
      <w:pPr>
        <w:spacing w:after="120"/>
      </w:pPr>
    </w:p>
    <w:p w14:paraId="604DDA7B" w14:textId="77777777" w:rsidR="00AA3848" w:rsidRDefault="00407892">
      <w:pPr>
        <w:keepNext/>
        <w:spacing w:before="280" w:after="120"/>
      </w:pPr>
      <w:r>
        <w:rPr>
          <w:b/>
          <w:color w:val="1B365D"/>
          <w:sz w:val="26"/>
        </w:rPr>
        <w:lastRenderedPageBreak/>
        <w:t>SECTION 4: EDUCATION</w:t>
      </w:r>
    </w:p>
    <w:p w14:paraId="25C38DA2" w14:textId="77777777" w:rsidR="00AA3848" w:rsidRDefault="00407892">
      <w:r>
        <w:t>List below all schools attended beginning with 9th grade (including high school, vocational, technical, college, university):</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728"/>
        <w:gridCol w:w="3667"/>
        <w:gridCol w:w="1373"/>
        <w:gridCol w:w="1728"/>
        <w:gridCol w:w="1584"/>
      </w:tblGrid>
      <w:tr w:rsidR="00AA3848" w14:paraId="38C046B8" w14:textId="77777777" w:rsidTr="00D42C93">
        <w:trPr>
          <w:jc w:val="center"/>
        </w:trPr>
        <w:tc>
          <w:tcPr>
            <w:tcW w:w="1728" w:type="dxa"/>
            <w:shd w:val="clear" w:color="auto" w:fill="1B365D"/>
            <w:tcMar>
              <w:top w:w="70" w:type="dxa"/>
              <w:left w:w="100" w:type="dxa"/>
              <w:bottom w:w="70" w:type="dxa"/>
              <w:right w:w="100" w:type="dxa"/>
            </w:tcMar>
          </w:tcPr>
          <w:p w14:paraId="5A1D375F" w14:textId="77777777" w:rsidR="00AA3848" w:rsidRDefault="00407892">
            <w:pPr>
              <w:spacing w:before="40" w:after="40"/>
            </w:pPr>
            <w:r>
              <w:rPr>
                <w:b/>
                <w:color w:val="FFFFFF"/>
                <w:sz w:val="19"/>
              </w:rPr>
              <w:t>From - To</w:t>
            </w:r>
          </w:p>
        </w:tc>
        <w:tc>
          <w:tcPr>
            <w:tcW w:w="3667" w:type="dxa"/>
            <w:shd w:val="clear" w:color="auto" w:fill="1B365D"/>
            <w:tcMar>
              <w:top w:w="70" w:type="dxa"/>
              <w:left w:w="100" w:type="dxa"/>
              <w:bottom w:w="70" w:type="dxa"/>
              <w:right w:w="100" w:type="dxa"/>
            </w:tcMar>
          </w:tcPr>
          <w:p w14:paraId="2DE22835" w14:textId="77777777" w:rsidR="00AA3848" w:rsidRDefault="00407892">
            <w:pPr>
              <w:spacing w:before="40" w:after="40"/>
            </w:pPr>
            <w:r>
              <w:rPr>
                <w:b/>
                <w:color w:val="FFFFFF"/>
                <w:sz w:val="19"/>
              </w:rPr>
              <w:t>Name &amp; Address of School</w:t>
            </w:r>
          </w:p>
        </w:tc>
        <w:tc>
          <w:tcPr>
            <w:tcW w:w="1373" w:type="dxa"/>
            <w:shd w:val="clear" w:color="auto" w:fill="1B365D"/>
            <w:tcMar>
              <w:top w:w="70" w:type="dxa"/>
              <w:left w:w="100" w:type="dxa"/>
              <w:bottom w:w="70" w:type="dxa"/>
              <w:right w:w="100" w:type="dxa"/>
            </w:tcMar>
          </w:tcPr>
          <w:p w14:paraId="582D33EC" w14:textId="77777777" w:rsidR="00AA3848" w:rsidRDefault="00407892">
            <w:pPr>
              <w:spacing w:before="40" w:after="40"/>
            </w:pPr>
            <w:r>
              <w:rPr>
                <w:b/>
                <w:color w:val="FFFFFF"/>
                <w:sz w:val="19"/>
              </w:rPr>
              <w:t>Graduated?</w:t>
            </w:r>
          </w:p>
        </w:tc>
        <w:tc>
          <w:tcPr>
            <w:tcW w:w="1728" w:type="dxa"/>
            <w:shd w:val="clear" w:color="auto" w:fill="1B365D"/>
            <w:tcMar>
              <w:top w:w="70" w:type="dxa"/>
              <w:left w:w="100" w:type="dxa"/>
              <w:bottom w:w="70" w:type="dxa"/>
              <w:right w:w="100" w:type="dxa"/>
            </w:tcMar>
          </w:tcPr>
          <w:p w14:paraId="592DC730" w14:textId="77777777" w:rsidR="00AA3848" w:rsidRDefault="00407892">
            <w:pPr>
              <w:spacing w:before="40" w:after="40"/>
            </w:pPr>
            <w:r>
              <w:rPr>
                <w:b/>
                <w:color w:val="FFFFFF"/>
                <w:sz w:val="19"/>
              </w:rPr>
              <w:t>Degree / Diploma</w:t>
            </w:r>
          </w:p>
        </w:tc>
        <w:tc>
          <w:tcPr>
            <w:tcW w:w="1584" w:type="dxa"/>
            <w:shd w:val="clear" w:color="auto" w:fill="1B365D"/>
            <w:tcMar>
              <w:top w:w="70" w:type="dxa"/>
              <w:left w:w="100" w:type="dxa"/>
              <w:bottom w:w="70" w:type="dxa"/>
              <w:right w:w="100" w:type="dxa"/>
            </w:tcMar>
          </w:tcPr>
          <w:p w14:paraId="4C3F7034" w14:textId="77777777" w:rsidR="00AA3848" w:rsidRDefault="00407892">
            <w:pPr>
              <w:spacing w:before="40" w:after="40"/>
            </w:pPr>
            <w:r>
              <w:rPr>
                <w:b/>
                <w:color w:val="FFFFFF"/>
                <w:sz w:val="19"/>
              </w:rPr>
              <w:t>Major / Minor</w:t>
            </w:r>
          </w:p>
        </w:tc>
      </w:tr>
      <w:tr w:rsidR="00AA3848" w14:paraId="1C71E1B4" w14:textId="77777777" w:rsidTr="00D42C93">
        <w:trPr>
          <w:jc w:val="center"/>
        </w:trPr>
        <w:tc>
          <w:tcPr>
            <w:tcW w:w="1728" w:type="dxa"/>
            <w:shd w:val="clear" w:color="auto" w:fill="FFFFFF"/>
            <w:tcMar>
              <w:top w:w="70" w:type="dxa"/>
              <w:left w:w="100" w:type="dxa"/>
              <w:bottom w:w="70" w:type="dxa"/>
              <w:right w:w="100" w:type="dxa"/>
            </w:tcMar>
          </w:tcPr>
          <w:p w14:paraId="4365D3CA"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-MM/</w:t>
            </w:r>
            <w:proofErr w:type="spellStart"/>
            <w:proofErr w:type="gramStart"/>
            <w:r>
              <w:rPr>
                <w:color w:val="141414"/>
                <w:sz w:val="19"/>
              </w:rPr>
              <w:t>YY</w:t>
            </w:r>
            <w:proofErr w:type="spellEnd"/>
            <w:r>
              <w:rPr>
                <w:color w:val="141414"/>
                <w:sz w:val="19"/>
              </w:rPr>
              <w:t xml:space="preserve"> ]</w:t>
            </w:r>
            <w:proofErr w:type="gramEnd"/>
          </w:p>
        </w:tc>
        <w:tc>
          <w:tcPr>
            <w:tcW w:w="3667" w:type="dxa"/>
            <w:shd w:val="clear" w:color="auto" w:fill="FFFFFF"/>
            <w:tcMar>
              <w:top w:w="70" w:type="dxa"/>
              <w:left w:w="100" w:type="dxa"/>
              <w:bottom w:w="70" w:type="dxa"/>
              <w:right w:w="100" w:type="dxa"/>
            </w:tcMar>
          </w:tcPr>
          <w:p w14:paraId="347AC925" w14:textId="77777777" w:rsidR="00AA3848" w:rsidRDefault="00407892">
            <w:pPr>
              <w:spacing w:before="40" w:after="40"/>
            </w:pPr>
            <w:r>
              <w:rPr>
                <w:color w:val="141414"/>
                <w:sz w:val="19"/>
              </w:rPr>
              <w:t xml:space="preserve">[ School Name &amp; City, </w:t>
            </w:r>
            <w:proofErr w:type="gramStart"/>
            <w:r>
              <w:rPr>
                <w:color w:val="141414"/>
                <w:sz w:val="19"/>
              </w:rPr>
              <w:t>State ]</w:t>
            </w:r>
            <w:proofErr w:type="gramEnd"/>
          </w:p>
        </w:tc>
        <w:tc>
          <w:tcPr>
            <w:tcW w:w="1373" w:type="dxa"/>
            <w:shd w:val="clear" w:color="auto" w:fill="FFFFFF"/>
            <w:tcMar>
              <w:top w:w="70" w:type="dxa"/>
              <w:left w:w="100" w:type="dxa"/>
              <w:bottom w:w="70" w:type="dxa"/>
              <w:right w:w="100" w:type="dxa"/>
            </w:tcMar>
          </w:tcPr>
          <w:p w14:paraId="65836555" w14:textId="77777777" w:rsidR="00AA3848" w:rsidRDefault="00407892">
            <w:pPr>
              <w:spacing w:before="40" w:after="40"/>
            </w:pPr>
            <w:proofErr w:type="gramStart"/>
            <w:r>
              <w:rPr>
                <w:color w:val="141414"/>
                <w:sz w:val="19"/>
              </w:rPr>
              <w:t>[  ]</w:t>
            </w:r>
            <w:proofErr w:type="gramEnd"/>
            <w:r>
              <w:rPr>
                <w:color w:val="141414"/>
                <w:sz w:val="19"/>
              </w:rPr>
              <w:t xml:space="preserve"> Yes  [  ] No</w:t>
            </w:r>
          </w:p>
        </w:tc>
        <w:tc>
          <w:tcPr>
            <w:tcW w:w="1728" w:type="dxa"/>
            <w:shd w:val="clear" w:color="auto" w:fill="FFFFFF"/>
            <w:tcMar>
              <w:top w:w="70" w:type="dxa"/>
              <w:left w:w="100" w:type="dxa"/>
              <w:bottom w:w="70" w:type="dxa"/>
              <w:right w:w="100" w:type="dxa"/>
            </w:tcMar>
          </w:tcPr>
          <w:p w14:paraId="7CD3665C" w14:textId="77777777" w:rsidR="00AA3848" w:rsidRDefault="00407892">
            <w:pPr>
              <w:spacing w:before="40" w:after="40"/>
            </w:pPr>
            <w:r>
              <w:rPr>
                <w:color w:val="141414"/>
                <w:sz w:val="19"/>
              </w:rPr>
              <w:t>[ Diploma/</w:t>
            </w:r>
            <w:proofErr w:type="gramStart"/>
            <w:r>
              <w:rPr>
                <w:color w:val="141414"/>
                <w:sz w:val="19"/>
              </w:rPr>
              <w:t>Degree ]</w:t>
            </w:r>
            <w:proofErr w:type="gramEnd"/>
          </w:p>
        </w:tc>
        <w:tc>
          <w:tcPr>
            <w:tcW w:w="1584" w:type="dxa"/>
            <w:shd w:val="clear" w:color="auto" w:fill="FFFFFF"/>
            <w:tcMar>
              <w:top w:w="70" w:type="dxa"/>
              <w:left w:w="100" w:type="dxa"/>
              <w:bottom w:w="70" w:type="dxa"/>
              <w:right w:w="100" w:type="dxa"/>
            </w:tcMar>
          </w:tcPr>
          <w:p w14:paraId="550ADA9F" w14:textId="77777777" w:rsidR="00AA3848" w:rsidRDefault="00407892">
            <w:pPr>
              <w:spacing w:before="40" w:after="40"/>
            </w:pPr>
            <w:r>
              <w:rPr>
                <w:color w:val="141414"/>
                <w:sz w:val="19"/>
              </w:rPr>
              <w:t xml:space="preserve">[ Major / </w:t>
            </w:r>
            <w:proofErr w:type="gramStart"/>
            <w:r>
              <w:rPr>
                <w:color w:val="141414"/>
                <w:sz w:val="19"/>
              </w:rPr>
              <w:t>Minor ]</w:t>
            </w:r>
            <w:proofErr w:type="gramEnd"/>
          </w:p>
        </w:tc>
      </w:tr>
      <w:tr w:rsidR="00E377E9" w14:paraId="31BBD834" w14:textId="77777777" w:rsidTr="00D42C93">
        <w:trPr>
          <w:jc w:val="center"/>
        </w:trPr>
        <w:tc>
          <w:tcPr>
            <w:tcW w:w="1728" w:type="dxa"/>
            <w:shd w:val="clear" w:color="auto" w:fill="FFFFFF"/>
            <w:tcMar>
              <w:top w:w="70" w:type="dxa"/>
              <w:left w:w="100" w:type="dxa"/>
              <w:bottom w:w="70" w:type="dxa"/>
              <w:right w:w="100" w:type="dxa"/>
            </w:tcMar>
          </w:tcPr>
          <w:p w14:paraId="56679B85" w14:textId="20F6BD98" w:rsidR="00E377E9" w:rsidRDefault="00E377E9" w:rsidP="00E377E9">
            <w:pPr>
              <w:spacing w:before="40" w:after="40"/>
              <w:rPr>
                <w:color w:val="141414"/>
                <w:sz w:val="19"/>
              </w:rPr>
            </w:pPr>
            <w:r>
              <w:rPr>
                <w:color w:val="141414"/>
                <w:sz w:val="19"/>
              </w:rPr>
              <w:t>[ MM/</w:t>
            </w:r>
            <w:proofErr w:type="spellStart"/>
            <w:r>
              <w:rPr>
                <w:color w:val="141414"/>
                <w:sz w:val="19"/>
              </w:rPr>
              <w:t>YY</w:t>
            </w:r>
            <w:proofErr w:type="spellEnd"/>
            <w:r>
              <w:rPr>
                <w:color w:val="141414"/>
                <w:sz w:val="19"/>
              </w:rPr>
              <w:t>-MM/</w:t>
            </w:r>
            <w:proofErr w:type="spellStart"/>
            <w:proofErr w:type="gramStart"/>
            <w:r>
              <w:rPr>
                <w:color w:val="141414"/>
                <w:sz w:val="19"/>
              </w:rPr>
              <w:t>YY</w:t>
            </w:r>
            <w:proofErr w:type="spellEnd"/>
            <w:r>
              <w:rPr>
                <w:color w:val="141414"/>
                <w:sz w:val="19"/>
              </w:rPr>
              <w:t xml:space="preserve"> ]</w:t>
            </w:r>
            <w:proofErr w:type="gramEnd"/>
          </w:p>
        </w:tc>
        <w:tc>
          <w:tcPr>
            <w:tcW w:w="3667" w:type="dxa"/>
            <w:shd w:val="clear" w:color="auto" w:fill="FFFFFF"/>
            <w:tcMar>
              <w:top w:w="70" w:type="dxa"/>
              <w:left w:w="100" w:type="dxa"/>
              <w:bottom w:w="70" w:type="dxa"/>
              <w:right w:w="100" w:type="dxa"/>
            </w:tcMar>
          </w:tcPr>
          <w:p w14:paraId="5FC6113C" w14:textId="34D42F62" w:rsidR="00E377E9" w:rsidRDefault="00E377E9" w:rsidP="00E377E9">
            <w:pPr>
              <w:spacing w:before="40" w:after="40"/>
              <w:rPr>
                <w:color w:val="141414"/>
                <w:sz w:val="19"/>
              </w:rPr>
            </w:pPr>
            <w:r>
              <w:rPr>
                <w:color w:val="141414"/>
                <w:sz w:val="19"/>
              </w:rPr>
              <w:t xml:space="preserve">[ School Name &amp; City, </w:t>
            </w:r>
            <w:proofErr w:type="gramStart"/>
            <w:r>
              <w:rPr>
                <w:color w:val="141414"/>
                <w:sz w:val="19"/>
              </w:rPr>
              <w:t>State ]</w:t>
            </w:r>
            <w:proofErr w:type="gramEnd"/>
          </w:p>
        </w:tc>
        <w:tc>
          <w:tcPr>
            <w:tcW w:w="1373" w:type="dxa"/>
            <w:shd w:val="clear" w:color="auto" w:fill="FFFFFF"/>
            <w:tcMar>
              <w:top w:w="70" w:type="dxa"/>
              <w:left w:w="100" w:type="dxa"/>
              <w:bottom w:w="70" w:type="dxa"/>
              <w:right w:w="100" w:type="dxa"/>
            </w:tcMar>
          </w:tcPr>
          <w:p w14:paraId="4C90156B" w14:textId="4B2AA129" w:rsidR="00E377E9" w:rsidRDefault="00E377E9" w:rsidP="00E377E9">
            <w:pPr>
              <w:spacing w:before="40" w:after="40"/>
              <w:rPr>
                <w:color w:val="141414"/>
                <w:sz w:val="19"/>
              </w:rPr>
            </w:pPr>
            <w:proofErr w:type="gramStart"/>
            <w:r>
              <w:rPr>
                <w:color w:val="141414"/>
                <w:sz w:val="19"/>
              </w:rPr>
              <w:t>[  ]</w:t>
            </w:r>
            <w:proofErr w:type="gramEnd"/>
            <w:r>
              <w:rPr>
                <w:color w:val="141414"/>
                <w:sz w:val="19"/>
              </w:rPr>
              <w:t xml:space="preserve"> Yes  [  ] No</w:t>
            </w:r>
          </w:p>
        </w:tc>
        <w:tc>
          <w:tcPr>
            <w:tcW w:w="1728" w:type="dxa"/>
            <w:shd w:val="clear" w:color="auto" w:fill="FFFFFF"/>
            <w:tcMar>
              <w:top w:w="70" w:type="dxa"/>
              <w:left w:w="100" w:type="dxa"/>
              <w:bottom w:w="70" w:type="dxa"/>
              <w:right w:w="100" w:type="dxa"/>
            </w:tcMar>
          </w:tcPr>
          <w:p w14:paraId="4E9295EB" w14:textId="3D758493" w:rsidR="00E377E9" w:rsidRDefault="00E377E9" w:rsidP="00E377E9">
            <w:pPr>
              <w:spacing w:before="40" w:after="40"/>
              <w:rPr>
                <w:color w:val="141414"/>
                <w:sz w:val="19"/>
              </w:rPr>
            </w:pPr>
            <w:r>
              <w:rPr>
                <w:color w:val="141414"/>
                <w:sz w:val="19"/>
              </w:rPr>
              <w:t>[ Diploma/</w:t>
            </w:r>
            <w:proofErr w:type="gramStart"/>
            <w:r>
              <w:rPr>
                <w:color w:val="141414"/>
                <w:sz w:val="19"/>
              </w:rPr>
              <w:t>Degree ]</w:t>
            </w:r>
            <w:proofErr w:type="gramEnd"/>
          </w:p>
        </w:tc>
        <w:tc>
          <w:tcPr>
            <w:tcW w:w="1584" w:type="dxa"/>
            <w:shd w:val="clear" w:color="auto" w:fill="FFFFFF"/>
            <w:tcMar>
              <w:top w:w="70" w:type="dxa"/>
              <w:left w:w="100" w:type="dxa"/>
              <w:bottom w:w="70" w:type="dxa"/>
              <w:right w:w="100" w:type="dxa"/>
            </w:tcMar>
          </w:tcPr>
          <w:p w14:paraId="688E2F5C" w14:textId="606BDDB5" w:rsidR="00E377E9" w:rsidRDefault="00E377E9" w:rsidP="00E377E9">
            <w:pPr>
              <w:spacing w:before="40" w:after="40"/>
              <w:rPr>
                <w:color w:val="141414"/>
                <w:sz w:val="19"/>
              </w:rPr>
            </w:pPr>
            <w:r>
              <w:rPr>
                <w:color w:val="141414"/>
                <w:sz w:val="19"/>
              </w:rPr>
              <w:t xml:space="preserve">[ Major / </w:t>
            </w:r>
            <w:proofErr w:type="gramStart"/>
            <w:r>
              <w:rPr>
                <w:color w:val="141414"/>
                <w:sz w:val="19"/>
              </w:rPr>
              <w:t>Minor ]</w:t>
            </w:r>
            <w:proofErr w:type="gramEnd"/>
          </w:p>
        </w:tc>
      </w:tr>
      <w:tr w:rsidR="00E377E9" w14:paraId="51E6029C" w14:textId="77777777" w:rsidTr="00D42C93">
        <w:trPr>
          <w:jc w:val="center"/>
        </w:trPr>
        <w:tc>
          <w:tcPr>
            <w:tcW w:w="1728" w:type="dxa"/>
            <w:shd w:val="clear" w:color="auto" w:fill="F9FBFD"/>
            <w:tcMar>
              <w:top w:w="70" w:type="dxa"/>
              <w:left w:w="100" w:type="dxa"/>
              <w:bottom w:w="70" w:type="dxa"/>
              <w:right w:w="100" w:type="dxa"/>
            </w:tcMar>
          </w:tcPr>
          <w:p w14:paraId="57EC64FF" w14:textId="77777777" w:rsidR="00E377E9" w:rsidRDefault="00E377E9" w:rsidP="00E377E9">
            <w:pPr>
              <w:spacing w:before="40" w:after="40"/>
            </w:pPr>
            <w:r>
              <w:rPr>
                <w:color w:val="141414"/>
                <w:sz w:val="19"/>
              </w:rPr>
              <w:t>[ MM/</w:t>
            </w:r>
            <w:proofErr w:type="spellStart"/>
            <w:r>
              <w:rPr>
                <w:color w:val="141414"/>
                <w:sz w:val="19"/>
              </w:rPr>
              <w:t>YY</w:t>
            </w:r>
            <w:proofErr w:type="spellEnd"/>
            <w:r>
              <w:rPr>
                <w:color w:val="141414"/>
                <w:sz w:val="19"/>
              </w:rPr>
              <w:t>-MM/</w:t>
            </w:r>
            <w:proofErr w:type="spellStart"/>
            <w:proofErr w:type="gramStart"/>
            <w:r>
              <w:rPr>
                <w:color w:val="141414"/>
                <w:sz w:val="19"/>
              </w:rPr>
              <w:t>YY</w:t>
            </w:r>
            <w:proofErr w:type="spellEnd"/>
            <w:r>
              <w:rPr>
                <w:color w:val="141414"/>
                <w:sz w:val="19"/>
              </w:rPr>
              <w:t xml:space="preserve"> ]</w:t>
            </w:r>
            <w:proofErr w:type="gramEnd"/>
          </w:p>
        </w:tc>
        <w:tc>
          <w:tcPr>
            <w:tcW w:w="3667" w:type="dxa"/>
            <w:shd w:val="clear" w:color="auto" w:fill="F9FBFD"/>
            <w:tcMar>
              <w:top w:w="70" w:type="dxa"/>
              <w:left w:w="100" w:type="dxa"/>
              <w:bottom w:w="70" w:type="dxa"/>
              <w:right w:w="100" w:type="dxa"/>
            </w:tcMar>
          </w:tcPr>
          <w:p w14:paraId="22EB63BB" w14:textId="77777777" w:rsidR="00E377E9" w:rsidRDefault="00E377E9" w:rsidP="00E377E9">
            <w:pPr>
              <w:spacing w:before="40" w:after="40"/>
            </w:pPr>
            <w:r>
              <w:rPr>
                <w:color w:val="141414"/>
                <w:sz w:val="19"/>
              </w:rPr>
              <w:t xml:space="preserve">[ School Name &amp; City, </w:t>
            </w:r>
            <w:proofErr w:type="gramStart"/>
            <w:r>
              <w:rPr>
                <w:color w:val="141414"/>
                <w:sz w:val="19"/>
              </w:rPr>
              <w:t>State ]</w:t>
            </w:r>
            <w:proofErr w:type="gramEnd"/>
          </w:p>
        </w:tc>
        <w:tc>
          <w:tcPr>
            <w:tcW w:w="1373" w:type="dxa"/>
            <w:shd w:val="clear" w:color="auto" w:fill="F9FBFD"/>
            <w:tcMar>
              <w:top w:w="70" w:type="dxa"/>
              <w:left w:w="100" w:type="dxa"/>
              <w:bottom w:w="70" w:type="dxa"/>
              <w:right w:w="100" w:type="dxa"/>
            </w:tcMar>
          </w:tcPr>
          <w:p w14:paraId="3B5DAF49" w14:textId="77777777" w:rsidR="00E377E9" w:rsidRDefault="00E377E9" w:rsidP="00E377E9">
            <w:pPr>
              <w:spacing w:before="40" w:after="40"/>
            </w:pPr>
            <w:proofErr w:type="gramStart"/>
            <w:r>
              <w:rPr>
                <w:color w:val="141414"/>
                <w:sz w:val="19"/>
              </w:rPr>
              <w:t>[  ]</w:t>
            </w:r>
            <w:proofErr w:type="gramEnd"/>
            <w:r>
              <w:rPr>
                <w:color w:val="141414"/>
                <w:sz w:val="19"/>
              </w:rPr>
              <w:t xml:space="preserve"> Yes  [  ] No</w:t>
            </w:r>
          </w:p>
        </w:tc>
        <w:tc>
          <w:tcPr>
            <w:tcW w:w="1728" w:type="dxa"/>
            <w:shd w:val="clear" w:color="auto" w:fill="F9FBFD"/>
            <w:tcMar>
              <w:top w:w="70" w:type="dxa"/>
              <w:left w:w="100" w:type="dxa"/>
              <w:bottom w:w="70" w:type="dxa"/>
              <w:right w:w="100" w:type="dxa"/>
            </w:tcMar>
          </w:tcPr>
          <w:p w14:paraId="141A5FC2" w14:textId="77777777" w:rsidR="00E377E9" w:rsidRDefault="00E377E9" w:rsidP="00E377E9">
            <w:pPr>
              <w:spacing w:before="40" w:after="40"/>
            </w:pPr>
            <w:r>
              <w:rPr>
                <w:color w:val="141414"/>
                <w:sz w:val="19"/>
              </w:rPr>
              <w:t>[ Diploma/</w:t>
            </w:r>
            <w:proofErr w:type="gramStart"/>
            <w:r>
              <w:rPr>
                <w:color w:val="141414"/>
                <w:sz w:val="19"/>
              </w:rPr>
              <w:t>Degree ]</w:t>
            </w:r>
            <w:proofErr w:type="gramEnd"/>
          </w:p>
        </w:tc>
        <w:tc>
          <w:tcPr>
            <w:tcW w:w="1584" w:type="dxa"/>
            <w:shd w:val="clear" w:color="auto" w:fill="F9FBFD"/>
            <w:tcMar>
              <w:top w:w="70" w:type="dxa"/>
              <w:left w:w="100" w:type="dxa"/>
              <w:bottom w:w="70" w:type="dxa"/>
              <w:right w:w="100" w:type="dxa"/>
            </w:tcMar>
          </w:tcPr>
          <w:p w14:paraId="52D85FF4" w14:textId="77777777" w:rsidR="00E377E9" w:rsidRDefault="00E377E9" w:rsidP="00E377E9">
            <w:pPr>
              <w:spacing w:before="40" w:after="40"/>
            </w:pPr>
            <w:r>
              <w:rPr>
                <w:color w:val="141414"/>
                <w:sz w:val="19"/>
              </w:rPr>
              <w:t xml:space="preserve">[ Major / </w:t>
            </w:r>
            <w:proofErr w:type="gramStart"/>
            <w:r>
              <w:rPr>
                <w:color w:val="141414"/>
                <w:sz w:val="19"/>
              </w:rPr>
              <w:t>Minor ]</w:t>
            </w:r>
            <w:proofErr w:type="gramEnd"/>
          </w:p>
        </w:tc>
      </w:tr>
      <w:tr w:rsidR="00E377E9" w14:paraId="26B368F6" w14:textId="77777777" w:rsidTr="00D42C93">
        <w:trPr>
          <w:jc w:val="center"/>
        </w:trPr>
        <w:tc>
          <w:tcPr>
            <w:tcW w:w="1728" w:type="dxa"/>
            <w:shd w:val="clear" w:color="auto" w:fill="F9FBFD"/>
            <w:tcMar>
              <w:top w:w="70" w:type="dxa"/>
              <w:left w:w="100" w:type="dxa"/>
              <w:bottom w:w="70" w:type="dxa"/>
              <w:right w:w="100" w:type="dxa"/>
            </w:tcMar>
          </w:tcPr>
          <w:p w14:paraId="6BC54AC1" w14:textId="75116FD4" w:rsidR="00E377E9" w:rsidRDefault="00E377E9" w:rsidP="00E377E9">
            <w:pPr>
              <w:spacing w:before="40" w:after="40"/>
              <w:rPr>
                <w:color w:val="141414"/>
                <w:sz w:val="19"/>
              </w:rPr>
            </w:pPr>
            <w:r>
              <w:rPr>
                <w:color w:val="141414"/>
                <w:sz w:val="19"/>
              </w:rPr>
              <w:t>[ MM/</w:t>
            </w:r>
            <w:proofErr w:type="spellStart"/>
            <w:r>
              <w:rPr>
                <w:color w:val="141414"/>
                <w:sz w:val="19"/>
              </w:rPr>
              <w:t>YY</w:t>
            </w:r>
            <w:proofErr w:type="spellEnd"/>
            <w:r>
              <w:rPr>
                <w:color w:val="141414"/>
                <w:sz w:val="19"/>
              </w:rPr>
              <w:t>-MM/</w:t>
            </w:r>
            <w:proofErr w:type="spellStart"/>
            <w:proofErr w:type="gramStart"/>
            <w:r>
              <w:rPr>
                <w:color w:val="141414"/>
                <w:sz w:val="19"/>
              </w:rPr>
              <w:t>YY</w:t>
            </w:r>
            <w:proofErr w:type="spellEnd"/>
            <w:r>
              <w:rPr>
                <w:color w:val="141414"/>
                <w:sz w:val="19"/>
              </w:rPr>
              <w:t xml:space="preserve"> ]</w:t>
            </w:r>
            <w:proofErr w:type="gramEnd"/>
          </w:p>
        </w:tc>
        <w:tc>
          <w:tcPr>
            <w:tcW w:w="3667" w:type="dxa"/>
            <w:shd w:val="clear" w:color="auto" w:fill="F9FBFD"/>
            <w:tcMar>
              <w:top w:w="70" w:type="dxa"/>
              <w:left w:w="100" w:type="dxa"/>
              <w:bottom w:w="70" w:type="dxa"/>
              <w:right w:w="100" w:type="dxa"/>
            </w:tcMar>
          </w:tcPr>
          <w:p w14:paraId="0AD1CC12" w14:textId="38FC0CC1" w:rsidR="00E377E9" w:rsidRDefault="00E377E9" w:rsidP="00E377E9">
            <w:pPr>
              <w:spacing w:before="40" w:after="40"/>
              <w:rPr>
                <w:color w:val="141414"/>
                <w:sz w:val="19"/>
              </w:rPr>
            </w:pPr>
            <w:r>
              <w:rPr>
                <w:color w:val="141414"/>
                <w:sz w:val="19"/>
              </w:rPr>
              <w:t xml:space="preserve">[ School Name &amp; City, </w:t>
            </w:r>
            <w:proofErr w:type="gramStart"/>
            <w:r>
              <w:rPr>
                <w:color w:val="141414"/>
                <w:sz w:val="19"/>
              </w:rPr>
              <w:t>State ]</w:t>
            </w:r>
            <w:proofErr w:type="gramEnd"/>
          </w:p>
        </w:tc>
        <w:tc>
          <w:tcPr>
            <w:tcW w:w="1373" w:type="dxa"/>
            <w:shd w:val="clear" w:color="auto" w:fill="F9FBFD"/>
            <w:tcMar>
              <w:top w:w="70" w:type="dxa"/>
              <w:left w:w="100" w:type="dxa"/>
              <w:bottom w:w="70" w:type="dxa"/>
              <w:right w:w="100" w:type="dxa"/>
            </w:tcMar>
          </w:tcPr>
          <w:p w14:paraId="2D8E8F0E" w14:textId="388221F4" w:rsidR="00E377E9" w:rsidRDefault="00E377E9" w:rsidP="00E377E9">
            <w:pPr>
              <w:spacing w:before="40" w:after="40"/>
              <w:rPr>
                <w:color w:val="141414"/>
                <w:sz w:val="19"/>
              </w:rPr>
            </w:pPr>
            <w:proofErr w:type="gramStart"/>
            <w:r>
              <w:rPr>
                <w:color w:val="141414"/>
                <w:sz w:val="19"/>
              </w:rPr>
              <w:t>[  ]</w:t>
            </w:r>
            <w:proofErr w:type="gramEnd"/>
            <w:r>
              <w:rPr>
                <w:color w:val="141414"/>
                <w:sz w:val="19"/>
              </w:rPr>
              <w:t xml:space="preserve"> Yes  [  ] No</w:t>
            </w:r>
          </w:p>
        </w:tc>
        <w:tc>
          <w:tcPr>
            <w:tcW w:w="1728" w:type="dxa"/>
            <w:shd w:val="clear" w:color="auto" w:fill="F9FBFD"/>
            <w:tcMar>
              <w:top w:w="70" w:type="dxa"/>
              <w:left w:w="100" w:type="dxa"/>
              <w:bottom w:w="70" w:type="dxa"/>
              <w:right w:w="100" w:type="dxa"/>
            </w:tcMar>
          </w:tcPr>
          <w:p w14:paraId="5112CE9F" w14:textId="735D5F4F" w:rsidR="00E377E9" w:rsidRDefault="00E377E9" w:rsidP="00E377E9">
            <w:pPr>
              <w:spacing w:before="40" w:after="40"/>
              <w:rPr>
                <w:color w:val="141414"/>
                <w:sz w:val="19"/>
              </w:rPr>
            </w:pPr>
            <w:r>
              <w:rPr>
                <w:color w:val="141414"/>
                <w:sz w:val="19"/>
              </w:rPr>
              <w:t>[ Diploma/</w:t>
            </w:r>
            <w:proofErr w:type="gramStart"/>
            <w:r>
              <w:rPr>
                <w:color w:val="141414"/>
                <w:sz w:val="19"/>
              </w:rPr>
              <w:t>Degree ]</w:t>
            </w:r>
            <w:proofErr w:type="gramEnd"/>
          </w:p>
        </w:tc>
        <w:tc>
          <w:tcPr>
            <w:tcW w:w="1584" w:type="dxa"/>
            <w:shd w:val="clear" w:color="auto" w:fill="F9FBFD"/>
            <w:tcMar>
              <w:top w:w="70" w:type="dxa"/>
              <w:left w:w="100" w:type="dxa"/>
              <w:bottom w:w="70" w:type="dxa"/>
              <w:right w:w="100" w:type="dxa"/>
            </w:tcMar>
          </w:tcPr>
          <w:p w14:paraId="598D8EFD" w14:textId="601E5973" w:rsidR="00E377E9" w:rsidRDefault="00E377E9" w:rsidP="00E377E9">
            <w:pPr>
              <w:spacing w:before="40" w:after="40"/>
              <w:rPr>
                <w:color w:val="141414"/>
                <w:sz w:val="19"/>
              </w:rPr>
            </w:pPr>
            <w:r>
              <w:rPr>
                <w:color w:val="141414"/>
                <w:sz w:val="19"/>
              </w:rPr>
              <w:t xml:space="preserve">[ Major / </w:t>
            </w:r>
            <w:proofErr w:type="gramStart"/>
            <w:r>
              <w:rPr>
                <w:color w:val="141414"/>
                <w:sz w:val="19"/>
              </w:rPr>
              <w:t>Minor ]</w:t>
            </w:r>
            <w:proofErr w:type="gramEnd"/>
          </w:p>
        </w:tc>
      </w:tr>
      <w:tr w:rsidR="00E377E9" w14:paraId="67908EE8" w14:textId="77777777" w:rsidTr="00D42C93">
        <w:trPr>
          <w:jc w:val="center"/>
        </w:trPr>
        <w:tc>
          <w:tcPr>
            <w:tcW w:w="1728" w:type="dxa"/>
            <w:shd w:val="clear" w:color="auto" w:fill="FFFFFF"/>
            <w:tcMar>
              <w:top w:w="70" w:type="dxa"/>
              <w:left w:w="100" w:type="dxa"/>
              <w:bottom w:w="70" w:type="dxa"/>
              <w:right w:w="100" w:type="dxa"/>
            </w:tcMar>
          </w:tcPr>
          <w:p w14:paraId="7FFEF4E2" w14:textId="77777777" w:rsidR="00E377E9" w:rsidRDefault="00E377E9" w:rsidP="00E377E9">
            <w:pPr>
              <w:spacing w:before="40" w:after="40"/>
            </w:pPr>
            <w:r>
              <w:rPr>
                <w:color w:val="141414"/>
                <w:sz w:val="19"/>
              </w:rPr>
              <w:t>[ MM/</w:t>
            </w:r>
            <w:proofErr w:type="spellStart"/>
            <w:r>
              <w:rPr>
                <w:color w:val="141414"/>
                <w:sz w:val="19"/>
              </w:rPr>
              <w:t>YY</w:t>
            </w:r>
            <w:proofErr w:type="spellEnd"/>
            <w:r>
              <w:rPr>
                <w:color w:val="141414"/>
                <w:sz w:val="19"/>
              </w:rPr>
              <w:t>-MM/</w:t>
            </w:r>
            <w:proofErr w:type="spellStart"/>
            <w:proofErr w:type="gramStart"/>
            <w:r>
              <w:rPr>
                <w:color w:val="141414"/>
                <w:sz w:val="19"/>
              </w:rPr>
              <w:t>YY</w:t>
            </w:r>
            <w:proofErr w:type="spellEnd"/>
            <w:r>
              <w:rPr>
                <w:color w:val="141414"/>
                <w:sz w:val="19"/>
              </w:rPr>
              <w:t xml:space="preserve"> ]</w:t>
            </w:r>
            <w:proofErr w:type="gramEnd"/>
          </w:p>
        </w:tc>
        <w:tc>
          <w:tcPr>
            <w:tcW w:w="3667" w:type="dxa"/>
            <w:shd w:val="clear" w:color="auto" w:fill="FFFFFF"/>
            <w:tcMar>
              <w:top w:w="70" w:type="dxa"/>
              <w:left w:w="100" w:type="dxa"/>
              <w:bottom w:w="70" w:type="dxa"/>
              <w:right w:w="100" w:type="dxa"/>
            </w:tcMar>
          </w:tcPr>
          <w:p w14:paraId="7305769D" w14:textId="77777777" w:rsidR="00E377E9" w:rsidRDefault="00E377E9" w:rsidP="00E377E9">
            <w:pPr>
              <w:spacing w:before="40" w:after="40"/>
            </w:pPr>
            <w:r>
              <w:rPr>
                <w:color w:val="141414"/>
                <w:sz w:val="19"/>
              </w:rPr>
              <w:t xml:space="preserve">[ School Name &amp; City, </w:t>
            </w:r>
            <w:proofErr w:type="gramStart"/>
            <w:r>
              <w:rPr>
                <w:color w:val="141414"/>
                <w:sz w:val="19"/>
              </w:rPr>
              <w:t>State ]</w:t>
            </w:r>
            <w:proofErr w:type="gramEnd"/>
          </w:p>
        </w:tc>
        <w:tc>
          <w:tcPr>
            <w:tcW w:w="1373" w:type="dxa"/>
            <w:shd w:val="clear" w:color="auto" w:fill="FFFFFF"/>
            <w:tcMar>
              <w:top w:w="70" w:type="dxa"/>
              <w:left w:w="100" w:type="dxa"/>
              <w:bottom w:w="70" w:type="dxa"/>
              <w:right w:w="100" w:type="dxa"/>
            </w:tcMar>
          </w:tcPr>
          <w:p w14:paraId="33A45042" w14:textId="77777777" w:rsidR="00E377E9" w:rsidRDefault="00E377E9" w:rsidP="00E377E9">
            <w:pPr>
              <w:spacing w:before="40" w:after="40"/>
            </w:pPr>
            <w:proofErr w:type="gramStart"/>
            <w:r>
              <w:rPr>
                <w:color w:val="141414"/>
                <w:sz w:val="19"/>
              </w:rPr>
              <w:t>[  ]</w:t>
            </w:r>
            <w:proofErr w:type="gramEnd"/>
            <w:r>
              <w:rPr>
                <w:color w:val="141414"/>
                <w:sz w:val="19"/>
              </w:rPr>
              <w:t xml:space="preserve"> Yes  [  ] No</w:t>
            </w:r>
          </w:p>
        </w:tc>
        <w:tc>
          <w:tcPr>
            <w:tcW w:w="1728" w:type="dxa"/>
            <w:shd w:val="clear" w:color="auto" w:fill="FFFFFF"/>
            <w:tcMar>
              <w:top w:w="70" w:type="dxa"/>
              <w:left w:w="100" w:type="dxa"/>
              <w:bottom w:w="70" w:type="dxa"/>
              <w:right w:w="100" w:type="dxa"/>
            </w:tcMar>
          </w:tcPr>
          <w:p w14:paraId="41A7CB1E" w14:textId="77777777" w:rsidR="00E377E9" w:rsidRDefault="00E377E9" w:rsidP="00E377E9">
            <w:pPr>
              <w:spacing w:before="40" w:after="40"/>
            </w:pPr>
            <w:r>
              <w:rPr>
                <w:color w:val="141414"/>
                <w:sz w:val="19"/>
              </w:rPr>
              <w:t>[ Diploma/</w:t>
            </w:r>
            <w:proofErr w:type="gramStart"/>
            <w:r>
              <w:rPr>
                <w:color w:val="141414"/>
                <w:sz w:val="19"/>
              </w:rPr>
              <w:t>Degree ]</w:t>
            </w:r>
            <w:proofErr w:type="gramEnd"/>
          </w:p>
        </w:tc>
        <w:tc>
          <w:tcPr>
            <w:tcW w:w="1584" w:type="dxa"/>
            <w:shd w:val="clear" w:color="auto" w:fill="FFFFFF"/>
            <w:tcMar>
              <w:top w:w="70" w:type="dxa"/>
              <w:left w:w="100" w:type="dxa"/>
              <w:bottom w:w="70" w:type="dxa"/>
              <w:right w:w="100" w:type="dxa"/>
            </w:tcMar>
          </w:tcPr>
          <w:p w14:paraId="5D282140" w14:textId="77777777" w:rsidR="00E377E9" w:rsidRDefault="00E377E9" w:rsidP="00E377E9">
            <w:pPr>
              <w:spacing w:before="40" w:after="40"/>
            </w:pPr>
            <w:r>
              <w:rPr>
                <w:color w:val="141414"/>
                <w:sz w:val="19"/>
              </w:rPr>
              <w:t xml:space="preserve">[ Major / </w:t>
            </w:r>
            <w:proofErr w:type="gramStart"/>
            <w:r>
              <w:rPr>
                <w:color w:val="141414"/>
                <w:sz w:val="19"/>
              </w:rPr>
              <w:t>Minor ]</w:t>
            </w:r>
            <w:proofErr w:type="gramEnd"/>
          </w:p>
        </w:tc>
      </w:tr>
      <w:tr w:rsidR="00E377E9" w14:paraId="3CA64782" w14:textId="77777777" w:rsidTr="00D42C93">
        <w:trPr>
          <w:jc w:val="center"/>
        </w:trPr>
        <w:tc>
          <w:tcPr>
            <w:tcW w:w="1728" w:type="dxa"/>
            <w:shd w:val="clear" w:color="auto" w:fill="FFFFFF"/>
            <w:tcMar>
              <w:top w:w="70" w:type="dxa"/>
              <w:left w:w="100" w:type="dxa"/>
              <w:bottom w:w="70" w:type="dxa"/>
              <w:right w:w="100" w:type="dxa"/>
            </w:tcMar>
          </w:tcPr>
          <w:p w14:paraId="66772B59" w14:textId="39B819CB" w:rsidR="00E377E9" w:rsidRDefault="00E377E9" w:rsidP="00E377E9">
            <w:pPr>
              <w:spacing w:before="40" w:after="40"/>
              <w:rPr>
                <w:color w:val="141414"/>
                <w:sz w:val="19"/>
              </w:rPr>
            </w:pPr>
            <w:r>
              <w:rPr>
                <w:color w:val="141414"/>
                <w:sz w:val="19"/>
              </w:rPr>
              <w:t>[ MM/</w:t>
            </w:r>
            <w:proofErr w:type="spellStart"/>
            <w:r>
              <w:rPr>
                <w:color w:val="141414"/>
                <w:sz w:val="19"/>
              </w:rPr>
              <w:t>YY</w:t>
            </w:r>
            <w:proofErr w:type="spellEnd"/>
            <w:r>
              <w:rPr>
                <w:color w:val="141414"/>
                <w:sz w:val="19"/>
              </w:rPr>
              <w:t>-MM/</w:t>
            </w:r>
            <w:proofErr w:type="spellStart"/>
            <w:proofErr w:type="gramStart"/>
            <w:r>
              <w:rPr>
                <w:color w:val="141414"/>
                <w:sz w:val="19"/>
              </w:rPr>
              <w:t>YY</w:t>
            </w:r>
            <w:proofErr w:type="spellEnd"/>
            <w:r>
              <w:rPr>
                <w:color w:val="141414"/>
                <w:sz w:val="19"/>
              </w:rPr>
              <w:t xml:space="preserve"> ]</w:t>
            </w:r>
            <w:proofErr w:type="gramEnd"/>
          </w:p>
        </w:tc>
        <w:tc>
          <w:tcPr>
            <w:tcW w:w="3667" w:type="dxa"/>
            <w:shd w:val="clear" w:color="auto" w:fill="FFFFFF"/>
            <w:tcMar>
              <w:top w:w="70" w:type="dxa"/>
              <w:left w:w="100" w:type="dxa"/>
              <w:bottom w:w="70" w:type="dxa"/>
              <w:right w:w="100" w:type="dxa"/>
            </w:tcMar>
          </w:tcPr>
          <w:p w14:paraId="04C6E98D" w14:textId="66C241C9" w:rsidR="00E377E9" w:rsidRDefault="00E377E9" w:rsidP="00E377E9">
            <w:pPr>
              <w:spacing w:before="40" w:after="40"/>
              <w:rPr>
                <w:color w:val="141414"/>
                <w:sz w:val="19"/>
              </w:rPr>
            </w:pPr>
            <w:r>
              <w:rPr>
                <w:color w:val="141414"/>
                <w:sz w:val="19"/>
              </w:rPr>
              <w:t xml:space="preserve">[ School Name &amp; City, </w:t>
            </w:r>
            <w:proofErr w:type="gramStart"/>
            <w:r>
              <w:rPr>
                <w:color w:val="141414"/>
                <w:sz w:val="19"/>
              </w:rPr>
              <w:t>State ]</w:t>
            </w:r>
            <w:proofErr w:type="gramEnd"/>
          </w:p>
        </w:tc>
        <w:tc>
          <w:tcPr>
            <w:tcW w:w="1373" w:type="dxa"/>
            <w:shd w:val="clear" w:color="auto" w:fill="FFFFFF"/>
            <w:tcMar>
              <w:top w:w="70" w:type="dxa"/>
              <w:left w:w="100" w:type="dxa"/>
              <w:bottom w:w="70" w:type="dxa"/>
              <w:right w:w="100" w:type="dxa"/>
            </w:tcMar>
          </w:tcPr>
          <w:p w14:paraId="5DFA6F22" w14:textId="45629FF9" w:rsidR="00E377E9" w:rsidRDefault="00E377E9" w:rsidP="00E377E9">
            <w:pPr>
              <w:spacing w:before="40" w:after="40"/>
              <w:rPr>
                <w:color w:val="141414"/>
                <w:sz w:val="19"/>
              </w:rPr>
            </w:pPr>
            <w:proofErr w:type="gramStart"/>
            <w:r>
              <w:rPr>
                <w:color w:val="141414"/>
                <w:sz w:val="19"/>
              </w:rPr>
              <w:t>[  ]</w:t>
            </w:r>
            <w:proofErr w:type="gramEnd"/>
            <w:r>
              <w:rPr>
                <w:color w:val="141414"/>
                <w:sz w:val="19"/>
              </w:rPr>
              <w:t xml:space="preserve"> Yes  [  ] No</w:t>
            </w:r>
          </w:p>
        </w:tc>
        <w:tc>
          <w:tcPr>
            <w:tcW w:w="1728" w:type="dxa"/>
            <w:shd w:val="clear" w:color="auto" w:fill="FFFFFF"/>
            <w:tcMar>
              <w:top w:w="70" w:type="dxa"/>
              <w:left w:w="100" w:type="dxa"/>
              <w:bottom w:w="70" w:type="dxa"/>
              <w:right w:w="100" w:type="dxa"/>
            </w:tcMar>
          </w:tcPr>
          <w:p w14:paraId="6B864BEF" w14:textId="739FF922" w:rsidR="00E377E9" w:rsidRDefault="00E377E9" w:rsidP="00E377E9">
            <w:pPr>
              <w:spacing w:before="40" w:after="40"/>
              <w:rPr>
                <w:color w:val="141414"/>
                <w:sz w:val="19"/>
              </w:rPr>
            </w:pPr>
            <w:r>
              <w:rPr>
                <w:color w:val="141414"/>
                <w:sz w:val="19"/>
              </w:rPr>
              <w:t>[ Diploma/</w:t>
            </w:r>
            <w:proofErr w:type="gramStart"/>
            <w:r>
              <w:rPr>
                <w:color w:val="141414"/>
                <w:sz w:val="19"/>
              </w:rPr>
              <w:t>Degree ]</w:t>
            </w:r>
            <w:proofErr w:type="gramEnd"/>
          </w:p>
        </w:tc>
        <w:tc>
          <w:tcPr>
            <w:tcW w:w="1584" w:type="dxa"/>
            <w:shd w:val="clear" w:color="auto" w:fill="FFFFFF"/>
            <w:tcMar>
              <w:top w:w="70" w:type="dxa"/>
              <w:left w:w="100" w:type="dxa"/>
              <w:bottom w:w="70" w:type="dxa"/>
              <w:right w:w="100" w:type="dxa"/>
            </w:tcMar>
          </w:tcPr>
          <w:p w14:paraId="1A1BEED6" w14:textId="5B2579D9" w:rsidR="00E377E9" w:rsidRDefault="00E377E9" w:rsidP="00E377E9">
            <w:pPr>
              <w:spacing w:before="40" w:after="40"/>
              <w:rPr>
                <w:color w:val="141414"/>
                <w:sz w:val="19"/>
              </w:rPr>
            </w:pPr>
            <w:r>
              <w:rPr>
                <w:color w:val="141414"/>
                <w:sz w:val="19"/>
              </w:rPr>
              <w:t xml:space="preserve">[ Major / </w:t>
            </w:r>
            <w:proofErr w:type="gramStart"/>
            <w:r>
              <w:rPr>
                <w:color w:val="141414"/>
                <w:sz w:val="19"/>
              </w:rPr>
              <w:t>Minor ]</w:t>
            </w:r>
            <w:proofErr w:type="gramEnd"/>
          </w:p>
        </w:tc>
      </w:tr>
      <w:tr w:rsidR="00E377E9" w14:paraId="3DD43C25" w14:textId="77777777" w:rsidTr="00D42C93">
        <w:trPr>
          <w:jc w:val="center"/>
        </w:trPr>
        <w:tc>
          <w:tcPr>
            <w:tcW w:w="1728" w:type="dxa"/>
            <w:shd w:val="clear" w:color="auto" w:fill="F9FBFD"/>
            <w:tcMar>
              <w:top w:w="70" w:type="dxa"/>
              <w:left w:w="100" w:type="dxa"/>
              <w:bottom w:w="70" w:type="dxa"/>
              <w:right w:w="100" w:type="dxa"/>
            </w:tcMar>
          </w:tcPr>
          <w:p w14:paraId="2FC74162" w14:textId="77777777" w:rsidR="00E377E9" w:rsidRDefault="00E377E9" w:rsidP="00E377E9">
            <w:pPr>
              <w:spacing w:before="40" w:after="40"/>
            </w:pPr>
            <w:r>
              <w:rPr>
                <w:color w:val="141414"/>
                <w:sz w:val="19"/>
              </w:rPr>
              <w:t>[ MM/</w:t>
            </w:r>
            <w:proofErr w:type="spellStart"/>
            <w:r>
              <w:rPr>
                <w:color w:val="141414"/>
                <w:sz w:val="19"/>
              </w:rPr>
              <w:t>YY</w:t>
            </w:r>
            <w:proofErr w:type="spellEnd"/>
            <w:r>
              <w:rPr>
                <w:color w:val="141414"/>
                <w:sz w:val="19"/>
              </w:rPr>
              <w:t>-MM/</w:t>
            </w:r>
            <w:proofErr w:type="spellStart"/>
            <w:proofErr w:type="gramStart"/>
            <w:r>
              <w:rPr>
                <w:color w:val="141414"/>
                <w:sz w:val="19"/>
              </w:rPr>
              <w:t>YY</w:t>
            </w:r>
            <w:proofErr w:type="spellEnd"/>
            <w:r>
              <w:rPr>
                <w:color w:val="141414"/>
                <w:sz w:val="19"/>
              </w:rPr>
              <w:t xml:space="preserve"> ]</w:t>
            </w:r>
            <w:proofErr w:type="gramEnd"/>
          </w:p>
        </w:tc>
        <w:tc>
          <w:tcPr>
            <w:tcW w:w="3667" w:type="dxa"/>
            <w:shd w:val="clear" w:color="auto" w:fill="F9FBFD"/>
            <w:tcMar>
              <w:top w:w="70" w:type="dxa"/>
              <w:left w:w="100" w:type="dxa"/>
              <w:bottom w:w="70" w:type="dxa"/>
              <w:right w:w="100" w:type="dxa"/>
            </w:tcMar>
          </w:tcPr>
          <w:p w14:paraId="0A24240C" w14:textId="77777777" w:rsidR="00E377E9" w:rsidRDefault="00E377E9" w:rsidP="00E377E9">
            <w:pPr>
              <w:spacing w:before="40" w:after="40"/>
            </w:pPr>
            <w:r>
              <w:rPr>
                <w:color w:val="141414"/>
                <w:sz w:val="19"/>
              </w:rPr>
              <w:t xml:space="preserve">[ School Name &amp; City, </w:t>
            </w:r>
            <w:proofErr w:type="gramStart"/>
            <w:r>
              <w:rPr>
                <w:color w:val="141414"/>
                <w:sz w:val="19"/>
              </w:rPr>
              <w:t>State ]</w:t>
            </w:r>
            <w:proofErr w:type="gramEnd"/>
          </w:p>
        </w:tc>
        <w:tc>
          <w:tcPr>
            <w:tcW w:w="1373" w:type="dxa"/>
            <w:shd w:val="clear" w:color="auto" w:fill="F9FBFD"/>
            <w:tcMar>
              <w:top w:w="70" w:type="dxa"/>
              <w:left w:w="100" w:type="dxa"/>
              <w:bottom w:w="70" w:type="dxa"/>
              <w:right w:w="100" w:type="dxa"/>
            </w:tcMar>
          </w:tcPr>
          <w:p w14:paraId="278792DD" w14:textId="77777777" w:rsidR="00E377E9" w:rsidRDefault="00E377E9" w:rsidP="00E377E9">
            <w:pPr>
              <w:spacing w:before="40" w:after="40"/>
            </w:pPr>
            <w:proofErr w:type="gramStart"/>
            <w:r>
              <w:rPr>
                <w:color w:val="141414"/>
                <w:sz w:val="19"/>
              </w:rPr>
              <w:t>[  ]</w:t>
            </w:r>
            <w:proofErr w:type="gramEnd"/>
            <w:r>
              <w:rPr>
                <w:color w:val="141414"/>
                <w:sz w:val="19"/>
              </w:rPr>
              <w:t xml:space="preserve"> Yes  [  ] No</w:t>
            </w:r>
          </w:p>
        </w:tc>
        <w:tc>
          <w:tcPr>
            <w:tcW w:w="1728" w:type="dxa"/>
            <w:shd w:val="clear" w:color="auto" w:fill="F9FBFD"/>
            <w:tcMar>
              <w:top w:w="70" w:type="dxa"/>
              <w:left w:w="100" w:type="dxa"/>
              <w:bottom w:w="70" w:type="dxa"/>
              <w:right w:w="100" w:type="dxa"/>
            </w:tcMar>
          </w:tcPr>
          <w:p w14:paraId="1719EC19" w14:textId="77777777" w:rsidR="00E377E9" w:rsidRDefault="00E377E9" w:rsidP="00E377E9">
            <w:pPr>
              <w:spacing w:before="40" w:after="40"/>
            </w:pPr>
            <w:r>
              <w:rPr>
                <w:color w:val="141414"/>
                <w:sz w:val="19"/>
              </w:rPr>
              <w:t>[ Diploma/</w:t>
            </w:r>
            <w:proofErr w:type="gramStart"/>
            <w:r>
              <w:rPr>
                <w:color w:val="141414"/>
                <w:sz w:val="19"/>
              </w:rPr>
              <w:t>Degree ]</w:t>
            </w:r>
            <w:proofErr w:type="gramEnd"/>
          </w:p>
        </w:tc>
        <w:tc>
          <w:tcPr>
            <w:tcW w:w="1584" w:type="dxa"/>
            <w:shd w:val="clear" w:color="auto" w:fill="F9FBFD"/>
            <w:tcMar>
              <w:top w:w="70" w:type="dxa"/>
              <w:left w:w="100" w:type="dxa"/>
              <w:bottom w:w="70" w:type="dxa"/>
              <w:right w:w="100" w:type="dxa"/>
            </w:tcMar>
          </w:tcPr>
          <w:p w14:paraId="58833D51" w14:textId="77777777" w:rsidR="00E377E9" w:rsidRDefault="00E377E9" w:rsidP="00E377E9">
            <w:pPr>
              <w:spacing w:before="40" w:after="40"/>
            </w:pPr>
            <w:r>
              <w:rPr>
                <w:color w:val="141414"/>
                <w:sz w:val="19"/>
              </w:rPr>
              <w:t xml:space="preserve">[ Major / </w:t>
            </w:r>
            <w:proofErr w:type="gramStart"/>
            <w:r>
              <w:rPr>
                <w:color w:val="141414"/>
                <w:sz w:val="19"/>
              </w:rPr>
              <w:t>Minor ]</w:t>
            </w:r>
            <w:proofErr w:type="gramEnd"/>
          </w:p>
        </w:tc>
      </w:tr>
      <w:tr w:rsidR="00E377E9" w14:paraId="396A915F" w14:textId="77777777" w:rsidTr="00D42C93">
        <w:trPr>
          <w:jc w:val="center"/>
        </w:trPr>
        <w:tc>
          <w:tcPr>
            <w:tcW w:w="1728" w:type="dxa"/>
            <w:shd w:val="clear" w:color="auto" w:fill="F9FBFD"/>
            <w:tcMar>
              <w:top w:w="70" w:type="dxa"/>
              <w:left w:w="100" w:type="dxa"/>
              <w:bottom w:w="70" w:type="dxa"/>
              <w:right w:w="100" w:type="dxa"/>
            </w:tcMar>
          </w:tcPr>
          <w:p w14:paraId="659249EA" w14:textId="36898D13" w:rsidR="00E377E9" w:rsidRDefault="00E377E9" w:rsidP="00E377E9">
            <w:pPr>
              <w:spacing w:before="40" w:after="40"/>
              <w:rPr>
                <w:color w:val="141414"/>
                <w:sz w:val="19"/>
              </w:rPr>
            </w:pPr>
            <w:r>
              <w:rPr>
                <w:color w:val="141414"/>
                <w:sz w:val="19"/>
              </w:rPr>
              <w:t>[ MM/</w:t>
            </w:r>
            <w:proofErr w:type="spellStart"/>
            <w:r>
              <w:rPr>
                <w:color w:val="141414"/>
                <w:sz w:val="19"/>
              </w:rPr>
              <w:t>YY</w:t>
            </w:r>
            <w:proofErr w:type="spellEnd"/>
            <w:r>
              <w:rPr>
                <w:color w:val="141414"/>
                <w:sz w:val="19"/>
              </w:rPr>
              <w:t>-MM/</w:t>
            </w:r>
            <w:proofErr w:type="spellStart"/>
            <w:proofErr w:type="gramStart"/>
            <w:r>
              <w:rPr>
                <w:color w:val="141414"/>
                <w:sz w:val="19"/>
              </w:rPr>
              <w:t>YY</w:t>
            </w:r>
            <w:proofErr w:type="spellEnd"/>
            <w:r>
              <w:rPr>
                <w:color w:val="141414"/>
                <w:sz w:val="19"/>
              </w:rPr>
              <w:t xml:space="preserve"> ]</w:t>
            </w:r>
            <w:proofErr w:type="gramEnd"/>
          </w:p>
        </w:tc>
        <w:tc>
          <w:tcPr>
            <w:tcW w:w="3667" w:type="dxa"/>
            <w:shd w:val="clear" w:color="auto" w:fill="F9FBFD"/>
            <w:tcMar>
              <w:top w:w="70" w:type="dxa"/>
              <w:left w:w="100" w:type="dxa"/>
              <w:bottom w:w="70" w:type="dxa"/>
              <w:right w:w="100" w:type="dxa"/>
            </w:tcMar>
          </w:tcPr>
          <w:p w14:paraId="382A826E" w14:textId="55F5D27D" w:rsidR="00E377E9" w:rsidRDefault="00E377E9" w:rsidP="00E377E9">
            <w:pPr>
              <w:spacing w:before="40" w:after="40"/>
              <w:rPr>
                <w:color w:val="141414"/>
                <w:sz w:val="19"/>
              </w:rPr>
            </w:pPr>
            <w:r>
              <w:rPr>
                <w:color w:val="141414"/>
                <w:sz w:val="19"/>
              </w:rPr>
              <w:t xml:space="preserve">[ School Name &amp; City, </w:t>
            </w:r>
            <w:proofErr w:type="gramStart"/>
            <w:r>
              <w:rPr>
                <w:color w:val="141414"/>
                <w:sz w:val="19"/>
              </w:rPr>
              <w:t>State ]</w:t>
            </w:r>
            <w:proofErr w:type="gramEnd"/>
          </w:p>
        </w:tc>
        <w:tc>
          <w:tcPr>
            <w:tcW w:w="1373" w:type="dxa"/>
            <w:shd w:val="clear" w:color="auto" w:fill="F9FBFD"/>
            <w:tcMar>
              <w:top w:w="70" w:type="dxa"/>
              <w:left w:w="100" w:type="dxa"/>
              <w:bottom w:w="70" w:type="dxa"/>
              <w:right w:w="100" w:type="dxa"/>
            </w:tcMar>
          </w:tcPr>
          <w:p w14:paraId="51DA896E" w14:textId="5298F547" w:rsidR="00E377E9" w:rsidRDefault="00E377E9" w:rsidP="00E377E9">
            <w:pPr>
              <w:spacing w:before="40" w:after="40"/>
              <w:rPr>
                <w:color w:val="141414"/>
                <w:sz w:val="19"/>
              </w:rPr>
            </w:pPr>
            <w:proofErr w:type="gramStart"/>
            <w:r>
              <w:rPr>
                <w:color w:val="141414"/>
                <w:sz w:val="19"/>
              </w:rPr>
              <w:t>[  ]</w:t>
            </w:r>
            <w:proofErr w:type="gramEnd"/>
            <w:r>
              <w:rPr>
                <w:color w:val="141414"/>
                <w:sz w:val="19"/>
              </w:rPr>
              <w:t xml:space="preserve"> Yes  [  ] No</w:t>
            </w:r>
          </w:p>
        </w:tc>
        <w:tc>
          <w:tcPr>
            <w:tcW w:w="1728" w:type="dxa"/>
            <w:shd w:val="clear" w:color="auto" w:fill="F9FBFD"/>
            <w:tcMar>
              <w:top w:w="70" w:type="dxa"/>
              <w:left w:w="100" w:type="dxa"/>
              <w:bottom w:w="70" w:type="dxa"/>
              <w:right w:w="100" w:type="dxa"/>
            </w:tcMar>
          </w:tcPr>
          <w:p w14:paraId="47D72823" w14:textId="510685E6" w:rsidR="00E377E9" w:rsidRDefault="00E377E9" w:rsidP="00E377E9">
            <w:pPr>
              <w:spacing w:before="40" w:after="40"/>
              <w:rPr>
                <w:color w:val="141414"/>
                <w:sz w:val="19"/>
              </w:rPr>
            </w:pPr>
            <w:r>
              <w:rPr>
                <w:color w:val="141414"/>
                <w:sz w:val="19"/>
              </w:rPr>
              <w:t>[ Diploma/</w:t>
            </w:r>
            <w:proofErr w:type="gramStart"/>
            <w:r>
              <w:rPr>
                <w:color w:val="141414"/>
                <w:sz w:val="19"/>
              </w:rPr>
              <w:t>Degree ]</w:t>
            </w:r>
            <w:proofErr w:type="gramEnd"/>
          </w:p>
        </w:tc>
        <w:tc>
          <w:tcPr>
            <w:tcW w:w="1584" w:type="dxa"/>
            <w:shd w:val="clear" w:color="auto" w:fill="F9FBFD"/>
            <w:tcMar>
              <w:top w:w="70" w:type="dxa"/>
              <w:left w:w="100" w:type="dxa"/>
              <w:bottom w:w="70" w:type="dxa"/>
              <w:right w:w="100" w:type="dxa"/>
            </w:tcMar>
          </w:tcPr>
          <w:p w14:paraId="242BA520" w14:textId="024BB1FC" w:rsidR="00E377E9" w:rsidRDefault="00E377E9" w:rsidP="00E377E9">
            <w:pPr>
              <w:spacing w:before="40" w:after="40"/>
              <w:rPr>
                <w:color w:val="141414"/>
                <w:sz w:val="19"/>
              </w:rPr>
            </w:pPr>
            <w:r>
              <w:rPr>
                <w:color w:val="141414"/>
                <w:sz w:val="19"/>
              </w:rPr>
              <w:t xml:space="preserve">[ Major / </w:t>
            </w:r>
            <w:proofErr w:type="gramStart"/>
            <w:r>
              <w:rPr>
                <w:color w:val="141414"/>
                <w:sz w:val="19"/>
              </w:rPr>
              <w:t>Minor ]</w:t>
            </w:r>
            <w:proofErr w:type="gramEnd"/>
          </w:p>
        </w:tc>
      </w:tr>
    </w:tbl>
    <w:p w14:paraId="12142A9D" w14:textId="77777777" w:rsidR="00AA3848" w:rsidRDefault="00AA3848">
      <w:pPr>
        <w:spacing w:after="120"/>
      </w:pPr>
    </w:p>
    <w:p w14:paraId="2AB39457" w14:textId="77777777" w:rsidR="00AA3848" w:rsidRDefault="00407892">
      <w:pPr>
        <w:keepNext/>
        <w:spacing w:before="200" w:after="80"/>
      </w:pPr>
      <w:r>
        <w:rPr>
          <w:b/>
          <w:color w:val="2F5496"/>
          <w:sz w:val="22"/>
        </w:rPr>
        <w:t xml:space="preserve">ACT </w:t>
      </w:r>
      <w:proofErr w:type="spellStart"/>
      <w:r>
        <w:rPr>
          <w:b/>
          <w:color w:val="2F5496"/>
          <w:sz w:val="22"/>
        </w:rPr>
        <w:t>WorkKeys</w:t>
      </w:r>
      <w:proofErr w:type="spellEnd"/>
      <w:r>
        <w:rPr>
          <w:b/>
          <w:color w:val="2F5496"/>
          <w:sz w:val="22"/>
        </w:rPr>
        <w:t xml:space="preserve"> Assessment Scores</w:t>
      </w:r>
    </w:p>
    <w:p w14:paraId="464E9623" w14:textId="77777777" w:rsidR="00AA3848" w:rsidRDefault="00407892">
      <w:r>
        <w:t>Required if you do not possess a college degree. Scores must be valid within past 5 years.</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520"/>
        <w:gridCol w:w="2520"/>
        <w:gridCol w:w="2520"/>
        <w:gridCol w:w="2520"/>
      </w:tblGrid>
      <w:tr w:rsidR="00AA3848" w14:paraId="245A5228" w14:textId="77777777">
        <w:trPr>
          <w:jc w:val="center"/>
        </w:trPr>
        <w:tc>
          <w:tcPr>
            <w:tcW w:w="2520" w:type="dxa"/>
            <w:shd w:val="clear" w:color="auto" w:fill="1B365D"/>
            <w:tcMar>
              <w:top w:w="70" w:type="dxa"/>
              <w:left w:w="100" w:type="dxa"/>
              <w:bottom w:w="70" w:type="dxa"/>
              <w:right w:w="100" w:type="dxa"/>
            </w:tcMar>
          </w:tcPr>
          <w:p w14:paraId="4FE28FF6" w14:textId="77777777" w:rsidR="00AA3848" w:rsidRDefault="00407892">
            <w:pPr>
              <w:spacing w:before="40" w:after="40"/>
            </w:pPr>
            <w:r>
              <w:rPr>
                <w:b/>
                <w:color w:val="FFFFFF"/>
                <w:sz w:val="19"/>
              </w:rPr>
              <w:t>Applied Math Score</w:t>
            </w:r>
          </w:p>
        </w:tc>
        <w:tc>
          <w:tcPr>
            <w:tcW w:w="2520" w:type="dxa"/>
            <w:shd w:val="clear" w:color="auto" w:fill="1B365D"/>
            <w:tcMar>
              <w:top w:w="70" w:type="dxa"/>
              <w:left w:w="100" w:type="dxa"/>
              <w:bottom w:w="70" w:type="dxa"/>
              <w:right w:w="100" w:type="dxa"/>
            </w:tcMar>
          </w:tcPr>
          <w:p w14:paraId="41B9A2A4" w14:textId="77777777" w:rsidR="00AA3848" w:rsidRDefault="00407892">
            <w:pPr>
              <w:spacing w:before="40" w:after="40"/>
            </w:pPr>
            <w:r>
              <w:rPr>
                <w:b/>
                <w:color w:val="FFFFFF"/>
                <w:sz w:val="19"/>
              </w:rPr>
              <w:t>Graphic Literacy Score</w:t>
            </w:r>
          </w:p>
        </w:tc>
        <w:tc>
          <w:tcPr>
            <w:tcW w:w="2520" w:type="dxa"/>
            <w:shd w:val="clear" w:color="auto" w:fill="1B365D"/>
            <w:tcMar>
              <w:top w:w="70" w:type="dxa"/>
              <w:left w:w="100" w:type="dxa"/>
              <w:bottom w:w="70" w:type="dxa"/>
              <w:right w:w="100" w:type="dxa"/>
            </w:tcMar>
          </w:tcPr>
          <w:p w14:paraId="09A131FE" w14:textId="77777777" w:rsidR="00AA3848" w:rsidRDefault="00407892">
            <w:pPr>
              <w:spacing w:before="40" w:after="40"/>
            </w:pPr>
            <w:r>
              <w:rPr>
                <w:b/>
                <w:color w:val="FFFFFF"/>
                <w:sz w:val="19"/>
              </w:rPr>
              <w:t>Workplace Documents Score</w:t>
            </w:r>
          </w:p>
        </w:tc>
        <w:tc>
          <w:tcPr>
            <w:tcW w:w="2520" w:type="dxa"/>
            <w:shd w:val="clear" w:color="auto" w:fill="1B365D"/>
            <w:tcMar>
              <w:top w:w="70" w:type="dxa"/>
              <w:left w:w="100" w:type="dxa"/>
              <w:bottom w:w="70" w:type="dxa"/>
              <w:right w:w="100" w:type="dxa"/>
            </w:tcMar>
          </w:tcPr>
          <w:p w14:paraId="08078A89" w14:textId="77777777" w:rsidR="00AA3848" w:rsidRDefault="00407892">
            <w:pPr>
              <w:spacing w:before="40" w:after="40"/>
            </w:pPr>
            <w:r>
              <w:rPr>
                <w:b/>
                <w:color w:val="FFFFFF"/>
                <w:sz w:val="19"/>
              </w:rPr>
              <w:t>Testing Location / Date</w:t>
            </w:r>
          </w:p>
        </w:tc>
      </w:tr>
      <w:tr w:rsidR="00AA3848" w14:paraId="6631DE2C" w14:textId="77777777">
        <w:trPr>
          <w:jc w:val="center"/>
        </w:trPr>
        <w:tc>
          <w:tcPr>
            <w:tcW w:w="2520" w:type="dxa"/>
            <w:shd w:val="clear" w:color="auto" w:fill="FFFFFF"/>
            <w:tcMar>
              <w:top w:w="70" w:type="dxa"/>
              <w:left w:w="100" w:type="dxa"/>
              <w:bottom w:w="70" w:type="dxa"/>
              <w:right w:w="100" w:type="dxa"/>
            </w:tcMar>
          </w:tcPr>
          <w:p w14:paraId="380E9EB3" w14:textId="77777777" w:rsidR="00AA3848" w:rsidRDefault="00407892">
            <w:pPr>
              <w:spacing w:before="40" w:after="40"/>
            </w:pPr>
            <w:r>
              <w:rPr>
                <w:i/>
                <w:color w:val="6E6E6E"/>
                <w:sz w:val="19"/>
              </w:rPr>
              <w:t xml:space="preserve">[ Type </w:t>
            </w:r>
            <w:proofErr w:type="gramStart"/>
            <w:r>
              <w:rPr>
                <w:i/>
                <w:color w:val="6E6E6E"/>
                <w:sz w:val="19"/>
              </w:rPr>
              <w:t>Score ]</w:t>
            </w:r>
            <w:proofErr w:type="gramEnd"/>
          </w:p>
        </w:tc>
        <w:tc>
          <w:tcPr>
            <w:tcW w:w="2520" w:type="dxa"/>
            <w:shd w:val="clear" w:color="auto" w:fill="FFFFFF"/>
            <w:tcMar>
              <w:top w:w="70" w:type="dxa"/>
              <w:left w:w="100" w:type="dxa"/>
              <w:bottom w:w="70" w:type="dxa"/>
              <w:right w:w="100" w:type="dxa"/>
            </w:tcMar>
          </w:tcPr>
          <w:p w14:paraId="23EB0E86" w14:textId="77777777" w:rsidR="00AA3848" w:rsidRDefault="00407892">
            <w:pPr>
              <w:spacing w:before="40" w:after="40"/>
            </w:pPr>
            <w:r>
              <w:rPr>
                <w:i/>
                <w:color w:val="6E6E6E"/>
                <w:sz w:val="19"/>
              </w:rPr>
              <w:t xml:space="preserve">[ Type </w:t>
            </w:r>
            <w:proofErr w:type="gramStart"/>
            <w:r>
              <w:rPr>
                <w:i/>
                <w:color w:val="6E6E6E"/>
                <w:sz w:val="19"/>
              </w:rPr>
              <w:t>Score ]</w:t>
            </w:r>
            <w:proofErr w:type="gramEnd"/>
          </w:p>
        </w:tc>
        <w:tc>
          <w:tcPr>
            <w:tcW w:w="2520" w:type="dxa"/>
            <w:shd w:val="clear" w:color="auto" w:fill="FFFFFF"/>
            <w:tcMar>
              <w:top w:w="70" w:type="dxa"/>
              <w:left w:w="100" w:type="dxa"/>
              <w:bottom w:w="70" w:type="dxa"/>
              <w:right w:w="100" w:type="dxa"/>
            </w:tcMar>
          </w:tcPr>
          <w:p w14:paraId="0B98E7D3" w14:textId="77777777" w:rsidR="00AA3848" w:rsidRDefault="00407892">
            <w:pPr>
              <w:spacing w:before="40" w:after="40"/>
            </w:pPr>
            <w:r>
              <w:rPr>
                <w:i/>
                <w:color w:val="6E6E6E"/>
                <w:sz w:val="19"/>
              </w:rPr>
              <w:t xml:space="preserve">[ Type </w:t>
            </w:r>
            <w:proofErr w:type="gramStart"/>
            <w:r>
              <w:rPr>
                <w:i/>
                <w:color w:val="6E6E6E"/>
                <w:sz w:val="19"/>
              </w:rPr>
              <w:t>Score ]</w:t>
            </w:r>
            <w:proofErr w:type="gramEnd"/>
          </w:p>
        </w:tc>
        <w:tc>
          <w:tcPr>
            <w:tcW w:w="2520" w:type="dxa"/>
            <w:shd w:val="clear" w:color="auto" w:fill="FFFFFF"/>
            <w:tcMar>
              <w:top w:w="70" w:type="dxa"/>
              <w:left w:w="100" w:type="dxa"/>
              <w:bottom w:w="70" w:type="dxa"/>
              <w:right w:w="100" w:type="dxa"/>
            </w:tcMar>
          </w:tcPr>
          <w:p w14:paraId="04024586" w14:textId="77777777" w:rsidR="00AA3848" w:rsidRDefault="00407892">
            <w:pPr>
              <w:spacing w:before="40" w:after="40"/>
            </w:pPr>
            <w:r>
              <w:rPr>
                <w:color w:val="141414"/>
                <w:sz w:val="19"/>
              </w:rPr>
              <w:t xml:space="preserve">[ Location &amp; </w:t>
            </w:r>
            <w:proofErr w:type="gramStart"/>
            <w:r>
              <w:rPr>
                <w:color w:val="141414"/>
                <w:sz w:val="19"/>
              </w:rPr>
              <w:t>Date ]</w:t>
            </w:r>
            <w:proofErr w:type="gramEnd"/>
          </w:p>
        </w:tc>
      </w:tr>
    </w:tbl>
    <w:p w14:paraId="22253C8A" w14:textId="77777777" w:rsidR="00AA3848" w:rsidRDefault="00AA3848">
      <w:pPr>
        <w:spacing w:after="12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600"/>
        <w:gridCol w:w="6480"/>
      </w:tblGrid>
      <w:tr w:rsidR="00AA3848" w14:paraId="527E0E13" w14:textId="77777777">
        <w:trPr>
          <w:jc w:val="center"/>
        </w:trPr>
        <w:tc>
          <w:tcPr>
            <w:tcW w:w="3600" w:type="dxa"/>
            <w:shd w:val="clear" w:color="auto" w:fill="1B365D"/>
            <w:tcMar>
              <w:top w:w="70" w:type="dxa"/>
              <w:left w:w="100" w:type="dxa"/>
              <w:bottom w:w="70" w:type="dxa"/>
              <w:right w:w="100" w:type="dxa"/>
            </w:tcMar>
          </w:tcPr>
          <w:p w14:paraId="09904BF5" w14:textId="77777777" w:rsidR="00AA3848" w:rsidRDefault="00407892">
            <w:pPr>
              <w:spacing w:before="40" w:after="40"/>
            </w:pPr>
            <w:r>
              <w:rPr>
                <w:b/>
                <w:color w:val="FFFFFF"/>
                <w:sz w:val="19"/>
              </w:rPr>
              <w:t>Disciplinary Question</w:t>
            </w:r>
          </w:p>
        </w:tc>
        <w:tc>
          <w:tcPr>
            <w:tcW w:w="6480" w:type="dxa"/>
            <w:shd w:val="clear" w:color="auto" w:fill="1B365D"/>
            <w:tcMar>
              <w:top w:w="70" w:type="dxa"/>
              <w:left w:w="100" w:type="dxa"/>
              <w:bottom w:w="70" w:type="dxa"/>
              <w:right w:w="100" w:type="dxa"/>
            </w:tcMar>
          </w:tcPr>
          <w:p w14:paraId="7FBEB6F7" w14:textId="77777777" w:rsidR="00AA3848" w:rsidRDefault="00407892">
            <w:pPr>
              <w:spacing w:before="40" w:after="40"/>
            </w:pPr>
            <w:r>
              <w:rPr>
                <w:b/>
                <w:color w:val="FFFFFF"/>
                <w:sz w:val="19"/>
              </w:rPr>
              <w:t>Selection &amp; Explanation</w:t>
            </w:r>
          </w:p>
        </w:tc>
      </w:tr>
      <w:tr w:rsidR="00AA3848" w14:paraId="1BB16B52" w14:textId="77777777">
        <w:trPr>
          <w:jc w:val="center"/>
        </w:trPr>
        <w:tc>
          <w:tcPr>
            <w:tcW w:w="3600" w:type="dxa"/>
            <w:shd w:val="clear" w:color="auto" w:fill="FFFFFF"/>
            <w:tcMar>
              <w:top w:w="70" w:type="dxa"/>
              <w:left w:w="100" w:type="dxa"/>
              <w:bottom w:w="70" w:type="dxa"/>
              <w:right w:w="100" w:type="dxa"/>
            </w:tcMar>
          </w:tcPr>
          <w:p w14:paraId="48EEE1EB" w14:textId="77777777" w:rsidR="00AA3848" w:rsidRDefault="00407892">
            <w:pPr>
              <w:spacing w:before="40" w:after="40"/>
            </w:pPr>
            <w:r>
              <w:rPr>
                <w:color w:val="141414"/>
                <w:sz w:val="19"/>
              </w:rPr>
              <w:t>Have you ever been suspended or expelled from a school for any reason?</w:t>
            </w:r>
          </w:p>
        </w:tc>
        <w:tc>
          <w:tcPr>
            <w:tcW w:w="6480" w:type="dxa"/>
            <w:shd w:val="clear" w:color="auto" w:fill="FFFFFF"/>
            <w:tcMar>
              <w:top w:w="70" w:type="dxa"/>
              <w:left w:w="100" w:type="dxa"/>
              <w:bottom w:w="70" w:type="dxa"/>
              <w:right w:w="100" w:type="dxa"/>
            </w:tcMar>
          </w:tcPr>
          <w:p w14:paraId="0F5DC73F" w14:textId="77777777" w:rsidR="00AA3848" w:rsidRDefault="00407892">
            <w:pPr>
              <w:spacing w:before="40" w:after="40"/>
            </w:pPr>
            <w:proofErr w:type="gramStart"/>
            <w:r>
              <w:rPr>
                <w:i/>
                <w:color w:val="6E6E6E"/>
                <w:sz w:val="19"/>
              </w:rPr>
              <w:t>[  ]</w:t>
            </w:r>
            <w:proofErr w:type="gramEnd"/>
            <w:r>
              <w:rPr>
                <w:i/>
                <w:color w:val="6E6E6E"/>
                <w:sz w:val="19"/>
              </w:rPr>
              <w:t xml:space="preserve"> YES    [  ] NO</w:t>
            </w:r>
            <w:r>
              <w:rPr>
                <w:i/>
                <w:color w:val="6E6E6E"/>
                <w:sz w:val="19"/>
              </w:rPr>
              <w:br/>
              <w:t>If YES, explain: [ Click / Type Explanation ]</w:t>
            </w:r>
          </w:p>
        </w:tc>
      </w:tr>
      <w:tr w:rsidR="00AA3848" w14:paraId="73332577" w14:textId="77777777">
        <w:trPr>
          <w:jc w:val="center"/>
        </w:trPr>
        <w:tc>
          <w:tcPr>
            <w:tcW w:w="3600" w:type="dxa"/>
            <w:shd w:val="clear" w:color="auto" w:fill="F9FBFD"/>
            <w:tcMar>
              <w:top w:w="70" w:type="dxa"/>
              <w:left w:w="100" w:type="dxa"/>
              <w:bottom w:w="70" w:type="dxa"/>
              <w:right w:w="100" w:type="dxa"/>
            </w:tcMar>
          </w:tcPr>
          <w:p w14:paraId="006EDB72" w14:textId="77777777" w:rsidR="00AA3848" w:rsidRDefault="00407892">
            <w:pPr>
              <w:spacing w:before="40" w:after="40"/>
            </w:pPr>
            <w:r>
              <w:rPr>
                <w:color w:val="141414"/>
                <w:sz w:val="19"/>
              </w:rPr>
              <w:t>Have you ever been placed on academic probation from any school?</w:t>
            </w:r>
          </w:p>
        </w:tc>
        <w:tc>
          <w:tcPr>
            <w:tcW w:w="6480" w:type="dxa"/>
            <w:shd w:val="clear" w:color="auto" w:fill="F9FBFD"/>
            <w:tcMar>
              <w:top w:w="70" w:type="dxa"/>
              <w:left w:w="100" w:type="dxa"/>
              <w:bottom w:w="70" w:type="dxa"/>
              <w:right w:w="100" w:type="dxa"/>
            </w:tcMar>
          </w:tcPr>
          <w:p w14:paraId="37E54FCC" w14:textId="77777777" w:rsidR="00AA3848" w:rsidRDefault="00407892">
            <w:pPr>
              <w:spacing w:before="40" w:after="40"/>
            </w:pPr>
            <w:proofErr w:type="gramStart"/>
            <w:r>
              <w:rPr>
                <w:i/>
                <w:color w:val="6E6E6E"/>
                <w:sz w:val="19"/>
              </w:rPr>
              <w:t>[  ]</w:t>
            </w:r>
            <w:proofErr w:type="gramEnd"/>
            <w:r>
              <w:rPr>
                <w:i/>
                <w:color w:val="6E6E6E"/>
                <w:sz w:val="19"/>
              </w:rPr>
              <w:t xml:space="preserve"> YES    [  ] NO</w:t>
            </w:r>
            <w:r>
              <w:rPr>
                <w:i/>
                <w:color w:val="6E6E6E"/>
                <w:sz w:val="19"/>
              </w:rPr>
              <w:br/>
              <w:t>If YES, explain: [ Click / Type Explanation ]</w:t>
            </w:r>
          </w:p>
        </w:tc>
      </w:tr>
    </w:tbl>
    <w:p w14:paraId="0C31422A" w14:textId="77777777" w:rsidR="00AA3848" w:rsidRDefault="00AA3848">
      <w:pPr>
        <w:spacing w:after="120"/>
      </w:pPr>
    </w:p>
    <w:p w14:paraId="69C18CE5" w14:textId="77777777" w:rsidR="00D42C93" w:rsidRDefault="00D42C93">
      <w:pPr>
        <w:keepNext/>
        <w:spacing w:before="280" w:after="120"/>
        <w:rPr>
          <w:b/>
          <w:color w:val="1B365D"/>
          <w:sz w:val="26"/>
        </w:rPr>
      </w:pPr>
      <w:r>
        <w:rPr>
          <w:b/>
          <w:color w:val="1B365D"/>
          <w:sz w:val="26"/>
        </w:rPr>
        <w:br w:type="page"/>
      </w:r>
    </w:p>
    <w:p w14:paraId="58C40984" w14:textId="06619C9B" w:rsidR="00AA3848" w:rsidRDefault="00407892">
      <w:pPr>
        <w:keepNext/>
        <w:spacing w:before="280" w:after="120"/>
      </w:pPr>
      <w:r>
        <w:rPr>
          <w:b/>
          <w:color w:val="1B365D"/>
          <w:sz w:val="26"/>
        </w:rPr>
        <w:lastRenderedPageBreak/>
        <w:t>SECTION 5: EMPLOYMENT HISTORY</w:t>
      </w:r>
    </w:p>
    <w:p w14:paraId="73ADF8FF" w14:textId="77777777" w:rsidR="00AA3848" w:rsidRDefault="00407892">
      <w:r>
        <w:t>List all employers during the past 10 years working backwards. Include military service and periods of unemployment.</w:t>
      </w:r>
    </w:p>
    <w:p w14:paraId="74364BFD" w14:textId="77777777" w:rsidR="00AA3848" w:rsidRDefault="00407892">
      <w:pPr>
        <w:keepNext/>
        <w:spacing w:before="200" w:after="80"/>
      </w:pPr>
      <w:r>
        <w:rPr>
          <w:b/>
          <w:color w:val="2F5496"/>
          <w:sz w:val="22"/>
        </w:rPr>
        <w:t>Employer #1</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4D6A0F2D" w14:textId="77777777" w:rsidTr="00D42C93">
        <w:trPr>
          <w:jc w:val="center"/>
        </w:trPr>
        <w:tc>
          <w:tcPr>
            <w:tcW w:w="2160" w:type="dxa"/>
            <w:shd w:val="clear" w:color="auto" w:fill="1B365D"/>
            <w:tcMar>
              <w:top w:w="70" w:type="dxa"/>
              <w:left w:w="100" w:type="dxa"/>
              <w:bottom w:w="70" w:type="dxa"/>
              <w:right w:w="100" w:type="dxa"/>
            </w:tcMar>
          </w:tcPr>
          <w:p w14:paraId="620E24C4" w14:textId="77777777" w:rsidR="00AA3848" w:rsidRDefault="00407892">
            <w:pPr>
              <w:spacing w:before="40" w:after="40"/>
            </w:pPr>
            <w:r>
              <w:rPr>
                <w:b/>
                <w:color w:val="FFFFFF"/>
                <w:sz w:val="19"/>
              </w:rPr>
              <w:t>Company Name:</w:t>
            </w:r>
          </w:p>
        </w:tc>
        <w:tc>
          <w:tcPr>
            <w:tcW w:w="3600" w:type="dxa"/>
            <w:shd w:val="clear" w:color="auto" w:fill="1B365D"/>
            <w:tcMar>
              <w:top w:w="70" w:type="dxa"/>
              <w:left w:w="100" w:type="dxa"/>
              <w:bottom w:w="70" w:type="dxa"/>
              <w:right w:w="100" w:type="dxa"/>
            </w:tcMar>
          </w:tcPr>
          <w:p w14:paraId="53A556C8" w14:textId="77777777" w:rsidR="00AA3848" w:rsidRDefault="00407892">
            <w:pPr>
              <w:spacing w:before="40" w:after="40"/>
            </w:pPr>
            <w:r>
              <w:rPr>
                <w:b/>
                <w:color w:val="FFFFFF"/>
                <w:sz w:val="19"/>
              </w:rPr>
              <w:t xml:space="preserve">[ Type Company </w:t>
            </w:r>
            <w:proofErr w:type="gramStart"/>
            <w:r>
              <w:rPr>
                <w:b/>
                <w:color w:val="FFFFFF"/>
                <w:sz w:val="19"/>
              </w:rPr>
              <w:t>Name ]</w:t>
            </w:r>
            <w:proofErr w:type="gramEnd"/>
          </w:p>
        </w:tc>
        <w:tc>
          <w:tcPr>
            <w:tcW w:w="1728" w:type="dxa"/>
            <w:shd w:val="clear" w:color="auto" w:fill="1B365D"/>
            <w:tcMar>
              <w:top w:w="70" w:type="dxa"/>
              <w:left w:w="100" w:type="dxa"/>
              <w:bottom w:w="70" w:type="dxa"/>
              <w:right w:w="100" w:type="dxa"/>
            </w:tcMar>
          </w:tcPr>
          <w:p w14:paraId="08FF1FDC"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3E75EF4C" w14:textId="77777777" w:rsidR="00AA3848" w:rsidRDefault="00407892">
            <w:pPr>
              <w:spacing w:before="40" w:after="40"/>
            </w:pPr>
            <w:r>
              <w:rPr>
                <w:b/>
                <w:color w:val="FFFFFF"/>
                <w:sz w:val="19"/>
              </w:rPr>
              <w:t xml:space="preserve">[ Type </w:t>
            </w:r>
            <w:proofErr w:type="gramStart"/>
            <w:r>
              <w:rPr>
                <w:b/>
                <w:color w:val="FFFFFF"/>
                <w:sz w:val="19"/>
              </w:rPr>
              <w:t>Phone ]</w:t>
            </w:r>
            <w:proofErr w:type="gramEnd"/>
          </w:p>
        </w:tc>
      </w:tr>
      <w:tr w:rsidR="00AA3848" w14:paraId="7F013235" w14:textId="77777777" w:rsidTr="00D42C93">
        <w:trPr>
          <w:jc w:val="center"/>
        </w:trPr>
        <w:tc>
          <w:tcPr>
            <w:tcW w:w="2160" w:type="dxa"/>
            <w:shd w:val="clear" w:color="auto" w:fill="FFFFFF"/>
            <w:tcMar>
              <w:top w:w="70" w:type="dxa"/>
              <w:left w:w="100" w:type="dxa"/>
              <w:bottom w:w="70" w:type="dxa"/>
              <w:right w:w="100" w:type="dxa"/>
            </w:tcMar>
          </w:tcPr>
          <w:p w14:paraId="78D4FFA5" w14:textId="77777777" w:rsidR="00AA3848" w:rsidRDefault="00407892">
            <w:pPr>
              <w:spacing w:before="40" w:after="40"/>
            </w:pPr>
            <w:r>
              <w:rPr>
                <w:color w:val="141414"/>
                <w:sz w:val="19"/>
              </w:rPr>
              <w:t>Address:</w:t>
            </w:r>
          </w:p>
        </w:tc>
        <w:tc>
          <w:tcPr>
            <w:tcW w:w="3600" w:type="dxa"/>
            <w:shd w:val="clear" w:color="auto" w:fill="FFFFFF"/>
            <w:tcMar>
              <w:top w:w="70" w:type="dxa"/>
              <w:left w:w="100" w:type="dxa"/>
              <w:bottom w:w="70" w:type="dxa"/>
              <w:right w:w="100" w:type="dxa"/>
            </w:tcMar>
          </w:tcPr>
          <w:p w14:paraId="1E605607" w14:textId="77777777" w:rsidR="00AA3848" w:rsidRDefault="00407892">
            <w:pPr>
              <w:spacing w:before="40" w:after="40"/>
            </w:pPr>
            <w:r>
              <w:rPr>
                <w:i/>
                <w:color w:val="6E6E6E"/>
                <w:sz w:val="19"/>
              </w:rPr>
              <w:t xml:space="preserve">[ Type Address, City, State, </w:t>
            </w:r>
            <w:proofErr w:type="gramStart"/>
            <w:r>
              <w:rPr>
                <w:i/>
                <w:color w:val="6E6E6E"/>
                <w:sz w:val="19"/>
              </w:rPr>
              <w:t>Zip ]</w:t>
            </w:r>
            <w:proofErr w:type="gramEnd"/>
          </w:p>
        </w:tc>
        <w:tc>
          <w:tcPr>
            <w:tcW w:w="1728" w:type="dxa"/>
            <w:shd w:val="clear" w:color="auto" w:fill="FFFFFF"/>
            <w:tcMar>
              <w:top w:w="70" w:type="dxa"/>
              <w:left w:w="100" w:type="dxa"/>
              <w:bottom w:w="70" w:type="dxa"/>
              <w:right w:w="100" w:type="dxa"/>
            </w:tcMar>
          </w:tcPr>
          <w:p w14:paraId="70D11266" w14:textId="77777777" w:rsidR="00AA3848" w:rsidRDefault="00407892">
            <w:pPr>
              <w:spacing w:before="40" w:after="40"/>
            </w:pPr>
            <w:r>
              <w:rPr>
                <w:color w:val="141414"/>
                <w:sz w:val="19"/>
              </w:rPr>
              <w:t>Status:</w:t>
            </w:r>
          </w:p>
        </w:tc>
        <w:tc>
          <w:tcPr>
            <w:tcW w:w="2592" w:type="dxa"/>
            <w:shd w:val="clear" w:color="auto" w:fill="FFFFFF"/>
            <w:tcMar>
              <w:top w:w="70" w:type="dxa"/>
              <w:left w:w="100" w:type="dxa"/>
              <w:bottom w:w="70" w:type="dxa"/>
              <w:right w:w="100" w:type="dxa"/>
            </w:tcMar>
          </w:tcPr>
          <w:p w14:paraId="1FBBB450" w14:textId="77777777" w:rsidR="00AA3848" w:rsidRDefault="00407892">
            <w:pPr>
              <w:spacing w:before="40" w:after="40"/>
            </w:pPr>
            <w:proofErr w:type="gramStart"/>
            <w:r>
              <w:rPr>
                <w:color w:val="141414"/>
                <w:sz w:val="19"/>
              </w:rPr>
              <w:t>[  ]</w:t>
            </w:r>
            <w:proofErr w:type="gramEnd"/>
            <w:r>
              <w:rPr>
                <w:color w:val="141414"/>
                <w:sz w:val="19"/>
              </w:rPr>
              <w:t xml:space="preserve"> Full-Time  [  ] Part-Time</w:t>
            </w:r>
          </w:p>
        </w:tc>
      </w:tr>
      <w:tr w:rsidR="00AA3848" w14:paraId="2F4EB9E2" w14:textId="77777777" w:rsidTr="00D42C93">
        <w:trPr>
          <w:jc w:val="center"/>
        </w:trPr>
        <w:tc>
          <w:tcPr>
            <w:tcW w:w="2160" w:type="dxa"/>
            <w:shd w:val="clear" w:color="auto" w:fill="F9FBFD"/>
            <w:tcMar>
              <w:top w:w="70" w:type="dxa"/>
              <w:left w:w="100" w:type="dxa"/>
              <w:bottom w:w="70" w:type="dxa"/>
              <w:right w:w="100" w:type="dxa"/>
            </w:tcMar>
          </w:tcPr>
          <w:p w14:paraId="6BF01097" w14:textId="77777777" w:rsidR="00AA3848" w:rsidRDefault="00407892">
            <w:pPr>
              <w:spacing w:before="40" w:after="40"/>
            </w:pPr>
            <w:r>
              <w:rPr>
                <w:color w:val="141414"/>
                <w:sz w:val="19"/>
              </w:rPr>
              <w:t>Dates Employed:</w:t>
            </w:r>
          </w:p>
        </w:tc>
        <w:tc>
          <w:tcPr>
            <w:tcW w:w="3600" w:type="dxa"/>
            <w:shd w:val="clear" w:color="auto" w:fill="F9FBFD"/>
            <w:tcMar>
              <w:top w:w="70" w:type="dxa"/>
              <w:left w:w="100" w:type="dxa"/>
              <w:bottom w:w="70" w:type="dxa"/>
              <w:right w:w="100" w:type="dxa"/>
            </w:tcMar>
          </w:tcPr>
          <w:p w14:paraId="73B95C13" w14:textId="77777777" w:rsidR="00AA3848" w:rsidRDefault="00407892">
            <w:pPr>
              <w:spacing w:before="40" w:after="40"/>
            </w:pPr>
            <w:r>
              <w:rPr>
                <w:color w:val="141414"/>
                <w:sz w:val="19"/>
              </w:rPr>
              <w:t>From: [ MM/</w:t>
            </w:r>
            <w:proofErr w:type="spellStart"/>
            <w:proofErr w:type="gramStart"/>
            <w:r>
              <w:rPr>
                <w:color w:val="141414"/>
                <w:sz w:val="19"/>
              </w:rPr>
              <w:t>YYYY</w:t>
            </w:r>
            <w:proofErr w:type="spellEnd"/>
            <w:r>
              <w:rPr>
                <w:color w:val="141414"/>
                <w:sz w:val="19"/>
              </w:rPr>
              <w:t xml:space="preserve"> ]</w:t>
            </w:r>
            <w:proofErr w:type="gramEnd"/>
            <w:r>
              <w:rPr>
                <w:color w:val="141414"/>
                <w:sz w:val="19"/>
              </w:rPr>
              <w:t xml:space="preserve">  To: [ MM/</w:t>
            </w:r>
            <w:proofErr w:type="spellStart"/>
            <w:r>
              <w:rPr>
                <w:color w:val="141414"/>
                <w:sz w:val="19"/>
              </w:rPr>
              <w:t>YYYY</w:t>
            </w:r>
            <w:proofErr w:type="spellEnd"/>
            <w:r>
              <w:rPr>
                <w:color w:val="141414"/>
                <w:sz w:val="19"/>
              </w:rPr>
              <w:t xml:space="preserve"> ]</w:t>
            </w:r>
          </w:p>
        </w:tc>
        <w:tc>
          <w:tcPr>
            <w:tcW w:w="1728" w:type="dxa"/>
            <w:shd w:val="clear" w:color="auto" w:fill="F9FBFD"/>
            <w:tcMar>
              <w:top w:w="70" w:type="dxa"/>
              <w:left w:w="100" w:type="dxa"/>
              <w:bottom w:w="70" w:type="dxa"/>
              <w:right w:w="100" w:type="dxa"/>
            </w:tcMar>
          </w:tcPr>
          <w:p w14:paraId="290E4269" w14:textId="77777777" w:rsidR="00AA3848" w:rsidRDefault="00407892">
            <w:pPr>
              <w:spacing w:before="40" w:after="40"/>
            </w:pPr>
            <w:r>
              <w:rPr>
                <w:color w:val="141414"/>
                <w:sz w:val="19"/>
              </w:rPr>
              <w:t>Job Title:</w:t>
            </w:r>
          </w:p>
        </w:tc>
        <w:tc>
          <w:tcPr>
            <w:tcW w:w="2592" w:type="dxa"/>
            <w:shd w:val="clear" w:color="auto" w:fill="F9FBFD"/>
            <w:tcMar>
              <w:top w:w="70" w:type="dxa"/>
              <w:left w:w="100" w:type="dxa"/>
              <w:bottom w:w="70" w:type="dxa"/>
              <w:right w:w="100" w:type="dxa"/>
            </w:tcMar>
          </w:tcPr>
          <w:p w14:paraId="23167337" w14:textId="77777777" w:rsidR="00AA3848" w:rsidRDefault="00407892">
            <w:pPr>
              <w:spacing w:before="40" w:after="40"/>
            </w:pPr>
            <w:r>
              <w:rPr>
                <w:i/>
                <w:color w:val="6E6E6E"/>
                <w:sz w:val="19"/>
              </w:rPr>
              <w:t xml:space="preserve">[ Type Title / Work </w:t>
            </w:r>
            <w:proofErr w:type="gramStart"/>
            <w:r>
              <w:rPr>
                <w:i/>
                <w:color w:val="6E6E6E"/>
                <w:sz w:val="19"/>
              </w:rPr>
              <w:t>Done ]</w:t>
            </w:r>
            <w:proofErr w:type="gramEnd"/>
          </w:p>
        </w:tc>
      </w:tr>
      <w:tr w:rsidR="00AA3848" w14:paraId="6CCF9C8A" w14:textId="77777777" w:rsidTr="00D42C93">
        <w:trPr>
          <w:jc w:val="center"/>
        </w:trPr>
        <w:tc>
          <w:tcPr>
            <w:tcW w:w="2160" w:type="dxa"/>
            <w:shd w:val="clear" w:color="auto" w:fill="FFFFFF"/>
            <w:tcMar>
              <w:top w:w="70" w:type="dxa"/>
              <w:left w:w="100" w:type="dxa"/>
              <w:bottom w:w="70" w:type="dxa"/>
              <w:right w:w="100" w:type="dxa"/>
            </w:tcMar>
          </w:tcPr>
          <w:p w14:paraId="7A3DCFB7" w14:textId="77777777" w:rsidR="00AA3848" w:rsidRDefault="00407892">
            <w:pPr>
              <w:spacing w:before="40" w:after="40"/>
            </w:pPr>
            <w:r>
              <w:rPr>
                <w:color w:val="141414"/>
                <w:sz w:val="19"/>
              </w:rPr>
              <w:t>Supervisor Name:</w:t>
            </w:r>
          </w:p>
        </w:tc>
        <w:tc>
          <w:tcPr>
            <w:tcW w:w="3600" w:type="dxa"/>
            <w:shd w:val="clear" w:color="auto" w:fill="FFFFFF"/>
            <w:tcMar>
              <w:top w:w="70" w:type="dxa"/>
              <w:left w:w="100" w:type="dxa"/>
              <w:bottom w:w="70" w:type="dxa"/>
              <w:right w:w="100" w:type="dxa"/>
            </w:tcMar>
          </w:tcPr>
          <w:p w14:paraId="30569DA9" w14:textId="77777777" w:rsidR="00AA3848" w:rsidRDefault="00407892">
            <w:pPr>
              <w:spacing w:before="40" w:after="40"/>
            </w:pPr>
            <w:r>
              <w:rPr>
                <w:i/>
                <w:color w:val="6E6E6E"/>
                <w:sz w:val="19"/>
              </w:rPr>
              <w:t xml:space="preserve">[ Type Supervisor </w:t>
            </w:r>
            <w:proofErr w:type="gramStart"/>
            <w:r>
              <w:rPr>
                <w:i/>
                <w:color w:val="6E6E6E"/>
                <w:sz w:val="19"/>
              </w:rPr>
              <w:t>Name ]</w:t>
            </w:r>
            <w:proofErr w:type="gramEnd"/>
          </w:p>
        </w:tc>
        <w:tc>
          <w:tcPr>
            <w:tcW w:w="1728" w:type="dxa"/>
            <w:shd w:val="clear" w:color="auto" w:fill="FFFFFF"/>
            <w:tcMar>
              <w:top w:w="70" w:type="dxa"/>
              <w:left w:w="100" w:type="dxa"/>
              <w:bottom w:w="70" w:type="dxa"/>
              <w:right w:w="100" w:type="dxa"/>
            </w:tcMar>
          </w:tcPr>
          <w:p w14:paraId="05EB31BE" w14:textId="77777777" w:rsidR="00AA3848" w:rsidRDefault="00407892">
            <w:pPr>
              <w:spacing w:before="40" w:after="40"/>
            </w:pPr>
            <w:r>
              <w:rPr>
                <w:color w:val="141414"/>
                <w:sz w:val="19"/>
              </w:rPr>
              <w:t>Sup. Phone:</w:t>
            </w:r>
          </w:p>
        </w:tc>
        <w:tc>
          <w:tcPr>
            <w:tcW w:w="2592" w:type="dxa"/>
            <w:shd w:val="clear" w:color="auto" w:fill="FFFFFF"/>
            <w:tcMar>
              <w:top w:w="70" w:type="dxa"/>
              <w:left w:w="100" w:type="dxa"/>
              <w:bottom w:w="70" w:type="dxa"/>
              <w:right w:w="100" w:type="dxa"/>
            </w:tcMar>
          </w:tcPr>
          <w:p w14:paraId="2ADFF53B" w14:textId="77777777" w:rsidR="00AA3848" w:rsidRDefault="00407892">
            <w:pPr>
              <w:spacing w:before="40" w:after="40"/>
            </w:pPr>
            <w:r>
              <w:rPr>
                <w:i/>
                <w:color w:val="6E6E6E"/>
                <w:sz w:val="19"/>
              </w:rPr>
              <w:t xml:space="preserve">[ Type Supervisor </w:t>
            </w:r>
            <w:proofErr w:type="gramStart"/>
            <w:r>
              <w:rPr>
                <w:i/>
                <w:color w:val="6E6E6E"/>
                <w:sz w:val="19"/>
              </w:rPr>
              <w:t>Phone ]</w:t>
            </w:r>
            <w:proofErr w:type="gramEnd"/>
          </w:p>
        </w:tc>
      </w:tr>
      <w:tr w:rsidR="00D42C93" w14:paraId="7C9206D4" w14:textId="77777777" w:rsidTr="00D42C93">
        <w:trPr>
          <w:jc w:val="center"/>
        </w:trPr>
        <w:tc>
          <w:tcPr>
            <w:tcW w:w="2160" w:type="dxa"/>
            <w:shd w:val="clear" w:color="auto" w:fill="F9FBFD"/>
            <w:tcMar>
              <w:top w:w="70" w:type="dxa"/>
              <w:left w:w="100" w:type="dxa"/>
              <w:bottom w:w="70" w:type="dxa"/>
              <w:right w:w="100" w:type="dxa"/>
            </w:tcMar>
          </w:tcPr>
          <w:p w14:paraId="73B55E9A" w14:textId="77777777" w:rsidR="00D42C93" w:rsidRDefault="00D42C93">
            <w:pPr>
              <w:spacing w:before="40" w:after="40"/>
            </w:pPr>
            <w:r>
              <w:rPr>
                <w:color w:val="141414"/>
                <w:sz w:val="19"/>
              </w:rPr>
              <w:t>Reason for Leaving:</w:t>
            </w:r>
          </w:p>
        </w:tc>
        <w:tc>
          <w:tcPr>
            <w:tcW w:w="7920" w:type="dxa"/>
            <w:gridSpan w:val="3"/>
            <w:shd w:val="clear" w:color="auto" w:fill="F9FBFD"/>
            <w:tcMar>
              <w:top w:w="70" w:type="dxa"/>
              <w:left w:w="100" w:type="dxa"/>
              <w:bottom w:w="70" w:type="dxa"/>
              <w:right w:w="100" w:type="dxa"/>
            </w:tcMar>
          </w:tcPr>
          <w:p w14:paraId="002DEAB6" w14:textId="1A8FD640" w:rsidR="00D42C93" w:rsidRDefault="00D42C93">
            <w:pPr>
              <w:spacing w:before="40" w:after="40"/>
            </w:pPr>
            <w:r>
              <w:rPr>
                <w:i/>
                <w:color w:val="6E6E6E"/>
                <w:sz w:val="19"/>
              </w:rPr>
              <w:t xml:space="preserve">[ Click / Type Detailed Reason for </w:t>
            </w:r>
            <w:proofErr w:type="gramStart"/>
            <w:r>
              <w:rPr>
                <w:i/>
                <w:color w:val="6E6E6E"/>
                <w:sz w:val="19"/>
              </w:rPr>
              <w:t>Leaving ]</w:t>
            </w:r>
            <w:proofErr w:type="gramEnd"/>
          </w:p>
        </w:tc>
      </w:tr>
    </w:tbl>
    <w:p w14:paraId="36DC6934" w14:textId="77777777" w:rsidR="00AA3848" w:rsidRDefault="00407892">
      <w:pPr>
        <w:keepNext/>
        <w:spacing w:before="200" w:after="80"/>
      </w:pPr>
      <w:r>
        <w:rPr>
          <w:b/>
          <w:color w:val="2F5496"/>
          <w:sz w:val="22"/>
        </w:rPr>
        <w:t>Employer #2</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0A6F3961" w14:textId="77777777" w:rsidTr="00D42C93">
        <w:trPr>
          <w:jc w:val="center"/>
        </w:trPr>
        <w:tc>
          <w:tcPr>
            <w:tcW w:w="2160" w:type="dxa"/>
            <w:shd w:val="clear" w:color="auto" w:fill="1B365D"/>
            <w:tcMar>
              <w:top w:w="70" w:type="dxa"/>
              <w:left w:w="100" w:type="dxa"/>
              <w:bottom w:w="70" w:type="dxa"/>
              <w:right w:w="100" w:type="dxa"/>
            </w:tcMar>
          </w:tcPr>
          <w:p w14:paraId="40BCCB27" w14:textId="77777777" w:rsidR="00AA3848" w:rsidRDefault="00407892">
            <w:pPr>
              <w:spacing w:before="40" w:after="40"/>
            </w:pPr>
            <w:r>
              <w:rPr>
                <w:b/>
                <w:color w:val="FFFFFF"/>
                <w:sz w:val="19"/>
              </w:rPr>
              <w:t>Company Name:</w:t>
            </w:r>
          </w:p>
        </w:tc>
        <w:tc>
          <w:tcPr>
            <w:tcW w:w="3600" w:type="dxa"/>
            <w:shd w:val="clear" w:color="auto" w:fill="1B365D"/>
            <w:tcMar>
              <w:top w:w="70" w:type="dxa"/>
              <w:left w:w="100" w:type="dxa"/>
              <w:bottom w:w="70" w:type="dxa"/>
              <w:right w:w="100" w:type="dxa"/>
            </w:tcMar>
          </w:tcPr>
          <w:p w14:paraId="25CA7A26" w14:textId="77777777" w:rsidR="00AA3848" w:rsidRDefault="00407892">
            <w:pPr>
              <w:spacing w:before="40" w:after="40"/>
            </w:pPr>
            <w:r>
              <w:rPr>
                <w:b/>
                <w:color w:val="FFFFFF"/>
                <w:sz w:val="19"/>
              </w:rPr>
              <w:t xml:space="preserve">[ Type Company </w:t>
            </w:r>
            <w:proofErr w:type="gramStart"/>
            <w:r>
              <w:rPr>
                <w:b/>
                <w:color w:val="FFFFFF"/>
                <w:sz w:val="19"/>
              </w:rPr>
              <w:t>Name ]</w:t>
            </w:r>
            <w:proofErr w:type="gramEnd"/>
          </w:p>
        </w:tc>
        <w:tc>
          <w:tcPr>
            <w:tcW w:w="1728" w:type="dxa"/>
            <w:shd w:val="clear" w:color="auto" w:fill="1B365D"/>
            <w:tcMar>
              <w:top w:w="70" w:type="dxa"/>
              <w:left w:w="100" w:type="dxa"/>
              <w:bottom w:w="70" w:type="dxa"/>
              <w:right w:w="100" w:type="dxa"/>
            </w:tcMar>
          </w:tcPr>
          <w:p w14:paraId="63BCDB9E"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5F42381A" w14:textId="77777777" w:rsidR="00AA3848" w:rsidRDefault="00407892">
            <w:pPr>
              <w:spacing w:before="40" w:after="40"/>
            </w:pPr>
            <w:r>
              <w:rPr>
                <w:b/>
                <w:color w:val="FFFFFF"/>
                <w:sz w:val="19"/>
              </w:rPr>
              <w:t xml:space="preserve">[ Type </w:t>
            </w:r>
            <w:proofErr w:type="gramStart"/>
            <w:r>
              <w:rPr>
                <w:b/>
                <w:color w:val="FFFFFF"/>
                <w:sz w:val="19"/>
              </w:rPr>
              <w:t>Phone ]</w:t>
            </w:r>
            <w:proofErr w:type="gramEnd"/>
          </w:p>
        </w:tc>
      </w:tr>
      <w:tr w:rsidR="00AA3848" w14:paraId="25AD0A05" w14:textId="77777777" w:rsidTr="00D42C93">
        <w:trPr>
          <w:jc w:val="center"/>
        </w:trPr>
        <w:tc>
          <w:tcPr>
            <w:tcW w:w="2160" w:type="dxa"/>
            <w:shd w:val="clear" w:color="auto" w:fill="FFFFFF"/>
            <w:tcMar>
              <w:top w:w="70" w:type="dxa"/>
              <w:left w:w="100" w:type="dxa"/>
              <w:bottom w:w="70" w:type="dxa"/>
              <w:right w:w="100" w:type="dxa"/>
            </w:tcMar>
          </w:tcPr>
          <w:p w14:paraId="67F90259" w14:textId="77777777" w:rsidR="00AA3848" w:rsidRDefault="00407892">
            <w:pPr>
              <w:spacing w:before="40" w:after="40"/>
            </w:pPr>
            <w:r>
              <w:rPr>
                <w:color w:val="141414"/>
                <w:sz w:val="19"/>
              </w:rPr>
              <w:t>Address:</w:t>
            </w:r>
          </w:p>
        </w:tc>
        <w:tc>
          <w:tcPr>
            <w:tcW w:w="3600" w:type="dxa"/>
            <w:shd w:val="clear" w:color="auto" w:fill="FFFFFF"/>
            <w:tcMar>
              <w:top w:w="70" w:type="dxa"/>
              <w:left w:w="100" w:type="dxa"/>
              <w:bottom w:w="70" w:type="dxa"/>
              <w:right w:w="100" w:type="dxa"/>
            </w:tcMar>
          </w:tcPr>
          <w:p w14:paraId="56DBEE71" w14:textId="77777777" w:rsidR="00AA3848" w:rsidRDefault="00407892">
            <w:pPr>
              <w:spacing w:before="40" w:after="40"/>
            </w:pPr>
            <w:r>
              <w:rPr>
                <w:i/>
                <w:color w:val="6E6E6E"/>
                <w:sz w:val="19"/>
              </w:rPr>
              <w:t xml:space="preserve">[ Type Address, City, State, </w:t>
            </w:r>
            <w:proofErr w:type="gramStart"/>
            <w:r>
              <w:rPr>
                <w:i/>
                <w:color w:val="6E6E6E"/>
                <w:sz w:val="19"/>
              </w:rPr>
              <w:t>Zip ]</w:t>
            </w:r>
            <w:proofErr w:type="gramEnd"/>
          </w:p>
        </w:tc>
        <w:tc>
          <w:tcPr>
            <w:tcW w:w="1728" w:type="dxa"/>
            <w:shd w:val="clear" w:color="auto" w:fill="FFFFFF"/>
            <w:tcMar>
              <w:top w:w="70" w:type="dxa"/>
              <w:left w:w="100" w:type="dxa"/>
              <w:bottom w:w="70" w:type="dxa"/>
              <w:right w:w="100" w:type="dxa"/>
            </w:tcMar>
          </w:tcPr>
          <w:p w14:paraId="4E574449" w14:textId="77777777" w:rsidR="00AA3848" w:rsidRDefault="00407892">
            <w:pPr>
              <w:spacing w:before="40" w:after="40"/>
            </w:pPr>
            <w:r>
              <w:rPr>
                <w:color w:val="141414"/>
                <w:sz w:val="19"/>
              </w:rPr>
              <w:t>Status:</w:t>
            </w:r>
          </w:p>
        </w:tc>
        <w:tc>
          <w:tcPr>
            <w:tcW w:w="2592" w:type="dxa"/>
            <w:shd w:val="clear" w:color="auto" w:fill="FFFFFF"/>
            <w:tcMar>
              <w:top w:w="70" w:type="dxa"/>
              <w:left w:w="100" w:type="dxa"/>
              <w:bottom w:w="70" w:type="dxa"/>
              <w:right w:w="100" w:type="dxa"/>
            </w:tcMar>
          </w:tcPr>
          <w:p w14:paraId="04E37931" w14:textId="77777777" w:rsidR="00AA3848" w:rsidRDefault="00407892">
            <w:pPr>
              <w:spacing w:before="40" w:after="40"/>
            </w:pPr>
            <w:proofErr w:type="gramStart"/>
            <w:r>
              <w:rPr>
                <w:color w:val="141414"/>
                <w:sz w:val="19"/>
              </w:rPr>
              <w:t>[  ]</w:t>
            </w:r>
            <w:proofErr w:type="gramEnd"/>
            <w:r>
              <w:rPr>
                <w:color w:val="141414"/>
                <w:sz w:val="19"/>
              </w:rPr>
              <w:t xml:space="preserve"> Full-Time  [  ] Part-Time</w:t>
            </w:r>
          </w:p>
        </w:tc>
      </w:tr>
      <w:tr w:rsidR="00AA3848" w14:paraId="342FBE9D" w14:textId="77777777" w:rsidTr="00D42C93">
        <w:trPr>
          <w:jc w:val="center"/>
        </w:trPr>
        <w:tc>
          <w:tcPr>
            <w:tcW w:w="2160" w:type="dxa"/>
            <w:shd w:val="clear" w:color="auto" w:fill="F9FBFD"/>
            <w:tcMar>
              <w:top w:w="70" w:type="dxa"/>
              <w:left w:w="100" w:type="dxa"/>
              <w:bottom w:w="70" w:type="dxa"/>
              <w:right w:w="100" w:type="dxa"/>
            </w:tcMar>
          </w:tcPr>
          <w:p w14:paraId="7A6624A6" w14:textId="77777777" w:rsidR="00AA3848" w:rsidRDefault="00407892">
            <w:pPr>
              <w:spacing w:before="40" w:after="40"/>
            </w:pPr>
            <w:r>
              <w:rPr>
                <w:color w:val="141414"/>
                <w:sz w:val="19"/>
              </w:rPr>
              <w:t>Dates Employed:</w:t>
            </w:r>
          </w:p>
        </w:tc>
        <w:tc>
          <w:tcPr>
            <w:tcW w:w="3600" w:type="dxa"/>
            <w:shd w:val="clear" w:color="auto" w:fill="F9FBFD"/>
            <w:tcMar>
              <w:top w:w="70" w:type="dxa"/>
              <w:left w:w="100" w:type="dxa"/>
              <w:bottom w:w="70" w:type="dxa"/>
              <w:right w:w="100" w:type="dxa"/>
            </w:tcMar>
          </w:tcPr>
          <w:p w14:paraId="3B98F568" w14:textId="77777777" w:rsidR="00AA3848" w:rsidRDefault="00407892">
            <w:pPr>
              <w:spacing w:before="40" w:after="40"/>
            </w:pPr>
            <w:r>
              <w:rPr>
                <w:color w:val="141414"/>
                <w:sz w:val="19"/>
              </w:rPr>
              <w:t>From: [ MM/</w:t>
            </w:r>
            <w:proofErr w:type="spellStart"/>
            <w:proofErr w:type="gramStart"/>
            <w:r>
              <w:rPr>
                <w:color w:val="141414"/>
                <w:sz w:val="19"/>
              </w:rPr>
              <w:t>YYYY</w:t>
            </w:r>
            <w:proofErr w:type="spellEnd"/>
            <w:r>
              <w:rPr>
                <w:color w:val="141414"/>
                <w:sz w:val="19"/>
              </w:rPr>
              <w:t xml:space="preserve"> ]</w:t>
            </w:r>
            <w:proofErr w:type="gramEnd"/>
            <w:r>
              <w:rPr>
                <w:color w:val="141414"/>
                <w:sz w:val="19"/>
              </w:rPr>
              <w:t xml:space="preserve">  To: [ MM/</w:t>
            </w:r>
            <w:proofErr w:type="spellStart"/>
            <w:r>
              <w:rPr>
                <w:color w:val="141414"/>
                <w:sz w:val="19"/>
              </w:rPr>
              <w:t>YYYY</w:t>
            </w:r>
            <w:proofErr w:type="spellEnd"/>
            <w:r>
              <w:rPr>
                <w:color w:val="141414"/>
                <w:sz w:val="19"/>
              </w:rPr>
              <w:t xml:space="preserve"> ]</w:t>
            </w:r>
          </w:p>
        </w:tc>
        <w:tc>
          <w:tcPr>
            <w:tcW w:w="1728" w:type="dxa"/>
            <w:shd w:val="clear" w:color="auto" w:fill="F9FBFD"/>
            <w:tcMar>
              <w:top w:w="70" w:type="dxa"/>
              <w:left w:w="100" w:type="dxa"/>
              <w:bottom w:w="70" w:type="dxa"/>
              <w:right w:w="100" w:type="dxa"/>
            </w:tcMar>
          </w:tcPr>
          <w:p w14:paraId="760B6F6B" w14:textId="77777777" w:rsidR="00AA3848" w:rsidRDefault="00407892">
            <w:pPr>
              <w:spacing w:before="40" w:after="40"/>
            </w:pPr>
            <w:r>
              <w:rPr>
                <w:color w:val="141414"/>
                <w:sz w:val="19"/>
              </w:rPr>
              <w:t>Job Title:</w:t>
            </w:r>
          </w:p>
        </w:tc>
        <w:tc>
          <w:tcPr>
            <w:tcW w:w="2592" w:type="dxa"/>
            <w:shd w:val="clear" w:color="auto" w:fill="F9FBFD"/>
            <w:tcMar>
              <w:top w:w="70" w:type="dxa"/>
              <w:left w:w="100" w:type="dxa"/>
              <w:bottom w:w="70" w:type="dxa"/>
              <w:right w:w="100" w:type="dxa"/>
            </w:tcMar>
          </w:tcPr>
          <w:p w14:paraId="2FBE5781" w14:textId="77777777" w:rsidR="00AA3848" w:rsidRDefault="00407892">
            <w:pPr>
              <w:spacing w:before="40" w:after="40"/>
            </w:pPr>
            <w:r>
              <w:rPr>
                <w:i/>
                <w:color w:val="6E6E6E"/>
                <w:sz w:val="19"/>
              </w:rPr>
              <w:t xml:space="preserve">[ Type Title / Work </w:t>
            </w:r>
            <w:proofErr w:type="gramStart"/>
            <w:r>
              <w:rPr>
                <w:i/>
                <w:color w:val="6E6E6E"/>
                <w:sz w:val="19"/>
              </w:rPr>
              <w:t>Done ]</w:t>
            </w:r>
            <w:proofErr w:type="gramEnd"/>
          </w:p>
        </w:tc>
      </w:tr>
      <w:tr w:rsidR="00AA3848" w14:paraId="36F33291" w14:textId="77777777" w:rsidTr="00D42C93">
        <w:trPr>
          <w:jc w:val="center"/>
        </w:trPr>
        <w:tc>
          <w:tcPr>
            <w:tcW w:w="2160" w:type="dxa"/>
            <w:shd w:val="clear" w:color="auto" w:fill="FFFFFF"/>
            <w:tcMar>
              <w:top w:w="70" w:type="dxa"/>
              <w:left w:w="100" w:type="dxa"/>
              <w:bottom w:w="70" w:type="dxa"/>
              <w:right w:w="100" w:type="dxa"/>
            </w:tcMar>
          </w:tcPr>
          <w:p w14:paraId="26B06334" w14:textId="77777777" w:rsidR="00AA3848" w:rsidRDefault="00407892">
            <w:pPr>
              <w:spacing w:before="40" w:after="40"/>
            </w:pPr>
            <w:r>
              <w:rPr>
                <w:color w:val="141414"/>
                <w:sz w:val="19"/>
              </w:rPr>
              <w:t>Supervisor Name:</w:t>
            </w:r>
          </w:p>
        </w:tc>
        <w:tc>
          <w:tcPr>
            <w:tcW w:w="3600" w:type="dxa"/>
            <w:shd w:val="clear" w:color="auto" w:fill="FFFFFF"/>
            <w:tcMar>
              <w:top w:w="70" w:type="dxa"/>
              <w:left w:w="100" w:type="dxa"/>
              <w:bottom w:w="70" w:type="dxa"/>
              <w:right w:w="100" w:type="dxa"/>
            </w:tcMar>
          </w:tcPr>
          <w:p w14:paraId="57DA9762" w14:textId="77777777" w:rsidR="00AA3848" w:rsidRDefault="00407892">
            <w:pPr>
              <w:spacing w:before="40" w:after="40"/>
            </w:pPr>
            <w:r>
              <w:rPr>
                <w:i/>
                <w:color w:val="6E6E6E"/>
                <w:sz w:val="19"/>
              </w:rPr>
              <w:t xml:space="preserve">[ Type Supervisor </w:t>
            </w:r>
            <w:proofErr w:type="gramStart"/>
            <w:r>
              <w:rPr>
                <w:i/>
                <w:color w:val="6E6E6E"/>
                <w:sz w:val="19"/>
              </w:rPr>
              <w:t>Name ]</w:t>
            </w:r>
            <w:proofErr w:type="gramEnd"/>
          </w:p>
        </w:tc>
        <w:tc>
          <w:tcPr>
            <w:tcW w:w="1728" w:type="dxa"/>
            <w:shd w:val="clear" w:color="auto" w:fill="FFFFFF"/>
            <w:tcMar>
              <w:top w:w="70" w:type="dxa"/>
              <w:left w:w="100" w:type="dxa"/>
              <w:bottom w:w="70" w:type="dxa"/>
              <w:right w:w="100" w:type="dxa"/>
            </w:tcMar>
          </w:tcPr>
          <w:p w14:paraId="77EE6E1A" w14:textId="77777777" w:rsidR="00AA3848" w:rsidRDefault="00407892">
            <w:pPr>
              <w:spacing w:before="40" w:after="40"/>
            </w:pPr>
            <w:r>
              <w:rPr>
                <w:color w:val="141414"/>
                <w:sz w:val="19"/>
              </w:rPr>
              <w:t>Sup. Phone:</w:t>
            </w:r>
          </w:p>
        </w:tc>
        <w:tc>
          <w:tcPr>
            <w:tcW w:w="2592" w:type="dxa"/>
            <w:shd w:val="clear" w:color="auto" w:fill="FFFFFF"/>
            <w:tcMar>
              <w:top w:w="70" w:type="dxa"/>
              <w:left w:w="100" w:type="dxa"/>
              <w:bottom w:w="70" w:type="dxa"/>
              <w:right w:w="100" w:type="dxa"/>
            </w:tcMar>
          </w:tcPr>
          <w:p w14:paraId="1102E40B" w14:textId="77777777" w:rsidR="00AA3848" w:rsidRDefault="00407892">
            <w:pPr>
              <w:spacing w:before="40" w:after="40"/>
            </w:pPr>
            <w:r>
              <w:rPr>
                <w:i/>
                <w:color w:val="6E6E6E"/>
                <w:sz w:val="19"/>
              </w:rPr>
              <w:t xml:space="preserve">[ Type Supervisor </w:t>
            </w:r>
            <w:proofErr w:type="gramStart"/>
            <w:r>
              <w:rPr>
                <w:i/>
                <w:color w:val="6E6E6E"/>
                <w:sz w:val="19"/>
              </w:rPr>
              <w:t>Phone ]</w:t>
            </w:r>
            <w:proofErr w:type="gramEnd"/>
          </w:p>
        </w:tc>
      </w:tr>
      <w:tr w:rsidR="00D42C93" w14:paraId="2E49AFBD" w14:textId="77777777" w:rsidTr="00D42C93">
        <w:trPr>
          <w:jc w:val="center"/>
        </w:trPr>
        <w:tc>
          <w:tcPr>
            <w:tcW w:w="2160" w:type="dxa"/>
            <w:shd w:val="clear" w:color="auto" w:fill="F9FBFD"/>
            <w:tcMar>
              <w:top w:w="70" w:type="dxa"/>
              <w:left w:w="100" w:type="dxa"/>
              <w:bottom w:w="70" w:type="dxa"/>
              <w:right w:w="100" w:type="dxa"/>
            </w:tcMar>
          </w:tcPr>
          <w:p w14:paraId="2AE7C3D6" w14:textId="77777777" w:rsidR="00D42C93" w:rsidRDefault="00D42C93">
            <w:pPr>
              <w:spacing w:before="40" w:after="40"/>
            </w:pPr>
            <w:r>
              <w:rPr>
                <w:color w:val="141414"/>
                <w:sz w:val="19"/>
              </w:rPr>
              <w:t>Reason for Leaving:</w:t>
            </w:r>
          </w:p>
        </w:tc>
        <w:tc>
          <w:tcPr>
            <w:tcW w:w="7920" w:type="dxa"/>
            <w:gridSpan w:val="3"/>
            <w:shd w:val="clear" w:color="auto" w:fill="F9FBFD"/>
            <w:tcMar>
              <w:top w:w="70" w:type="dxa"/>
              <w:left w:w="100" w:type="dxa"/>
              <w:bottom w:w="70" w:type="dxa"/>
              <w:right w:w="100" w:type="dxa"/>
            </w:tcMar>
          </w:tcPr>
          <w:p w14:paraId="5A815293" w14:textId="42B82D6A" w:rsidR="00D42C93" w:rsidRDefault="00D42C93">
            <w:pPr>
              <w:spacing w:before="40" w:after="40"/>
            </w:pPr>
            <w:r>
              <w:rPr>
                <w:i/>
                <w:color w:val="6E6E6E"/>
                <w:sz w:val="19"/>
              </w:rPr>
              <w:t xml:space="preserve">[ Click / Type Detailed Reason for </w:t>
            </w:r>
            <w:proofErr w:type="gramStart"/>
            <w:r>
              <w:rPr>
                <w:i/>
                <w:color w:val="6E6E6E"/>
                <w:sz w:val="19"/>
              </w:rPr>
              <w:t>Leaving ]</w:t>
            </w:r>
            <w:proofErr w:type="gramEnd"/>
          </w:p>
        </w:tc>
      </w:tr>
    </w:tbl>
    <w:p w14:paraId="62DB97FE" w14:textId="77777777" w:rsidR="00AA3848" w:rsidRDefault="00407892">
      <w:pPr>
        <w:keepNext/>
        <w:spacing w:before="200" w:after="80"/>
      </w:pPr>
      <w:r>
        <w:rPr>
          <w:b/>
          <w:color w:val="2F5496"/>
          <w:sz w:val="22"/>
        </w:rPr>
        <w:t>Employer #3</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0685A2B3" w14:textId="77777777" w:rsidTr="00D42C93">
        <w:trPr>
          <w:jc w:val="center"/>
        </w:trPr>
        <w:tc>
          <w:tcPr>
            <w:tcW w:w="2160" w:type="dxa"/>
            <w:shd w:val="clear" w:color="auto" w:fill="1B365D"/>
            <w:tcMar>
              <w:top w:w="70" w:type="dxa"/>
              <w:left w:w="100" w:type="dxa"/>
              <w:bottom w:w="70" w:type="dxa"/>
              <w:right w:w="100" w:type="dxa"/>
            </w:tcMar>
          </w:tcPr>
          <w:p w14:paraId="1D62CFFB" w14:textId="77777777" w:rsidR="00AA3848" w:rsidRDefault="00407892">
            <w:pPr>
              <w:spacing w:before="40" w:after="40"/>
            </w:pPr>
            <w:r>
              <w:rPr>
                <w:b/>
                <w:color w:val="FFFFFF"/>
                <w:sz w:val="19"/>
              </w:rPr>
              <w:t>Company Name:</w:t>
            </w:r>
          </w:p>
        </w:tc>
        <w:tc>
          <w:tcPr>
            <w:tcW w:w="3600" w:type="dxa"/>
            <w:shd w:val="clear" w:color="auto" w:fill="1B365D"/>
            <w:tcMar>
              <w:top w:w="70" w:type="dxa"/>
              <w:left w:w="100" w:type="dxa"/>
              <w:bottom w:w="70" w:type="dxa"/>
              <w:right w:w="100" w:type="dxa"/>
            </w:tcMar>
          </w:tcPr>
          <w:p w14:paraId="72D18874" w14:textId="77777777" w:rsidR="00AA3848" w:rsidRDefault="00407892">
            <w:pPr>
              <w:spacing w:before="40" w:after="40"/>
            </w:pPr>
            <w:r>
              <w:rPr>
                <w:b/>
                <w:color w:val="FFFFFF"/>
                <w:sz w:val="19"/>
              </w:rPr>
              <w:t xml:space="preserve">[ Type Company </w:t>
            </w:r>
            <w:proofErr w:type="gramStart"/>
            <w:r>
              <w:rPr>
                <w:b/>
                <w:color w:val="FFFFFF"/>
                <w:sz w:val="19"/>
              </w:rPr>
              <w:t>Name ]</w:t>
            </w:r>
            <w:proofErr w:type="gramEnd"/>
          </w:p>
        </w:tc>
        <w:tc>
          <w:tcPr>
            <w:tcW w:w="1728" w:type="dxa"/>
            <w:shd w:val="clear" w:color="auto" w:fill="1B365D"/>
            <w:tcMar>
              <w:top w:w="70" w:type="dxa"/>
              <w:left w:w="100" w:type="dxa"/>
              <w:bottom w:w="70" w:type="dxa"/>
              <w:right w:w="100" w:type="dxa"/>
            </w:tcMar>
          </w:tcPr>
          <w:p w14:paraId="6B6CB3CA"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443A2AB8" w14:textId="77777777" w:rsidR="00AA3848" w:rsidRDefault="00407892">
            <w:pPr>
              <w:spacing w:before="40" w:after="40"/>
            </w:pPr>
            <w:r>
              <w:rPr>
                <w:b/>
                <w:color w:val="FFFFFF"/>
                <w:sz w:val="19"/>
              </w:rPr>
              <w:t xml:space="preserve">[ Type </w:t>
            </w:r>
            <w:proofErr w:type="gramStart"/>
            <w:r>
              <w:rPr>
                <w:b/>
                <w:color w:val="FFFFFF"/>
                <w:sz w:val="19"/>
              </w:rPr>
              <w:t>Phone ]</w:t>
            </w:r>
            <w:proofErr w:type="gramEnd"/>
          </w:p>
        </w:tc>
      </w:tr>
      <w:tr w:rsidR="00AA3848" w14:paraId="7D6F5FFB" w14:textId="77777777" w:rsidTr="00D42C93">
        <w:trPr>
          <w:jc w:val="center"/>
        </w:trPr>
        <w:tc>
          <w:tcPr>
            <w:tcW w:w="2160" w:type="dxa"/>
            <w:shd w:val="clear" w:color="auto" w:fill="FFFFFF"/>
            <w:tcMar>
              <w:top w:w="70" w:type="dxa"/>
              <w:left w:w="100" w:type="dxa"/>
              <w:bottom w:w="70" w:type="dxa"/>
              <w:right w:w="100" w:type="dxa"/>
            </w:tcMar>
          </w:tcPr>
          <w:p w14:paraId="4FBF55F0" w14:textId="77777777" w:rsidR="00AA3848" w:rsidRDefault="00407892">
            <w:pPr>
              <w:spacing w:before="40" w:after="40"/>
            </w:pPr>
            <w:r>
              <w:rPr>
                <w:color w:val="141414"/>
                <w:sz w:val="19"/>
              </w:rPr>
              <w:t>Address:</w:t>
            </w:r>
          </w:p>
        </w:tc>
        <w:tc>
          <w:tcPr>
            <w:tcW w:w="3600" w:type="dxa"/>
            <w:shd w:val="clear" w:color="auto" w:fill="FFFFFF"/>
            <w:tcMar>
              <w:top w:w="70" w:type="dxa"/>
              <w:left w:w="100" w:type="dxa"/>
              <w:bottom w:w="70" w:type="dxa"/>
              <w:right w:w="100" w:type="dxa"/>
            </w:tcMar>
          </w:tcPr>
          <w:p w14:paraId="7A50B8C4" w14:textId="77777777" w:rsidR="00AA3848" w:rsidRDefault="00407892">
            <w:pPr>
              <w:spacing w:before="40" w:after="40"/>
            </w:pPr>
            <w:r>
              <w:rPr>
                <w:i/>
                <w:color w:val="6E6E6E"/>
                <w:sz w:val="19"/>
              </w:rPr>
              <w:t xml:space="preserve">[ Type Address, City, State, </w:t>
            </w:r>
            <w:proofErr w:type="gramStart"/>
            <w:r>
              <w:rPr>
                <w:i/>
                <w:color w:val="6E6E6E"/>
                <w:sz w:val="19"/>
              </w:rPr>
              <w:t>Zip ]</w:t>
            </w:r>
            <w:proofErr w:type="gramEnd"/>
          </w:p>
        </w:tc>
        <w:tc>
          <w:tcPr>
            <w:tcW w:w="1728" w:type="dxa"/>
            <w:shd w:val="clear" w:color="auto" w:fill="FFFFFF"/>
            <w:tcMar>
              <w:top w:w="70" w:type="dxa"/>
              <w:left w:w="100" w:type="dxa"/>
              <w:bottom w:w="70" w:type="dxa"/>
              <w:right w:w="100" w:type="dxa"/>
            </w:tcMar>
          </w:tcPr>
          <w:p w14:paraId="05CD3C94" w14:textId="77777777" w:rsidR="00AA3848" w:rsidRDefault="00407892">
            <w:pPr>
              <w:spacing w:before="40" w:after="40"/>
            </w:pPr>
            <w:r>
              <w:rPr>
                <w:color w:val="141414"/>
                <w:sz w:val="19"/>
              </w:rPr>
              <w:t>Status:</w:t>
            </w:r>
          </w:p>
        </w:tc>
        <w:tc>
          <w:tcPr>
            <w:tcW w:w="2592" w:type="dxa"/>
            <w:shd w:val="clear" w:color="auto" w:fill="FFFFFF"/>
            <w:tcMar>
              <w:top w:w="70" w:type="dxa"/>
              <w:left w:w="100" w:type="dxa"/>
              <w:bottom w:w="70" w:type="dxa"/>
              <w:right w:w="100" w:type="dxa"/>
            </w:tcMar>
          </w:tcPr>
          <w:p w14:paraId="2D99B988" w14:textId="77777777" w:rsidR="00AA3848" w:rsidRDefault="00407892">
            <w:pPr>
              <w:spacing w:before="40" w:after="40"/>
            </w:pPr>
            <w:proofErr w:type="gramStart"/>
            <w:r>
              <w:rPr>
                <w:color w:val="141414"/>
                <w:sz w:val="19"/>
              </w:rPr>
              <w:t>[  ]</w:t>
            </w:r>
            <w:proofErr w:type="gramEnd"/>
            <w:r>
              <w:rPr>
                <w:color w:val="141414"/>
                <w:sz w:val="19"/>
              </w:rPr>
              <w:t xml:space="preserve"> Full-Time  [  ] Part-Time</w:t>
            </w:r>
          </w:p>
        </w:tc>
      </w:tr>
      <w:tr w:rsidR="00AA3848" w14:paraId="4264BCD6" w14:textId="77777777" w:rsidTr="00D42C93">
        <w:trPr>
          <w:jc w:val="center"/>
        </w:trPr>
        <w:tc>
          <w:tcPr>
            <w:tcW w:w="2160" w:type="dxa"/>
            <w:shd w:val="clear" w:color="auto" w:fill="F9FBFD"/>
            <w:tcMar>
              <w:top w:w="70" w:type="dxa"/>
              <w:left w:w="100" w:type="dxa"/>
              <w:bottom w:w="70" w:type="dxa"/>
              <w:right w:w="100" w:type="dxa"/>
            </w:tcMar>
          </w:tcPr>
          <w:p w14:paraId="34C22EA0" w14:textId="77777777" w:rsidR="00AA3848" w:rsidRDefault="00407892">
            <w:pPr>
              <w:spacing w:before="40" w:after="40"/>
            </w:pPr>
            <w:r>
              <w:rPr>
                <w:color w:val="141414"/>
                <w:sz w:val="19"/>
              </w:rPr>
              <w:t>Dates Employed:</w:t>
            </w:r>
          </w:p>
        </w:tc>
        <w:tc>
          <w:tcPr>
            <w:tcW w:w="3600" w:type="dxa"/>
            <w:shd w:val="clear" w:color="auto" w:fill="F9FBFD"/>
            <w:tcMar>
              <w:top w:w="70" w:type="dxa"/>
              <w:left w:w="100" w:type="dxa"/>
              <w:bottom w:w="70" w:type="dxa"/>
              <w:right w:w="100" w:type="dxa"/>
            </w:tcMar>
          </w:tcPr>
          <w:p w14:paraId="18836F24" w14:textId="77777777" w:rsidR="00AA3848" w:rsidRDefault="00407892">
            <w:pPr>
              <w:spacing w:before="40" w:after="40"/>
            </w:pPr>
            <w:r>
              <w:rPr>
                <w:color w:val="141414"/>
                <w:sz w:val="19"/>
              </w:rPr>
              <w:t>From: [ MM/</w:t>
            </w:r>
            <w:proofErr w:type="spellStart"/>
            <w:proofErr w:type="gramStart"/>
            <w:r>
              <w:rPr>
                <w:color w:val="141414"/>
                <w:sz w:val="19"/>
              </w:rPr>
              <w:t>YYYY</w:t>
            </w:r>
            <w:proofErr w:type="spellEnd"/>
            <w:r>
              <w:rPr>
                <w:color w:val="141414"/>
                <w:sz w:val="19"/>
              </w:rPr>
              <w:t xml:space="preserve"> ]</w:t>
            </w:r>
            <w:proofErr w:type="gramEnd"/>
            <w:r>
              <w:rPr>
                <w:color w:val="141414"/>
                <w:sz w:val="19"/>
              </w:rPr>
              <w:t xml:space="preserve">  To: [ MM/</w:t>
            </w:r>
            <w:proofErr w:type="spellStart"/>
            <w:r>
              <w:rPr>
                <w:color w:val="141414"/>
                <w:sz w:val="19"/>
              </w:rPr>
              <w:t>YYYY</w:t>
            </w:r>
            <w:proofErr w:type="spellEnd"/>
            <w:r>
              <w:rPr>
                <w:color w:val="141414"/>
                <w:sz w:val="19"/>
              </w:rPr>
              <w:t xml:space="preserve"> ]</w:t>
            </w:r>
          </w:p>
        </w:tc>
        <w:tc>
          <w:tcPr>
            <w:tcW w:w="1728" w:type="dxa"/>
            <w:shd w:val="clear" w:color="auto" w:fill="F9FBFD"/>
            <w:tcMar>
              <w:top w:w="70" w:type="dxa"/>
              <w:left w:w="100" w:type="dxa"/>
              <w:bottom w:w="70" w:type="dxa"/>
              <w:right w:w="100" w:type="dxa"/>
            </w:tcMar>
          </w:tcPr>
          <w:p w14:paraId="054B88B4" w14:textId="77777777" w:rsidR="00AA3848" w:rsidRDefault="00407892">
            <w:pPr>
              <w:spacing w:before="40" w:after="40"/>
            </w:pPr>
            <w:r>
              <w:rPr>
                <w:color w:val="141414"/>
                <w:sz w:val="19"/>
              </w:rPr>
              <w:t>Job Title:</w:t>
            </w:r>
          </w:p>
        </w:tc>
        <w:tc>
          <w:tcPr>
            <w:tcW w:w="2592" w:type="dxa"/>
            <w:shd w:val="clear" w:color="auto" w:fill="F9FBFD"/>
            <w:tcMar>
              <w:top w:w="70" w:type="dxa"/>
              <w:left w:w="100" w:type="dxa"/>
              <w:bottom w:w="70" w:type="dxa"/>
              <w:right w:w="100" w:type="dxa"/>
            </w:tcMar>
          </w:tcPr>
          <w:p w14:paraId="3DC825F3" w14:textId="77777777" w:rsidR="00AA3848" w:rsidRDefault="00407892">
            <w:pPr>
              <w:spacing w:before="40" w:after="40"/>
            </w:pPr>
            <w:r>
              <w:rPr>
                <w:i/>
                <w:color w:val="6E6E6E"/>
                <w:sz w:val="19"/>
              </w:rPr>
              <w:t xml:space="preserve">[ Type Title / Work </w:t>
            </w:r>
            <w:proofErr w:type="gramStart"/>
            <w:r>
              <w:rPr>
                <w:i/>
                <w:color w:val="6E6E6E"/>
                <w:sz w:val="19"/>
              </w:rPr>
              <w:t>Done ]</w:t>
            </w:r>
            <w:proofErr w:type="gramEnd"/>
          </w:p>
        </w:tc>
      </w:tr>
      <w:tr w:rsidR="00AA3848" w14:paraId="23229525" w14:textId="77777777" w:rsidTr="00D42C93">
        <w:trPr>
          <w:jc w:val="center"/>
        </w:trPr>
        <w:tc>
          <w:tcPr>
            <w:tcW w:w="2160" w:type="dxa"/>
            <w:shd w:val="clear" w:color="auto" w:fill="FFFFFF"/>
            <w:tcMar>
              <w:top w:w="70" w:type="dxa"/>
              <w:left w:w="100" w:type="dxa"/>
              <w:bottom w:w="70" w:type="dxa"/>
              <w:right w:w="100" w:type="dxa"/>
            </w:tcMar>
          </w:tcPr>
          <w:p w14:paraId="2DAD2440" w14:textId="77777777" w:rsidR="00AA3848" w:rsidRDefault="00407892">
            <w:pPr>
              <w:spacing w:before="40" w:after="40"/>
            </w:pPr>
            <w:r>
              <w:rPr>
                <w:color w:val="141414"/>
                <w:sz w:val="19"/>
              </w:rPr>
              <w:t>Supervisor Name:</w:t>
            </w:r>
          </w:p>
        </w:tc>
        <w:tc>
          <w:tcPr>
            <w:tcW w:w="3600" w:type="dxa"/>
            <w:shd w:val="clear" w:color="auto" w:fill="FFFFFF"/>
            <w:tcMar>
              <w:top w:w="70" w:type="dxa"/>
              <w:left w:w="100" w:type="dxa"/>
              <w:bottom w:w="70" w:type="dxa"/>
              <w:right w:w="100" w:type="dxa"/>
            </w:tcMar>
          </w:tcPr>
          <w:p w14:paraId="6654822A" w14:textId="77777777" w:rsidR="00AA3848" w:rsidRDefault="00407892">
            <w:pPr>
              <w:spacing w:before="40" w:after="40"/>
            </w:pPr>
            <w:r>
              <w:rPr>
                <w:i/>
                <w:color w:val="6E6E6E"/>
                <w:sz w:val="19"/>
              </w:rPr>
              <w:t xml:space="preserve">[ Type Supervisor </w:t>
            </w:r>
            <w:proofErr w:type="gramStart"/>
            <w:r>
              <w:rPr>
                <w:i/>
                <w:color w:val="6E6E6E"/>
                <w:sz w:val="19"/>
              </w:rPr>
              <w:t>Name ]</w:t>
            </w:r>
            <w:proofErr w:type="gramEnd"/>
          </w:p>
        </w:tc>
        <w:tc>
          <w:tcPr>
            <w:tcW w:w="1728" w:type="dxa"/>
            <w:shd w:val="clear" w:color="auto" w:fill="FFFFFF"/>
            <w:tcMar>
              <w:top w:w="70" w:type="dxa"/>
              <w:left w:w="100" w:type="dxa"/>
              <w:bottom w:w="70" w:type="dxa"/>
              <w:right w:w="100" w:type="dxa"/>
            </w:tcMar>
          </w:tcPr>
          <w:p w14:paraId="53127A12" w14:textId="77777777" w:rsidR="00AA3848" w:rsidRDefault="00407892">
            <w:pPr>
              <w:spacing w:before="40" w:after="40"/>
            </w:pPr>
            <w:r>
              <w:rPr>
                <w:color w:val="141414"/>
                <w:sz w:val="19"/>
              </w:rPr>
              <w:t>Sup. Phone:</w:t>
            </w:r>
          </w:p>
        </w:tc>
        <w:tc>
          <w:tcPr>
            <w:tcW w:w="2592" w:type="dxa"/>
            <w:shd w:val="clear" w:color="auto" w:fill="FFFFFF"/>
            <w:tcMar>
              <w:top w:w="70" w:type="dxa"/>
              <w:left w:w="100" w:type="dxa"/>
              <w:bottom w:w="70" w:type="dxa"/>
              <w:right w:w="100" w:type="dxa"/>
            </w:tcMar>
          </w:tcPr>
          <w:p w14:paraId="06E1E533" w14:textId="77777777" w:rsidR="00AA3848" w:rsidRDefault="00407892">
            <w:pPr>
              <w:spacing w:before="40" w:after="40"/>
            </w:pPr>
            <w:r>
              <w:rPr>
                <w:i/>
                <w:color w:val="6E6E6E"/>
                <w:sz w:val="19"/>
              </w:rPr>
              <w:t xml:space="preserve">[ Type Supervisor </w:t>
            </w:r>
            <w:proofErr w:type="gramStart"/>
            <w:r>
              <w:rPr>
                <w:i/>
                <w:color w:val="6E6E6E"/>
                <w:sz w:val="19"/>
              </w:rPr>
              <w:t>Phone ]</w:t>
            </w:r>
            <w:proofErr w:type="gramEnd"/>
          </w:p>
        </w:tc>
      </w:tr>
      <w:tr w:rsidR="00D42C93" w14:paraId="731089DB" w14:textId="77777777" w:rsidTr="00D42C93">
        <w:trPr>
          <w:jc w:val="center"/>
        </w:trPr>
        <w:tc>
          <w:tcPr>
            <w:tcW w:w="2160" w:type="dxa"/>
            <w:shd w:val="clear" w:color="auto" w:fill="F9FBFD"/>
            <w:tcMar>
              <w:top w:w="70" w:type="dxa"/>
              <w:left w:w="100" w:type="dxa"/>
              <w:bottom w:w="70" w:type="dxa"/>
              <w:right w:w="100" w:type="dxa"/>
            </w:tcMar>
          </w:tcPr>
          <w:p w14:paraId="00C06817" w14:textId="77777777" w:rsidR="00D42C93" w:rsidRDefault="00D42C93">
            <w:pPr>
              <w:spacing w:before="40" w:after="40"/>
            </w:pPr>
            <w:r>
              <w:rPr>
                <w:color w:val="141414"/>
                <w:sz w:val="19"/>
              </w:rPr>
              <w:t>Reason for Leaving:</w:t>
            </w:r>
          </w:p>
        </w:tc>
        <w:tc>
          <w:tcPr>
            <w:tcW w:w="7920" w:type="dxa"/>
            <w:gridSpan w:val="3"/>
            <w:shd w:val="clear" w:color="auto" w:fill="F9FBFD"/>
            <w:tcMar>
              <w:top w:w="70" w:type="dxa"/>
              <w:left w:w="100" w:type="dxa"/>
              <w:bottom w:w="70" w:type="dxa"/>
              <w:right w:w="100" w:type="dxa"/>
            </w:tcMar>
          </w:tcPr>
          <w:p w14:paraId="1F0DE4D5" w14:textId="39FE8D7B" w:rsidR="00D42C93" w:rsidRDefault="00D42C93">
            <w:pPr>
              <w:spacing w:before="40" w:after="40"/>
            </w:pPr>
            <w:r>
              <w:rPr>
                <w:i/>
                <w:color w:val="6E6E6E"/>
                <w:sz w:val="19"/>
              </w:rPr>
              <w:t xml:space="preserve">[ Click / Type Detailed Reason for </w:t>
            </w:r>
            <w:proofErr w:type="gramStart"/>
            <w:r>
              <w:rPr>
                <w:i/>
                <w:color w:val="6E6E6E"/>
                <w:sz w:val="19"/>
              </w:rPr>
              <w:t>Leaving ]</w:t>
            </w:r>
            <w:proofErr w:type="gramEnd"/>
          </w:p>
        </w:tc>
      </w:tr>
    </w:tbl>
    <w:p w14:paraId="09606656" w14:textId="77777777" w:rsidR="00AA3848" w:rsidRDefault="00407892">
      <w:pPr>
        <w:keepNext/>
        <w:spacing w:before="200" w:after="80"/>
      </w:pPr>
      <w:r>
        <w:rPr>
          <w:b/>
          <w:color w:val="2F5496"/>
          <w:sz w:val="22"/>
        </w:rPr>
        <w:t>Employer #4</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2A6DD0BF" w14:textId="77777777" w:rsidTr="00D42C93">
        <w:trPr>
          <w:jc w:val="center"/>
        </w:trPr>
        <w:tc>
          <w:tcPr>
            <w:tcW w:w="2160" w:type="dxa"/>
            <w:shd w:val="clear" w:color="auto" w:fill="1B365D"/>
            <w:tcMar>
              <w:top w:w="70" w:type="dxa"/>
              <w:left w:w="100" w:type="dxa"/>
              <w:bottom w:w="70" w:type="dxa"/>
              <w:right w:w="100" w:type="dxa"/>
            </w:tcMar>
          </w:tcPr>
          <w:p w14:paraId="52429FFF" w14:textId="77777777" w:rsidR="00AA3848" w:rsidRDefault="00407892">
            <w:pPr>
              <w:spacing w:before="40" w:after="40"/>
            </w:pPr>
            <w:r>
              <w:rPr>
                <w:b/>
                <w:color w:val="FFFFFF"/>
                <w:sz w:val="19"/>
              </w:rPr>
              <w:t>Company Name:</w:t>
            </w:r>
          </w:p>
        </w:tc>
        <w:tc>
          <w:tcPr>
            <w:tcW w:w="3600" w:type="dxa"/>
            <w:shd w:val="clear" w:color="auto" w:fill="1B365D"/>
            <w:tcMar>
              <w:top w:w="70" w:type="dxa"/>
              <w:left w:w="100" w:type="dxa"/>
              <w:bottom w:w="70" w:type="dxa"/>
              <w:right w:w="100" w:type="dxa"/>
            </w:tcMar>
          </w:tcPr>
          <w:p w14:paraId="6100E0A9" w14:textId="77777777" w:rsidR="00AA3848" w:rsidRDefault="00407892">
            <w:pPr>
              <w:spacing w:before="40" w:after="40"/>
            </w:pPr>
            <w:r>
              <w:rPr>
                <w:b/>
                <w:color w:val="FFFFFF"/>
                <w:sz w:val="19"/>
              </w:rPr>
              <w:t xml:space="preserve">[ Type Company </w:t>
            </w:r>
            <w:proofErr w:type="gramStart"/>
            <w:r>
              <w:rPr>
                <w:b/>
                <w:color w:val="FFFFFF"/>
                <w:sz w:val="19"/>
              </w:rPr>
              <w:t>Name ]</w:t>
            </w:r>
            <w:proofErr w:type="gramEnd"/>
          </w:p>
        </w:tc>
        <w:tc>
          <w:tcPr>
            <w:tcW w:w="1728" w:type="dxa"/>
            <w:shd w:val="clear" w:color="auto" w:fill="1B365D"/>
            <w:tcMar>
              <w:top w:w="70" w:type="dxa"/>
              <w:left w:w="100" w:type="dxa"/>
              <w:bottom w:w="70" w:type="dxa"/>
              <w:right w:w="100" w:type="dxa"/>
            </w:tcMar>
          </w:tcPr>
          <w:p w14:paraId="79B7AA3A"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160A766C" w14:textId="77777777" w:rsidR="00AA3848" w:rsidRDefault="00407892">
            <w:pPr>
              <w:spacing w:before="40" w:after="40"/>
            </w:pPr>
            <w:r>
              <w:rPr>
                <w:b/>
                <w:color w:val="FFFFFF"/>
                <w:sz w:val="19"/>
              </w:rPr>
              <w:t xml:space="preserve">[ Type </w:t>
            </w:r>
            <w:proofErr w:type="gramStart"/>
            <w:r>
              <w:rPr>
                <w:b/>
                <w:color w:val="FFFFFF"/>
                <w:sz w:val="19"/>
              </w:rPr>
              <w:t>Phone ]</w:t>
            </w:r>
            <w:proofErr w:type="gramEnd"/>
          </w:p>
        </w:tc>
      </w:tr>
      <w:tr w:rsidR="00AA3848" w14:paraId="75ACF379" w14:textId="77777777" w:rsidTr="00D42C93">
        <w:trPr>
          <w:jc w:val="center"/>
        </w:trPr>
        <w:tc>
          <w:tcPr>
            <w:tcW w:w="2160" w:type="dxa"/>
            <w:shd w:val="clear" w:color="auto" w:fill="FFFFFF"/>
            <w:tcMar>
              <w:top w:w="70" w:type="dxa"/>
              <w:left w:w="100" w:type="dxa"/>
              <w:bottom w:w="70" w:type="dxa"/>
              <w:right w:w="100" w:type="dxa"/>
            </w:tcMar>
          </w:tcPr>
          <w:p w14:paraId="51EDFC1D" w14:textId="77777777" w:rsidR="00AA3848" w:rsidRDefault="00407892">
            <w:pPr>
              <w:spacing w:before="40" w:after="40"/>
            </w:pPr>
            <w:r>
              <w:rPr>
                <w:color w:val="141414"/>
                <w:sz w:val="19"/>
              </w:rPr>
              <w:t>Address:</w:t>
            </w:r>
          </w:p>
        </w:tc>
        <w:tc>
          <w:tcPr>
            <w:tcW w:w="3600" w:type="dxa"/>
            <w:shd w:val="clear" w:color="auto" w:fill="FFFFFF"/>
            <w:tcMar>
              <w:top w:w="70" w:type="dxa"/>
              <w:left w:w="100" w:type="dxa"/>
              <w:bottom w:w="70" w:type="dxa"/>
              <w:right w:w="100" w:type="dxa"/>
            </w:tcMar>
          </w:tcPr>
          <w:p w14:paraId="31EDBE60" w14:textId="77777777" w:rsidR="00AA3848" w:rsidRDefault="00407892">
            <w:pPr>
              <w:spacing w:before="40" w:after="40"/>
            </w:pPr>
            <w:r>
              <w:rPr>
                <w:i/>
                <w:color w:val="6E6E6E"/>
                <w:sz w:val="19"/>
              </w:rPr>
              <w:t xml:space="preserve">[ Type Address, City, State, </w:t>
            </w:r>
            <w:proofErr w:type="gramStart"/>
            <w:r>
              <w:rPr>
                <w:i/>
                <w:color w:val="6E6E6E"/>
                <w:sz w:val="19"/>
              </w:rPr>
              <w:t>Zip ]</w:t>
            </w:r>
            <w:proofErr w:type="gramEnd"/>
          </w:p>
        </w:tc>
        <w:tc>
          <w:tcPr>
            <w:tcW w:w="1728" w:type="dxa"/>
            <w:shd w:val="clear" w:color="auto" w:fill="FFFFFF"/>
            <w:tcMar>
              <w:top w:w="70" w:type="dxa"/>
              <w:left w:w="100" w:type="dxa"/>
              <w:bottom w:w="70" w:type="dxa"/>
              <w:right w:w="100" w:type="dxa"/>
            </w:tcMar>
          </w:tcPr>
          <w:p w14:paraId="08AD3A8D" w14:textId="77777777" w:rsidR="00AA3848" w:rsidRDefault="00407892">
            <w:pPr>
              <w:spacing w:before="40" w:after="40"/>
            </w:pPr>
            <w:r>
              <w:rPr>
                <w:color w:val="141414"/>
                <w:sz w:val="19"/>
              </w:rPr>
              <w:t>Status:</w:t>
            </w:r>
          </w:p>
        </w:tc>
        <w:tc>
          <w:tcPr>
            <w:tcW w:w="2592" w:type="dxa"/>
            <w:shd w:val="clear" w:color="auto" w:fill="FFFFFF"/>
            <w:tcMar>
              <w:top w:w="70" w:type="dxa"/>
              <w:left w:w="100" w:type="dxa"/>
              <w:bottom w:w="70" w:type="dxa"/>
              <w:right w:w="100" w:type="dxa"/>
            </w:tcMar>
          </w:tcPr>
          <w:p w14:paraId="78ABE63F" w14:textId="77777777" w:rsidR="00AA3848" w:rsidRDefault="00407892">
            <w:pPr>
              <w:spacing w:before="40" w:after="40"/>
            </w:pPr>
            <w:proofErr w:type="gramStart"/>
            <w:r>
              <w:rPr>
                <w:color w:val="141414"/>
                <w:sz w:val="19"/>
              </w:rPr>
              <w:t>[  ]</w:t>
            </w:r>
            <w:proofErr w:type="gramEnd"/>
            <w:r>
              <w:rPr>
                <w:color w:val="141414"/>
                <w:sz w:val="19"/>
              </w:rPr>
              <w:t xml:space="preserve"> Full-Time  [  ] Part-Time</w:t>
            </w:r>
          </w:p>
        </w:tc>
      </w:tr>
      <w:tr w:rsidR="00AA3848" w14:paraId="3FE28EBE" w14:textId="77777777" w:rsidTr="00D42C93">
        <w:trPr>
          <w:jc w:val="center"/>
        </w:trPr>
        <w:tc>
          <w:tcPr>
            <w:tcW w:w="2160" w:type="dxa"/>
            <w:shd w:val="clear" w:color="auto" w:fill="F9FBFD"/>
            <w:tcMar>
              <w:top w:w="70" w:type="dxa"/>
              <w:left w:w="100" w:type="dxa"/>
              <w:bottom w:w="70" w:type="dxa"/>
              <w:right w:w="100" w:type="dxa"/>
            </w:tcMar>
          </w:tcPr>
          <w:p w14:paraId="07055B14" w14:textId="77777777" w:rsidR="00AA3848" w:rsidRDefault="00407892">
            <w:pPr>
              <w:spacing w:before="40" w:after="40"/>
            </w:pPr>
            <w:r>
              <w:rPr>
                <w:color w:val="141414"/>
                <w:sz w:val="19"/>
              </w:rPr>
              <w:t>Dates Employed:</w:t>
            </w:r>
          </w:p>
        </w:tc>
        <w:tc>
          <w:tcPr>
            <w:tcW w:w="3600" w:type="dxa"/>
            <w:shd w:val="clear" w:color="auto" w:fill="F9FBFD"/>
            <w:tcMar>
              <w:top w:w="70" w:type="dxa"/>
              <w:left w:w="100" w:type="dxa"/>
              <w:bottom w:w="70" w:type="dxa"/>
              <w:right w:w="100" w:type="dxa"/>
            </w:tcMar>
          </w:tcPr>
          <w:p w14:paraId="7383B3F4" w14:textId="77777777" w:rsidR="00AA3848" w:rsidRDefault="00407892">
            <w:pPr>
              <w:spacing w:before="40" w:after="40"/>
            </w:pPr>
            <w:r>
              <w:rPr>
                <w:color w:val="141414"/>
                <w:sz w:val="19"/>
              </w:rPr>
              <w:t>From: [ MM/</w:t>
            </w:r>
            <w:proofErr w:type="spellStart"/>
            <w:proofErr w:type="gramStart"/>
            <w:r>
              <w:rPr>
                <w:color w:val="141414"/>
                <w:sz w:val="19"/>
              </w:rPr>
              <w:t>YYYY</w:t>
            </w:r>
            <w:proofErr w:type="spellEnd"/>
            <w:r>
              <w:rPr>
                <w:color w:val="141414"/>
                <w:sz w:val="19"/>
              </w:rPr>
              <w:t xml:space="preserve"> ]</w:t>
            </w:r>
            <w:proofErr w:type="gramEnd"/>
            <w:r>
              <w:rPr>
                <w:color w:val="141414"/>
                <w:sz w:val="19"/>
              </w:rPr>
              <w:t xml:space="preserve">  To: [ MM/</w:t>
            </w:r>
            <w:proofErr w:type="spellStart"/>
            <w:r>
              <w:rPr>
                <w:color w:val="141414"/>
                <w:sz w:val="19"/>
              </w:rPr>
              <w:t>YYYY</w:t>
            </w:r>
            <w:proofErr w:type="spellEnd"/>
            <w:r>
              <w:rPr>
                <w:color w:val="141414"/>
                <w:sz w:val="19"/>
              </w:rPr>
              <w:t xml:space="preserve"> ]</w:t>
            </w:r>
          </w:p>
        </w:tc>
        <w:tc>
          <w:tcPr>
            <w:tcW w:w="1728" w:type="dxa"/>
            <w:shd w:val="clear" w:color="auto" w:fill="F9FBFD"/>
            <w:tcMar>
              <w:top w:w="70" w:type="dxa"/>
              <w:left w:w="100" w:type="dxa"/>
              <w:bottom w:w="70" w:type="dxa"/>
              <w:right w:w="100" w:type="dxa"/>
            </w:tcMar>
          </w:tcPr>
          <w:p w14:paraId="1E9B7F7E" w14:textId="77777777" w:rsidR="00AA3848" w:rsidRDefault="00407892">
            <w:pPr>
              <w:spacing w:before="40" w:after="40"/>
            </w:pPr>
            <w:r>
              <w:rPr>
                <w:color w:val="141414"/>
                <w:sz w:val="19"/>
              </w:rPr>
              <w:t>Job Title:</w:t>
            </w:r>
          </w:p>
        </w:tc>
        <w:tc>
          <w:tcPr>
            <w:tcW w:w="2592" w:type="dxa"/>
            <w:shd w:val="clear" w:color="auto" w:fill="F9FBFD"/>
            <w:tcMar>
              <w:top w:w="70" w:type="dxa"/>
              <w:left w:w="100" w:type="dxa"/>
              <w:bottom w:w="70" w:type="dxa"/>
              <w:right w:w="100" w:type="dxa"/>
            </w:tcMar>
          </w:tcPr>
          <w:p w14:paraId="4E76D552" w14:textId="77777777" w:rsidR="00AA3848" w:rsidRDefault="00407892">
            <w:pPr>
              <w:spacing w:before="40" w:after="40"/>
            </w:pPr>
            <w:r>
              <w:rPr>
                <w:i/>
                <w:color w:val="6E6E6E"/>
                <w:sz w:val="19"/>
              </w:rPr>
              <w:t xml:space="preserve">[ Type Title / Work </w:t>
            </w:r>
            <w:proofErr w:type="gramStart"/>
            <w:r>
              <w:rPr>
                <w:i/>
                <w:color w:val="6E6E6E"/>
                <w:sz w:val="19"/>
              </w:rPr>
              <w:t>Done ]</w:t>
            </w:r>
            <w:proofErr w:type="gramEnd"/>
          </w:p>
        </w:tc>
      </w:tr>
      <w:tr w:rsidR="00AA3848" w14:paraId="0FD5224D" w14:textId="77777777" w:rsidTr="00D42C93">
        <w:trPr>
          <w:jc w:val="center"/>
        </w:trPr>
        <w:tc>
          <w:tcPr>
            <w:tcW w:w="2160" w:type="dxa"/>
            <w:shd w:val="clear" w:color="auto" w:fill="FFFFFF"/>
            <w:tcMar>
              <w:top w:w="70" w:type="dxa"/>
              <w:left w:w="100" w:type="dxa"/>
              <w:bottom w:w="70" w:type="dxa"/>
              <w:right w:w="100" w:type="dxa"/>
            </w:tcMar>
          </w:tcPr>
          <w:p w14:paraId="718AF4B3" w14:textId="77777777" w:rsidR="00AA3848" w:rsidRDefault="00407892">
            <w:pPr>
              <w:spacing w:before="40" w:after="40"/>
            </w:pPr>
            <w:r>
              <w:rPr>
                <w:color w:val="141414"/>
                <w:sz w:val="19"/>
              </w:rPr>
              <w:t>Supervisor Name:</w:t>
            </w:r>
          </w:p>
        </w:tc>
        <w:tc>
          <w:tcPr>
            <w:tcW w:w="3600" w:type="dxa"/>
            <w:shd w:val="clear" w:color="auto" w:fill="FFFFFF"/>
            <w:tcMar>
              <w:top w:w="70" w:type="dxa"/>
              <w:left w:w="100" w:type="dxa"/>
              <w:bottom w:w="70" w:type="dxa"/>
              <w:right w:w="100" w:type="dxa"/>
            </w:tcMar>
          </w:tcPr>
          <w:p w14:paraId="7ADA6385" w14:textId="77777777" w:rsidR="00AA3848" w:rsidRDefault="00407892">
            <w:pPr>
              <w:spacing w:before="40" w:after="40"/>
            </w:pPr>
            <w:r>
              <w:rPr>
                <w:i/>
                <w:color w:val="6E6E6E"/>
                <w:sz w:val="19"/>
              </w:rPr>
              <w:t xml:space="preserve">[ Type Supervisor </w:t>
            </w:r>
            <w:proofErr w:type="gramStart"/>
            <w:r>
              <w:rPr>
                <w:i/>
                <w:color w:val="6E6E6E"/>
                <w:sz w:val="19"/>
              </w:rPr>
              <w:t>Name ]</w:t>
            </w:r>
            <w:proofErr w:type="gramEnd"/>
          </w:p>
        </w:tc>
        <w:tc>
          <w:tcPr>
            <w:tcW w:w="1728" w:type="dxa"/>
            <w:shd w:val="clear" w:color="auto" w:fill="FFFFFF"/>
            <w:tcMar>
              <w:top w:w="70" w:type="dxa"/>
              <w:left w:w="100" w:type="dxa"/>
              <w:bottom w:w="70" w:type="dxa"/>
              <w:right w:w="100" w:type="dxa"/>
            </w:tcMar>
          </w:tcPr>
          <w:p w14:paraId="2728E61F" w14:textId="77777777" w:rsidR="00AA3848" w:rsidRDefault="00407892">
            <w:pPr>
              <w:spacing w:before="40" w:after="40"/>
            </w:pPr>
            <w:r>
              <w:rPr>
                <w:color w:val="141414"/>
                <w:sz w:val="19"/>
              </w:rPr>
              <w:t>Sup. Phone:</w:t>
            </w:r>
          </w:p>
        </w:tc>
        <w:tc>
          <w:tcPr>
            <w:tcW w:w="2592" w:type="dxa"/>
            <w:shd w:val="clear" w:color="auto" w:fill="FFFFFF"/>
            <w:tcMar>
              <w:top w:w="70" w:type="dxa"/>
              <w:left w:w="100" w:type="dxa"/>
              <w:bottom w:w="70" w:type="dxa"/>
              <w:right w:w="100" w:type="dxa"/>
            </w:tcMar>
          </w:tcPr>
          <w:p w14:paraId="6710F007" w14:textId="77777777" w:rsidR="00AA3848" w:rsidRDefault="00407892">
            <w:pPr>
              <w:spacing w:before="40" w:after="40"/>
            </w:pPr>
            <w:r>
              <w:rPr>
                <w:i/>
                <w:color w:val="6E6E6E"/>
                <w:sz w:val="19"/>
              </w:rPr>
              <w:t xml:space="preserve">[ Type Supervisor </w:t>
            </w:r>
            <w:proofErr w:type="gramStart"/>
            <w:r>
              <w:rPr>
                <w:i/>
                <w:color w:val="6E6E6E"/>
                <w:sz w:val="19"/>
              </w:rPr>
              <w:t>Phone ]</w:t>
            </w:r>
            <w:proofErr w:type="gramEnd"/>
          </w:p>
        </w:tc>
      </w:tr>
      <w:tr w:rsidR="00D42C93" w14:paraId="123133DC" w14:textId="77777777" w:rsidTr="00D42C93">
        <w:trPr>
          <w:jc w:val="center"/>
        </w:trPr>
        <w:tc>
          <w:tcPr>
            <w:tcW w:w="2160" w:type="dxa"/>
            <w:shd w:val="clear" w:color="auto" w:fill="F9FBFD"/>
            <w:tcMar>
              <w:top w:w="70" w:type="dxa"/>
              <w:left w:w="100" w:type="dxa"/>
              <w:bottom w:w="70" w:type="dxa"/>
              <w:right w:w="100" w:type="dxa"/>
            </w:tcMar>
          </w:tcPr>
          <w:p w14:paraId="7E918AB5" w14:textId="77777777" w:rsidR="00D42C93" w:rsidRDefault="00D42C93">
            <w:pPr>
              <w:spacing w:before="40" w:after="40"/>
            </w:pPr>
            <w:r>
              <w:rPr>
                <w:color w:val="141414"/>
                <w:sz w:val="19"/>
              </w:rPr>
              <w:t>Reason for Leaving:</w:t>
            </w:r>
          </w:p>
        </w:tc>
        <w:tc>
          <w:tcPr>
            <w:tcW w:w="7920" w:type="dxa"/>
            <w:gridSpan w:val="3"/>
            <w:shd w:val="clear" w:color="auto" w:fill="F9FBFD"/>
            <w:tcMar>
              <w:top w:w="70" w:type="dxa"/>
              <w:left w:w="100" w:type="dxa"/>
              <w:bottom w:w="70" w:type="dxa"/>
              <w:right w:w="100" w:type="dxa"/>
            </w:tcMar>
          </w:tcPr>
          <w:p w14:paraId="1472C661" w14:textId="161E9E43" w:rsidR="00D42C93" w:rsidRDefault="00D42C93">
            <w:pPr>
              <w:spacing w:before="40" w:after="40"/>
            </w:pPr>
            <w:r>
              <w:rPr>
                <w:i/>
                <w:color w:val="6E6E6E"/>
                <w:sz w:val="19"/>
              </w:rPr>
              <w:t xml:space="preserve">[ Click / Type Detailed Reason for </w:t>
            </w:r>
            <w:proofErr w:type="gramStart"/>
            <w:r>
              <w:rPr>
                <w:i/>
                <w:color w:val="6E6E6E"/>
                <w:sz w:val="19"/>
              </w:rPr>
              <w:t>Leaving ]</w:t>
            </w:r>
            <w:proofErr w:type="gramEnd"/>
          </w:p>
        </w:tc>
      </w:tr>
    </w:tbl>
    <w:p w14:paraId="049F3061" w14:textId="7F850247" w:rsidR="00AA3848" w:rsidRDefault="00AA3848">
      <w:pPr>
        <w:spacing w:after="120"/>
      </w:pPr>
    </w:p>
    <w:p w14:paraId="5AE4C217" w14:textId="07B0050B" w:rsidR="00D42C93" w:rsidRDefault="00D42C93" w:rsidP="00D42C93">
      <w:pPr>
        <w:keepNext/>
        <w:spacing w:before="280" w:after="120"/>
      </w:pPr>
      <w:r>
        <w:rPr>
          <w:b/>
          <w:color w:val="1B365D"/>
          <w:sz w:val="26"/>
        </w:rPr>
        <w:lastRenderedPageBreak/>
        <w:t>SECTION 5: EMPLOYMENT HISTORY (continued)</w:t>
      </w:r>
    </w:p>
    <w:p w14:paraId="4656A0A0" w14:textId="6B94199E" w:rsidR="00D42C93" w:rsidRDefault="00D42C93" w:rsidP="00D42C93">
      <w:pPr>
        <w:keepNext/>
        <w:spacing w:before="200" w:after="80"/>
      </w:pPr>
      <w:r>
        <w:rPr>
          <w:b/>
          <w:color w:val="2F5496"/>
          <w:sz w:val="22"/>
        </w:rPr>
        <w:t>Employer #5</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D42C93" w14:paraId="74D83A12" w14:textId="77777777" w:rsidTr="00A25CFD">
        <w:trPr>
          <w:jc w:val="center"/>
        </w:trPr>
        <w:tc>
          <w:tcPr>
            <w:tcW w:w="2160" w:type="dxa"/>
            <w:shd w:val="clear" w:color="auto" w:fill="1B365D"/>
            <w:tcMar>
              <w:top w:w="70" w:type="dxa"/>
              <w:left w:w="100" w:type="dxa"/>
              <w:bottom w:w="70" w:type="dxa"/>
              <w:right w:w="100" w:type="dxa"/>
            </w:tcMar>
          </w:tcPr>
          <w:p w14:paraId="045CF8FD" w14:textId="77777777" w:rsidR="00D42C93" w:rsidRDefault="00D42C93" w:rsidP="00A25CFD">
            <w:pPr>
              <w:spacing w:before="40" w:after="40"/>
            </w:pPr>
            <w:r>
              <w:rPr>
                <w:b/>
                <w:color w:val="FFFFFF"/>
                <w:sz w:val="19"/>
              </w:rPr>
              <w:t>Company Name:</w:t>
            </w:r>
          </w:p>
        </w:tc>
        <w:tc>
          <w:tcPr>
            <w:tcW w:w="3600" w:type="dxa"/>
            <w:shd w:val="clear" w:color="auto" w:fill="1B365D"/>
            <w:tcMar>
              <w:top w:w="70" w:type="dxa"/>
              <w:left w:w="100" w:type="dxa"/>
              <w:bottom w:w="70" w:type="dxa"/>
              <w:right w:w="100" w:type="dxa"/>
            </w:tcMar>
          </w:tcPr>
          <w:p w14:paraId="7DC8B3BC" w14:textId="77777777" w:rsidR="00D42C93" w:rsidRDefault="00D42C93" w:rsidP="00A25CFD">
            <w:pPr>
              <w:spacing w:before="40" w:after="40"/>
            </w:pPr>
            <w:r>
              <w:rPr>
                <w:b/>
                <w:color w:val="FFFFFF"/>
                <w:sz w:val="19"/>
              </w:rPr>
              <w:t xml:space="preserve">[ Type Company </w:t>
            </w:r>
            <w:proofErr w:type="gramStart"/>
            <w:r>
              <w:rPr>
                <w:b/>
                <w:color w:val="FFFFFF"/>
                <w:sz w:val="19"/>
              </w:rPr>
              <w:t>Name ]</w:t>
            </w:r>
            <w:proofErr w:type="gramEnd"/>
          </w:p>
        </w:tc>
        <w:tc>
          <w:tcPr>
            <w:tcW w:w="1728" w:type="dxa"/>
            <w:shd w:val="clear" w:color="auto" w:fill="1B365D"/>
            <w:tcMar>
              <w:top w:w="70" w:type="dxa"/>
              <w:left w:w="100" w:type="dxa"/>
              <w:bottom w:w="70" w:type="dxa"/>
              <w:right w:w="100" w:type="dxa"/>
            </w:tcMar>
          </w:tcPr>
          <w:p w14:paraId="17A42B7C" w14:textId="77777777" w:rsidR="00D42C93" w:rsidRDefault="00D42C93" w:rsidP="00A25CFD">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1024F503" w14:textId="77777777" w:rsidR="00D42C93" w:rsidRDefault="00D42C93" w:rsidP="00A25CFD">
            <w:pPr>
              <w:spacing w:before="40" w:after="40"/>
            </w:pPr>
            <w:r>
              <w:rPr>
                <w:b/>
                <w:color w:val="FFFFFF"/>
                <w:sz w:val="19"/>
              </w:rPr>
              <w:t xml:space="preserve">[ Type </w:t>
            </w:r>
            <w:proofErr w:type="gramStart"/>
            <w:r>
              <w:rPr>
                <w:b/>
                <w:color w:val="FFFFFF"/>
                <w:sz w:val="19"/>
              </w:rPr>
              <w:t>Phone ]</w:t>
            </w:r>
            <w:proofErr w:type="gramEnd"/>
          </w:p>
        </w:tc>
      </w:tr>
      <w:tr w:rsidR="00D42C93" w14:paraId="5A0BF056" w14:textId="77777777" w:rsidTr="00A25CFD">
        <w:trPr>
          <w:jc w:val="center"/>
        </w:trPr>
        <w:tc>
          <w:tcPr>
            <w:tcW w:w="2160" w:type="dxa"/>
            <w:shd w:val="clear" w:color="auto" w:fill="FFFFFF"/>
            <w:tcMar>
              <w:top w:w="70" w:type="dxa"/>
              <w:left w:w="100" w:type="dxa"/>
              <w:bottom w:w="70" w:type="dxa"/>
              <w:right w:w="100" w:type="dxa"/>
            </w:tcMar>
          </w:tcPr>
          <w:p w14:paraId="2638B768" w14:textId="77777777" w:rsidR="00D42C93" w:rsidRDefault="00D42C93" w:rsidP="00A25CFD">
            <w:pPr>
              <w:spacing w:before="40" w:after="40"/>
            </w:pPr>
            <w:r>
              <w:rPr>
                <w:color w:val="141414"/>
                <w:sz w:val="19"/>
              </w:rPr>
              <w:t>Address:</w:t>
            </w:r>
          </w:p>
        </w:tc>
        <w:tc>
          <w:tcPr>
            <w:tcW w:w="3600" w:type="dxa"/>
            <w:shd w:val="clear" w:color="auto" w:fill="FFFFFF"/>
            <w:tcMar>
              <w:top w:w="70" w:type="dxa"/>
              <w:left w:w="100" w:type="dxa"/>
              <w:bottom w:w="70" w:type="dxa"/>
              <w:right w:w="100" w:type="dxa"/>
            </w:tcMar>
          </w:tcPr>
          <w:p w14:paraId="68E0D5CA" w14:textId="77777777" w:rsidR="00D42C93" w:rsidRDefault="00D42C93" w:rsidP="00A25CFD">
            <w:pPr>
              <w:spacing w:before="40" w:after="40"/>
            </w:pPr>
            <w:r>
              <w:rPr>
                <w:i/>
                <w:color w:val="6E6E6E"/>
                <w:sz w:val="19"/>
              </w:rPr>
              <w:t xml:space="preserve">[ Type Address, City, State, </w:t>
            </w:r>
            <w:proofErr w:type="gramStart"/>
            <w:r>
              <w:rPr>
                <w:i/>
                <w:color w:val="6E6E6E"/>
                <w:sz w:val="19"/>
              </w:rPr>
              <w:t>Zip ]</w:t>
            </w:r>
            <w:proofErr w:type="gramEnd"/>
          </w:p>
        </w:tc>
        <w:tc>
          <w:tcPr>
            <w:tcW w:w="1728" w:type="dxa"/>
            <w:shd w:val="clear" w:color="auto" w:fill="FFFFFF"/>
            <w:tcMar>
              <w:top w:w="70" w:type="dxa"/>
              <w:left w:w="100" w:type="dxa"/>
              <w:bottom w:w="70" w:type="dxa"/>
              <w:right w:w="100" w:type="dxa"/>
            </w:tcMar>
          </w:tcPr>
          <w:p w14:paraId="14768B64" w14:textId="77777777" w:rsidR="00D42C93" w:rsidRDefault="00D42C93" w:rsidP="00A25CFD">
            <w:pPr>
              <w:spacing w:before="40" w:after="40"/>
            </w:pPr>
            <w:r>
              <w:rPr>
                <w:color w:val="141414"/>
                <w:sz w:val="19"/>
              </w:rPr>
              <w:t>Status:</w:t>
            </w:r>
          </w:p>
        </w:tc>
        <w:tc>
          <w:tcPr>
            <w:tcW w:w="2592" w:type="dxa"/>
            <w:shd w:val="clear" w:color="auto" w:fill="FFFFFF"/>
            <w:tcMar>
              <w:top w:w="70" w:type="dxa"/>
              <w:left w:w="100" w:type="dxa"/>
              <w:bottom w:w="70" w:type="dxa"/>
              <w:right w:w="100" w:type="dxa"/>
            </w:tcMar>
          </w:tcPr>
          <w:p w14:paraId="22CE291D" w14:textId="77777777" w:rsidR="00D42C93" w:rsidRDefault="00D42C93" w:rsidP="00A25CFD">
            <w:pPr>
              <w:spacing w:before="40" w:after="40"/>
            </w:pPr>
            <w:proofErr w:type="gramStart"/>
            <w:r>
              <w:rPr>
                <w:color w:val="141414"/>
                <w:sz w:val="19"/>
              </w:rPr>
              <w:t>[  ]</w:t>
            </w:r>
            <w:proofErr w:type="gramEnd"/>
            <w:r>
              <w:rPr>
                <w:color w:val="141414"/>
                <w:sz w:val="19"/>
              </w:rPr>
              <w:t xml:space="preserve"> Full-Time  [  ] Part-Time</w:t>
            </w:r>
          </w:p>
        </w:tc>
      </w:tr>
      <w:tr w:rsidR="00D42C93" w14:paraId="06D9EEA1" w14:textId="77777777" w:rsidTr="00A25CFD">
        <w:trPr>
          <w:jc w:val="center"/>
        </w:trPr>
        <w:tc>
          <w:tcPr>
            <w:tcW w:w="2160" w:type="dxa"/>
            <w:shd w:val="clear" w:color="auto" w:fill="F9FBFD"/>
            <w:tcMar>
              <w:top w:w="70" w:type="dxa"/>
              <w:left w:w="100" w:type="dxa"/>
              <w:bottom w:w="70" w:type="dxa"/>
              <w:right w:w="100" w:type="dxa"/>
            </w:tcMar>
          </w:tcPr>
          <w:p w14:paraId="170FF2EE" w14:textId="77777777" w:rsidR="00D42C93" w:rsidRDefault="00D42C93" w:rsidP="00A25CFD">
            <w:pPr>
              <w:spacing w:before="40" w:after="40"/>
            </w:pPr>
            <w:r>
              <w:rPr>
                <w:color w:val="141414"/>
                <w:sz w:val="19"/>
              </w:rPr>
              <w:t>Dates Employed:</w:t>
            </w:r>
          </w:p>
        </w:tc>
        <w:tc>
          <w:tcPr>
            <w:tcW w:w="3600" w:type="dxa"/>
            <w:shd w:val="clear" w:color="auto" w:fill="F9FBFD"/>
            <w:tcMar>
              <w:top w:w="70" w:type="dxa"/>
              <w:left w:w="100" w:type="dxa"/>
              <w:bottom w:w="70" w:type="dxa"/>
              <w:right w:w="100" w:type="dxa"/>
            </w:tcMar>
          </w:tcPr>
          <w:p w14:paraId="59E74636" w14:textId="77777777" w:rsidR="00D42C93" w:rsidRDefault="00D42C93" w:rsidP="00A25CFD">
            <w:pPr>
              <w:spacing w:before="40" w:after="40"/>
            </w:pPr>
            <w:r>
              <w:rPr>
                <w:color w:val="141414"/>
                <w:sz w:val="19"/>
              </w:rPr>
              <w:t>From: [ MM/</w:t>
            </w:r>
            <w:proofErr w:type="spellStart"/>
            <w:proofErr w:type="gramStart"/>
            <w:r>
              <w:rPr>
                <w:color w:val="141414"/>
                <w:sz w:val="19"/>
              </w:rPr>
              <w:t>YYYY</w:t>
            </w:r>
            <w:proofErr w:type="spellEnd"/>
            <w:r>
              <w:rPr>
                <w:color w:val="141414"/>
                <w:sz w:val="19"/>
              </w:rPr>
              <w:t xml:space="preserve"> ]</w:t>
            </w:r>
            <w:proofErr w:type="gramEnd"/>
            <w:r>
              <w:rPr>
                <w:color w:val="141414"/>
                <w:sz w:val="19"/>
              </w:rPr>
              <w:t xml:space="preserve">  To: [ MM/</w:t>
            </w:r>
            <w:proofErr w:type="spellStart"/>
            <w:r>
              <w:rPr>
                <w:color w:val="141414"/>
                <w:sz w:val="19"/>
              </w:rPr>
              <w:t>YYYY</w:t>
            </w:r>
            <w:proofErr w:type="spellEnd"/>
            <w:r>
              <w:rPr>
                <w:color w:val="141414"/>
                <w:sz w:val="19"/>
              </w:rPr>
              <w:t xml:space="preserve"> ]</w:t>
            </w:r>
          </w:p>
        </w:tc>
        <w:tc>
          <w:tcPr>
            <w:tcW w:w="1728" w:type="dxa"/>
            <w:shd w:val="clear" w:color="auto" w:fill="F9FBFD"/>
            <w:tcMar>
              <w:top w:w="70" w:type="dxa"/>
              <w:left w:w="100" w:type="dxa"/>
              <w:bottom w:w="70" w:type="dxa"/>
              <w:right w:w="100" w:type="dxa"/>
            </w:tcMar>
          </w:tcPr>
          <w:p w14:paraId="187D76D6" w14:textId="77777777" w:rsidR="00D42C93" w:rsidRDefault="00D42C93" w:rsidP="00A25CFD">
            <w:pPr>
              <w:spacing w:before="40" w:after="40"/>
            </w:pPr>
            <w:r>
              <w:rPr>
                <w:color w:val="141414"/>
                <w:sz w:val="19"/>
              </w:rPr>
              <w:t>Job Title:</w:t>
            </w:r>
          </w:p>
        </w:tc>
        <w:tc>
          <w:tcPr>
            <w:tcW w:w="2592" w:type="dxa"/>
            <w:shd w:val="clear" w:color="auto" w:fill="F9FBFD"/>
            <w:tcMar>
              <w:top w:w="70" w:type="dxa"/>
              <w:left w:w="100" w:type="dxa"/>
              <w:bottom w:w="70" w:type="dxa"/>
              <w:right w:w="100" w:type="dxa"/>
            </w:tcMar>
          </w:tcPr>
          <w:p w14:paraId="2044B4D4" w14:textId="77777777" w:rsidR="00D42C93" w:rsidRDefault="00D42C93" w:rsidP="00A25CFD">
            <w:pPr>
              <w:spacing w:before="40" w:after="40"/>
            </w:pPr>
            <w:r>
              <w:rPr>
                <w:i/>
                <w:color w:val="6E6E6E"/>
                <w:sz w:val="19"/>
              </w:rPr>
              <w:t xml:space="preserve">[ Type Title / Work </w:t>
            </w:r>
            <w:proofErr w:type="gramStart"/>
            <w:r>
              <w:rPr>
                <w:i/>
                <w:color w:val="6E6E6E"/>
                <w:sz w:val="19"/>
              </w:rPr>
              <w:t>Done ]</w:t>
            </w:r>
            <w:proofErr w:type="gramEnd"/>
          </w:p>
        </w:tc>
      </w:tr>
      <w:tr w:rsidR="00D42C93" w14:paraId="6D8F470D" w14:textId="77777777" w:rsidTr="00A25CFD">
        <w:trPr>
          <w:jc w:val="center"/>
        </w:trPr>
        <w:tc>
          <w:tcPr>
            <w:tcW w:w="2160" w:type="dxa"/>
            <w:shd w:val="clear" w:color="auto" w:fill="FFFFFF"/>
            <w:tcMar>
              <w:top w:w="70" w:type="dxa"/>
              <w:left w:w="100" w:type="dxa"/>
              <w:bottom w:w="70" w:type="dxa"/>
              <w:right w:w="100" w:type="dxa"/>
            </w:tcMar>
          </w:tcPr>
          <w:p w14:paraId="71A44025" w14:textId="77777777" w:rsidR="00D42C93" w:rsidRDefault="00D42C93" w:rsidP="00A25CFD">
            <w:pPr>
              <w:spacing w:before="40" w:after="40"/>
            </w:pPr>
            <w:r>
              <w:rPr>
                <w:color w:val="141414"/>
                <w:sz w:val="19"/>
              </w:rPr>
              <w:t>Supervisor Name:</w:t>
            </w:r>
          </w:p>
        </w:tc>
        <w:tc>
          <w:tcPr>
            <w:tcW w:w="3600" w:type="dxa"/>
            <w:shd w:val="clear" w:color="auto" w:fill="FFFFFF"/>
            <w:tcMar>
              <w:top w:w="70" w:type="dxa"/>
              <w:left w:w="100" w:type="dxa"/>
              <w:bottom w:w="70" w:type="dxa"/>
              <w:right w:w="100" w:type="dxa"/>
            </w:tcMar>
          </w:tcPr>
          <w:p w14:paraId="453DCB58" w14:textId="77777777" w:rsidR="00D42C93" w:rsidRDefault="00D42C93" w:rsidP="00A25CFD">
            <w:pPr>
              <w:spacing w:before="40" w:after="40"/>
            </w:pPr>
            <w:r>
              <w:rPr>
                <w:i/>
                <w:color w:val="6E6E6E"/>
                <w:sz w:val="19"/>
              </w:rPr>
              <w:t xml:space="preserve">[ Type Supervisor </w:t>
            </w:r>
            <w:proofErr w:type="gramStart"/>
            <w:r>
              <w:rPr>
                <w:i/>
                <w:color w:val="6E6E6E"/>
                <w:sz w:val="19"/>
              </w:rPr>
              <w:t>Name ]</w:t>
            </w:r>
            <w:proofErr w:type="gramEnd"/>
          </w:p>
        </w:tc>
        <w:tc>
          <w:tcPr>
            <w:tcW w:w="1728" w:type="dxa"/>
            <w:shd w:val="clear" w:color="auto" w:fill="FFFFFF"/>
            <w:tcMar>
              <w:top w:w="70" w:type="dxa"/>
              <w:left w:w="100" w:type="dxa"/>
              <w:bottom w:w="70" w:type="dxa"/>
              <w:right w:w="100" w:type="dxa"/>
            </w:tcMar>
          </w:tcPr>
          <w:p w14:paraId="6EAECB34" w14:textId="77777777" w:rsidR="00D42C93" w:rsidRDefault="00D42C93" w:rsidP="00A25CFD">
            <w:pPr>
              <w:spacing w:before="40" w:after="40"/>
            </w:pPr>
            <w:r>
              <w:rPr>
                <w:color w:val="141414"/>
                <w:sz w:val="19"/>
              </w:rPr>
              <w:t>Sup. Phone:</w:t>
            </w:r>
          </w:p>
        </w:tc>
        <w:tc>
          <w:tcPr>
            <w:tcW w:w="2592" w:type="dxa"/>
            <w:shd w:val="clear" w:color="auto" w:fill="FFFFFF"/>
            <w:tcMar>
              <w:top w:w="70" w:type="dxa"/>
              <w:left w:w="100" w:type="dxa"/>
              <w:bottom w:w="70" w:type="dxa"/>
              <w:right w:w="100" w:type="dxa"/>
            </w:tcMar>
          </w:tcPr>
          <w:p w14:paraId="42B67ABC" w14:textId="77777777" w:rsidR="00D42C93" w:rsidRDefault="00D42C93" w:rsidP="00A25CFD">
            <w:pPr>
              <w:spacing w:before="40" w:after="40"/>
            </w:pPr>
            <w:r>
              <w:rPr>
                <w:i/>
                <w:color w:val="6E6E6E"/>
                <w:sz w:val="19"/>
              </w:rPr>
              <w:t xml:space="preserve">[ Type Supervisor </w:t>
            </w:r>
            <w:proofErr w:type="gramStart"/>
            <w:r>
              <w:rPr>
                <w:i/>
                <w:color w:val="6E6E6E"/>
                <w:sz w:val="19"/>
              </w:rPr>
              <w:t>Phone ]</w:t>
            </w:r>
            <w:proofErr w:type="gramEnd"/>
          </w:p>
        </w:tc>
      </w:tr>
      <w:tr w:rsidR="00D42C93" w14:paraId="4FBC9DCB" w14:textId="77777777" w:rsidTr="00A25CFD">
        <w:trPr>
          <w:jc w:val="center"/>
        </w:trPr>
        <w:tc>
          <w:tcPr>
            <w:tcW w:w="2160" w:type="dxa"/>
            <w:shd w:val="clear" w:color="auto" w:fill="F9FBFD"/>
            <w:tcMar>
              <w:top w:w="70" w:type="dxa"/>
              <w:left w:w="100" w:type="dxa"/>
              <w:bottom w:w="70" w:type="dxa"/>
              <w:right w:w="100" w:type="dxa"/>
            </w:tcMar>
          </w:tcPr>
          <w:p w14:paraId="2CA5A5E0" w14:textId="77777777" w:rsidR="00D42C93" w:rsidRDefault="00D42C93" w:rsidP="00A25CFD">
            <w:pPr>
              <w:spacing w:before="40" w:after="40"/>
            </w:pPr>
            <w:r>
              <w:rPr>
                <w:color w:val="141414"/>
                <w:sz w:val="19"/>
              </w:rPr>
              <w:t>Reason for Leaving:</w:t>
            </w:r>
          </w:p>
        </w:tc>
        <w:tc>
          <w:tcPr>
            <w:tcW w:w="7920" w:type="dxa"/>
            <w:gridSpan w:val="3"/>
            <w:shd w:val="clear" w:color="auto" w:fill="F9FBFD"/>
            <w:tcMar>
              <w:top w:w="70" w:type="dxa"/>
              <w:left w:w="100" w:type="dxa"/>
              <w:bottom w:w="70" w:type="dxa"/>
              <w:right w:w="100" w:type="dxa"/>
            </w:tcMar>
          </w:tcPr>
          <w:p w14:paraId="69D9486E" w14:textId="77777777" w:rsidR="00D42C93" w:rsidRDefault="00D42C93" w:rsidP="00A25CFD">
            <w:pPr>
              <w:spacing w:before="40" w:after="40"/>
            </w:pPr>
            <w:r>
              <w:rPr>
                <w:i/>
                <w:color w:val="6E6E6E"/>
                <w:sz w:val="19"/>
              </w:rPr>
              <w:t xml:space="preserve">[ Click / Type Detailed Reason for </w:t>
            </w:r>
            <w:proofErr w:type="gramStart"/>
            <w:r>
              <w:rPr>
                <w:i/>
                <w:color w:val="6E6E6E"/>
                <w:sz w:val="19"/>
              </w:rPr>
              <w:t>Leaving ]</w:t>
            </w:r>
            <w:proofErr w:type="gramEnd"/>
          </w:p>
        </w:tc>
      </w:tr>
    </w:tbl>
    <w:p w14:paraId="11FE5BED" w14:textId="325679AD" w:rsidR="00D42C93" w:rsidRDefault="00D42C93" w:rsidP="00D42C93">
      <w:pPr>
        <w:keepNext/>
        <w:spacing w:before="200" w:after="80"/>
      </w:pPr>
      <w:r>
        <w:rPr>
          <w:b/>
          <w:color w:val="2F5496"/>
          <w:sz w:val="22"/>
        </w:rPr>
        <w:t>Employer #6</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D42C93" w14:paraId="1E952309" w14:textId="77777777" w:rsidTr="00A25CFD">
        <w:trPr>
          <w:jc w:val="center"/>
        </w:trPr>
        <w:tc>
          <w:tcPr>
            <w:tcW w:w="2160" w:type="dxa"/>
            <w:shd w:val="clear" w:color="auto" w:fill="1B365D"/>
            <w:tcMar>
              <w:top w:w="70" w:type="dxa"/>
              <w:left w:w="100" w:type="dxa"/>
              <w:bottom w:w="70" w:type="dxa"/>
              <w:right w:w="100" w:type="dxa"/>
            </w:tcMar>
          </w:tcPr>
          <w:p w14:paraId="66194B24" w14:textId="77777777" w:rsidR="00D42C93" w:rsidRDefault="00D42C93" w:rsidP="00A25CFD">
            <w:pPr>
              <w:spacing w:before="40" w:after="40"/>
            </w:pPr>
            <w:r>
              <w:rPr>
                <w:b/>
                <w:color w:val="FFFFFF"/>
                <w:sz w:val="19"/>
              </w:rPr>
              <w:t>Company Name:</w:t>
            </w:r>
          </w:p>
        </w:tc>
        <w:tc>
          <w:tcPr>
            <w:tcW w:w="3600" w:type="dxa"/>
            <w:shd w:val="clear" w:color="auto" w:fill="1B365D"/>
            <w:tcMar>
              <w:top w:w="70" w:type="dxa"/>
              <w:left w:w="100" w:type="dxa"/>
              <w:bottom w:w="70" w:type="dxa"/>
              <w:right w:w="100" w:type="dxa"/>
            </w:tcMar>
          </w:tcPr>
          <w:p w14:paraId="73649F2F" w14:textId="77777777" w:rsidR="00D42C93" w:rsidRDefault="00D42C93" w:rsidP="00A25CFD">
            <w:pPr>
              <w:spacing w:before="40" w:after="40"/>
            </w:pPr>
            <w:r>
              <w:rPr>
                <w:b/>
                <w:color w:val="FFFFFF"/>
                <w:sz w:val="19"/>
              </w:rPr>
              <w:t xml:space="preserve">[ Type Company </w:t>
            </w:r>
            <w:proofErr w:type="gramStart"/>
            <w:r>
              <w:rPr>
                <w:b/>
                <w:color w:val="FFFFFF"/>
                <w:sz w:val="19"/>
              </w:rPr>
              <w:t>Name ]</w:t>
            </w:r>
            <w:proofErr w:type="gramEnd"/>
          </w:p>
        </w:tc>
        <w:tc>
          <w:tcPr>
            <w:tcW w:w="1728" w:type="dxa"/>
            <w:shd w:val="clear" w:color="auto" w:fill="1B365D"/>
            <w:tcMar>
              <w:top w:w="70" w:type="dxa"/>
              <w:left w:w="100" w:type="dxa"/>
              <w:bottom w:w="70" w:type="dxa"/>
              <w:right w:w="100" w:type="dxa"/>
            </w:tcMar>
          </w:tcPr>
          <w:p w14:paraId="763BB89F" w14:textId="77777777" w:rsidR="00D42C93" w:rsidRDefault="00D42C93" w:rsidP="00A25CFD">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6C2690FD" w14:textId="77777777" w:rsidR="00D42C93" w:rsidRDefault="00D42C93" w:rsidP="00A25CFD">
            <w:pPr>
              <w:spacing w:before="40" w:after="40"/>
            </w:pPr>
            <w:r>
              <w:rPr>
                <w:b/>
                <w:color w:val="FFFFFF"/>
                <w:sz w:val="19"/>
              </w:rPr>
              <w:t xml:space="preserve">[ Type </w:t>
            </w:r>
            <w:proofErr w:type="gramStart"/>
            <w:r>
              <w:rPr>
                <w:b/>
                <w:color w:val="FFFFFF"/>
                <w:sz w:val="19"/>
              </w:rPr>
              <w:t>Phone ]</w:t>
            </w:r>
            <w:proofErr w:type="gramEnd"/>
          </w:p>
        </w:tc>
      </w:tr>
      <w:tr w:rsidR="00D42C93" w14:paraId="0C7E660A" w14:textId="77777777" w:rsidTr="00A25CFD">
        <w:trPr>
          <w:jc w:val="center"/>
        </w:trPr>
        <w:tc>
          <w:tcPr>
            <w:tcW w:w="2160" w:type="dxa"/>
            <w:shd w:val="clear" w:color="auto" w:fill="FFFFFF"/>
            <w:tcMar>
              <w:top w:w="70" w:type="dxa"/>
              <w:left w:w="100" w:type="dxa"/>
              <w:bottom w:w="70" w:type="dxa"/>
              <w:right w:w="100" w:type="dxa"/>
            </w:tcMar>
          </w:tcPr>
          <w:p w14:paraId="5A6DE41D" w14:textId="77777777" w:rsidR="00D42C93" w:rsidRDefault="00D42C93" w:rsidP="00A25CFD">
            <w:pPr>
              <w:spacing w:before="40" w:after="40"/>
            </w:pPr>
            <w:r>
              <w:rPr>
                <w:color w:val="141414"/>
                <w:sz w:val="19"/>
              </w:rPr>
              <w:t>Address:</w:t>
            </w:r>
          </w:p>
        </w:tc>
        <w:tc>
          <w:tcPr>
            <w:tcW w:w="3600" w:type="dxa"/>
            <w:shd w:val="clear" w:color="auto" w:fill="FFFFFF"/>
            <w:tcMar>
              <w:top w:w="70" w:type="dxa"/>
              <w:left w:w="100" w:type="dxa"/>
              <w:bottom w:w="70" w:type="dxa"/>
              <w:right w:w="100" w:type="dxa"/>
            </w:tcMar>
          </w:tcPr>
          <w:p w14:paraId="44D51031" w14:textId="77777777" w:rsidR="00D42C93" w:rsidRDefault="00D42C93" w:rsidP="00A25CFD">
            <w:pPr>
              <w:spacing w:before="40" w:after="40"/>
            </w:pPr>
            <w:r>
              <w:rPr>
                <w:i/>
                <w:color w:val="6E6E6E"/>
                <w:sz w:val="19"/>
              </w:rPr>
              <w:t xml:space="preserve">[ Type Address, City, State, </w:t>
            </w:r>
            <w:proofErr w:type="gramStart"/>
            <w:r>
              <w:rPr>
                <w:i/>
                <w:color w:val="6E6E6E"/>
                <w:sz w:val="19"/>
              </w:rPr>
              <w:t>Zip ]</w:t>
            </w:r>
            <w:proofErr w:type="gramEnd"/>
          </w:p>
        </w:tc>
        <w:tc>
          <w:tcPr>
            <w:tcW w:w="1728" w:type="dxa"/>
            <w:shd w:val="clear" w:color="auto" w:fill="FFFFFF"/>
            <w:tcMar>
              <w:top w:w="70" w:type="dxa"/>
              <w:left w:w="100" w:type="dxa"/>
              <w:bottom w:w="70" w:type="dxa"/>
              <w:right w:w="100" w:type="dxa"/>
            </w:tcMar>
          </w:tcPr>
          <w:p w14:paraId="3CDAF19B" w14:textId="77777777" w:rsidR="00D42C93" w:rsidRDefault="00D42C93" w:rsidP="00A25CFD">
            <w:pPr>
              <w:spacing w:before="40" w:after="40"/>
            </w:pPr>
            <w:r>
              <w:rPr>
                <w:color w:val="141414"/>
                <w:sz w:val="19"/>
              </w:rPr>
              <w:t>Status:</w:t>
            </w:r>
          </w:p>
        </w:tc>
        <w:tc>
          <w:tcPr>
            <w:tcW w:w="2592" w:type="dxa"/>
            <w:shd w:val="clear" w:color="auto" w:fill="FFFFFF"/>
            <w:tcMar>
              <w:top w:w="70" w:type="dxa"/>
              <w:left w:w="100" w:type="dxa"/>
              <w:bottom w:w="70" w:type="dxa"/>
              <w:right w:w="100" w:type="dxa"/>
            </w:tcMar>
          </w:tcPr>
          <w:p w14:paraId="36739DED" w14:textId="77777777" w:rsidR="00D42C93" w:rsidRDefault="00D42C93" w:rsidP="00A25CFD">
            <w:pPr>
              <w:spacing w:before="40" w:after="40"/>
            </w:pPr>
            <w:proofErr w:type="gramStart"/>
            <w:r>
              <w:rPr>
                <w:color w:val="141414"/>
                <w:sz w:val="19"/>
              </w:rPr>
              <w:t>[  ]</w:t>
            </w:r>
            <w:proofErr w:type="gramEnd"/>
            <w:r>
              <w:rPr>
                <w:color w:val="141414"/>
                <w:sz w:val="19"/>
              </w:rPr>
              <w:t xml:space="preserve"> Full-Time  [  ] Part-Time</w:t>
            </w:r>
          </w:p>
        </w:tc>
      </w:tr>
      <w:tr w:rsidR="00D42C93" w14:paraId="444E5E51" w14:textId="77777777" w:rsidTr="00A25CFD">
        <w:trPr>
          <w:jc w:val="center"/>
        </w:trPr>
        <w:tc>
          <w:tcPr>
            <w:tcW w:w="2160" w:type="dxa"/>
            <w:shd w:val="clear" w:color="auto" w:fill="F9FBFD"/>
            <w:tcMar>
              <w:top w:w="70" w:type="dxa"/>
              <w:left w:w="100" w:type="dxa"/>
              <w:bottom w:w="70" w:type="dxa"/>
              <w:right w:w="100" w:type="dxa"/>
            </w:tcMar>
          </w:tcPr>
          <w:p w14:paraId="681D5869" w14:textId="77777777" w:rsidR="00D42C93" w:rsidRDefault="00D42C93" w:rsidP="00A25CFD">
            <w:pPr>
              <w:spacing w:before="40" w:after="40"/>
            </w:pPr>
            <w:r>
              <w:rPr>
                <w:color w:val="141414"/>
                <w:sz w:val="19"/>
              </w:rPr>
              <w:t>Dates Employed:</w:t>
            </w:r>
          </w:p>
        </w:tc>
        <w:tc>
          <w:tcPr>
            <w:tcW w:w="3600" w:type="dxa"/>
            <w:shd w:val="clear" w:color="auto" w:fill="F9FBFD"/>
            <w:tcMar>
              <w:top w:w="70" w:type="dxa"/>
              <w:left w:w="100" w:type="dxa"/>
              <w:bottom w:w="70" w:type="dxa"/>
              <w:right w:w="100" w:type="dxa"/>
            </w:tcMar>
          </w:tcPr>
          <w:p w14:paraId="48D598A0" w14:textId="77777777" w:rsidR="00D42C93" w:rsidRDefault="00D42C93" w:rsidP="00A25CFD">
            <w:pPr>
              <w:spacing w:before="40" w:after="40"/>
            </w:pPr>
            <w:r>
              <w:rPr>
                <w:color w:val="141414"/>
                <w:sz w:val="19"/>
              </w:rPr>
              <w:t>From: [ MM/</w:t>
            </w:r>
            <w:proofErr w:type="spellStart"/>
            <w:proofErr w:type="gramStart"/>
            <w:r>
              <w:rPr>
                <w:color w:val="141414"/>
                <w:sz w:val="19"/>
              </w:rPr>
              <w:t>YYYY</w:t>
            </w:r>
            <w:proofErr w:type="spellEnd"/>
            <w:r>
              <w:rPr>
                <w:color w:val="141414"/>
                <w:sz w:val="19"/>
              </w:rPr>
              <w:t xml:space="preserve"> ]</w:t>
            </w:r>
            <w:proofErr w:type="gramEnd"/>
            <w:r>
              <w:rPr>
                <w:color w:val="141414"/>
                <w:sz w:val="19"/>
              </w:rPr>
              <w:t xml:space="preserve">  To: [ MM/</w:t>
            </w:r>
            <w:proofErr w:type="spellStart"/>
            <w:r>
              <w:rPr>
                <w:color w:val="141414"/>
                <w:sz w:val="19"/>
              </w:rPr>
              <w:t>YYYY</w:t>
            </w:r>
            <w:proofErr w:type="spellEnd"/>
            <w:r>
              <w:rPr>
                <w:color w:val="141414"/>
                <w:sz w:val="19"/>
              </w:rPr>
              <w:t xml:space="preserve"> ]</w:t>
            </w:r>
          </w:p>
        </w:tc>
        <w:tc>
          <w:tcPr>
            <w:tcW w:w="1728" w:type="dxa"/>
            <w:shd w:val="clear" w:color="auto" w:fill="F9FBFD"/>
            <w:tcMar>
              <w:top w:w="70" w:type="dxa"/>
              <w:left w:w="100" w:type="dxa"/>
              <w:bottom w:w="70" w:type="dxa"/>
              <w:right w:w="100" w:type="dxa"/>
            </w:tcMar>
          </w:tcPr>
          <w:p w14:paraId="454CFBDB" w14:textId="77777777" w:rsidR="00D42C93" w:rsidRDefault="00D42C93" w:rsidP="00A25CFD">
            <w:pPr>
              <w:spacing w:before="40" w:after="40"/>
            </w:pPr>
            <w:r>
              <w:rPr>
                <w:color w:val="141414"/>
                <w:sz w:val="19"/>
              </w:rPr>
              <w:t>Job Title:</w:t>
            </w:r>
          </w:p>
        </w:tc>
        <w:tc>
          <w:tcPr>
            <w:tcW w:w="2592" w:type="dxa"/>
            <w:shd w:val="clear" w:color="auto" w:fill="F9FBFD"/>
            <w:tcMar>
              <w:top w:w="70" w:type="dxa"/>
              <w:left w:w="100" w:type="dxa"/>
              <w:bottom w:w="70" w:type="dxa"/>
              <w:right w:w="100" w:type="dxa"/>
            </w:tcMar>
          </w:tcPr>
          <w:p w14:paraId="3566D035" w14:textId="77777777" w:rsidR="00D42C93" w:rsidRDefault="00D42C93" w:rsidP="00A25CFD">
            <w:pPr>
              <w:spacing w:before="40" w:after="40"/>
            </w:pPr>
            <w:r>
              <w:rPr>
                <w:i/>
                <w:color w:val="6E6E6E"/>
                <w:sz w:val="19"/>
              </w:rPr>
              <w:t xml:space="preserve">[ Type Title / Work </w:t>
            </w:r>
            <w:proofErr w:type="gramStart"/>
            <w:r>
              <w:rPr>
                <w:i/>
                <w:color w:val="6E6E6E"/>
                <w:sz w:val="19"/>
              </w:rPr>
              <w:t>Done ]</w:t>
            </w:r>
            <w:proofErr w:type="gramEnd"/>
          </w:p>
        </w:tc>
      </w:tr>
      <w:tr w:rsidR="00D42C93" w14:paraId="50492733" w14:textId="77777777" w:rsidTr="00A25CFD">
        <w:trPr>
          <w:jc w:val="center"/>
        </w:trPr>
        <w:tc>
          <w:tcPr>
            <w:tcW w:w="2160" w:type="dxa"/>
            <w:shd w:val="clear" w:color="auto" w:fill="FFFFFF"/>
            <w:tcMar>
              <w:top w:w="70" w:type="dxa"/>
              <w:left w:w="100" w:type="dxa"/>
              <w:bottom w:w="70" w:type="dxa"/>
              <w:right w:w="100" w:type="dxa"/>
            </w:tcMar>
          </w:tcPr>
          <w:p w14:paraId="0D8513D5" w14:textId="77777777" w:rsidR="00D42C93" w:rsidRDefault="00D42C93" w:rsidP="00A25CFD">
            <w:pPr>
              <w:spacing w:before="40" w:after="40"/>
            </w:pPr>
            <w:r>
              <w:rPr>
                <w:color w:val="141414"/>
                <w:sz w:val="19"/>
              </w:rPr>
              <w:t>Supervisor Name:</w:t>
            </w:r>
          </w:p>
        </w:tc>
        <w:tc>
          <w:tcPr>
            <w:tcW w:w="3600" w:type="dxa"/>
            <w:shd w:val="clear" w:color="auto" w:fill="FFFFFF"/>
            <w:tcMar>
              <w:top w:w="70" w:type="dxa"/>
              <w:left w:w="100" w:type="dxa"/>
              <w:bottom w:w="70" w:type="dxa"/>
              <w:right w:w="100" w:type="dxa"/>
            </w:tcMar>
          </w:tcPr>
          <w:p w14:paraId="45569404" w14:textId="77777777" w:rsidR="00D42C93" w:rsidRDefault="00D42C93" w:rsidP="00A25CFD">
            <w:pPr>
              <w:spacing w:before="40" w:after="40"/>
            </w:pPr>
            <w:r>
              <w:rPr>
                <w:i/>
                <w:color w:val="6E6E6E"/>
                <w:sz w:val="19"/>
              </w:rPr>
              <w:t xml:space="preserve">[ Type Supervisor </w:t>
            </w:r>
            <w:proofErr w:type="gramStart"/>
            <w:r>
              <w:rPr>
                <w:i/>
                <w:color w:val="6E6E6E"/>
                <w:sz w:val="19"/>
              </w:rPr>
              <w:t>Name ]</w:t>
            </w:r>
            <w:proofErr w:type="gramEnd"/>
          </w:p>
        </w:tc>
        <w:tc>
          <w:tcPr>
            <w:tcW w:w="1728" w:type="dxa"/>
            <w:shd w:val="clear" w:color="auto" w:fill="FFFFFF"/>
            <w:tcMar>
              <w:top w:w="70" w:type="dxa"/>
              <w:left w:w="100" w:type="dxa"/>
              <w:bottom w:w="70" w:type="dxa"/>
              <w:right w:w="100" w:type="dxa"/>
            </w:tcMar>
          </w:tcPr>
          <w:p w14:paraId="25793BCA" w14:textId="77777777" w:rsidR="00D42C93" w:rsidRDefault="00D42C93" w:rsidP="00A25CFD">
            <w:pPr>
              <w:spacing w:before="40" w:after="40"/>
            </w:pPr>
            <w:r>
              <w:rPr>
                <w:color w:val="141414"/>
                <w:sz w:val="19"/>
              </w:rPr>
              <w:t>Sup. Phone:</w:t>
            </w:r>
          </w:p>
        </w:tc>
        <w:tc>
          <w:tcPr>
            <w:tcW w:w="2592" w:type="dxa"/>
            <w:shd w:val="clear" w:color="auto" w:fill="FFFFFF"/>
            <w:tcMar>
              <w:top w:w="70" w:type="dxa"/>
              <w:left w:w="100" w:type="dxa"/>
              <w:bottom w:w="70" w:type="dxa"/>
              <w:right w:w="100" w:type="dxa"/>
            </w:tcMar>
          </w:tcPr>
          <w:p w14:paraId="36F78229" w14:textId="77777777" w:rsidR="00D42C93" w:rsidRDefault="00D42C93" w:rsidP="00A25CFD">
            <w:pPr>
              <w:spacing w:before="40" w:after="40"/>
            </w:pPr>
            <w:r>
              <w:rPr>
                <w:i/>
                <w:color w:val="6E6E6E"/>
                <w:sz w:val="19"/>
              </w:rPr>
              <w:t xml:space="preserve">[ Type Supervisor </w:t>
            </w:r>
            <w:proofErr w:type="gramStart"/>
            <w:r>
              <w:rPr>
                <w:i/>
                <w:color w:val="6E6E6E"/>
                <w:sz w:val="19"/>
              </w:rPr>
              <w:t>Phone ]</w:t>
            </w:r>
            <w:proofErr w:type="gramEnd"/>
          </w:p>
        </w:tc>
      </w:tr>
      <w:tr w:rsidR="00D42C93" w14:paraId="2B20E7D4" w14:textId="77777777" w:rsidTr="00A25CFD">
        <w:trPr>
          <w:jc w:val="center"/>
        </w:trPr>
        <w:tc>
          <w:tcPr>
            <w:tcW w:w="2160" w:type="dxa"/>
            <w:shd w:val="clear" w:color="auto" w:fill="F9FBFD"/>
            <w:tcMar>
              <w:top w:w="70" w:type="dxa"/>
              <w:left w:w="100" w:type="dxa"/>
              <w:bottom w:w="70" w:type="dxa"/>
              <w:right w:w="100" w:type="dxa"/>
            </w:tcMar>
          </w:tcPr>
          <w:p w14:paraId="2171B43C" w14:textId="77777777" w:rsidR="00D42C93" w:rsidRDefault="00D42C93" w:rsidP="00A25CFD">
            <w:pPr>
              <w:spacing w:before="40" w:after="40"/>
            </w:pPr>
            <w:r>
              <w:rPr>
                <w:color w:val="141414"/>
                <w:sz w:val="19"/>
              </w:rPr>
              <w:t>Reason for Leaving:</w:t>
            </w:r>
          </w:p>
        </w:tc>
        <w:tc>
          <w:tcPr>
            <w:tcW w:w="7920" w:type="dxa"/>
            <w:gridSpan w:val="3"/>
            <w:shd w:val="clear" w:color="auto" w:fill="F9FBFD"/>
            <w:tcMar>
              <w:top w:w="70" w:type="dxa"/>
              <w:left w:w="100" w:type="dxa"/>
              <w:bottom w:w="70" w:type="dxa"/>
              <w:right w:w="100" w:type="dxa"/>
            </w:tcMar>
          </w:tcPr>
          <w:p w14:paraId="221C1A12" w14:textId="77777777" w:rsidR="00D42C93" w:rsidRDefault="00D42C93" w:rsidP="00A25CFD">
            <w:pPr>
              <w:spacing w:before="40" w:after="40"/>
            </w:pPr>
            <w:r>
              <w:rPr>
                <w:i/>
                <w:color w:val="6E6E6E"/>
                <w:sz w:val="19"/>
              </w:rPr>
              <w:t xml:space="preserve">[ Click / Type Detailed Reason for </w:t>
            </w:r>
            <w:proofErr w:type="gramStart"/>
            <w:r>
              <w:rPr>
                <w:i/>
                <w:color w:val="6E6E6E"/>
                <w:sz w:val="19"/>
              </w:rPr>
              <w:t>Leaving ]</w:t>
            </w:r>
            <w:proofErr w:type="gramEnd"/>
          </w:p>
        </w:tc>
      </w:tr>
    </w:tbl>
    <w:p w14:paraId="286A67D7" w14:textId="5DBE61E7" w:rsidR="00D42C93" w:rsidRDefault="00D42C93" w:rsidP="00D42C93">
      <w:pPr>
        <w:keepNext/>
        <w:spacing w:before="200" w:after="80"/>
      </w:pPr>
      <w:r>
        <w:rPr>
          <w:b/>
          <w:color w:val="2F5496"/>
          <w:sz w:val="22"/>
        </w:rPr>
        <w:t>Employer #7</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D42C93" w14:paraId="6DB9C139" w14:textId="77777777" w:rsidTr="00A25CFD">
        <w:trPr>
          <w:jc w:val="center"/>
        </w:trPr>
        <w:tc>
          <w:tcPr>
            <w:tcW w:w="2160" w:type="dxa"/>
            <w:shd w:val="clear" w:color="auto" w:fill="1B365D"/>
            <w:tcMar>
              <w:top w:w="70" w:type="dxa"/>
              <w:left w:w="100" w:type="dxa"/>
              <w:bottom w:w="70" w:type="dxa"/>
              <w:right w:w="100" w:type="dxa"/>
            </w:tcMar>
          </w:tcPr>
          <w:p w14:paraId="151E62F3" w14:textId="77777777" w:rsidR="00D42C93" w:rsidRDefault="00D42C93" w:rsidP="00A25CFD">
            <w:pPr>
              <w:spacing w:before="40" w:after="40"/>
            </w:pPr>
            <w:r>
              <w:rPr>
                <w:b/>
                <w:color w:val="FFFFFF"/>
                <w:sz w:val="19"/>
              </w:rPr>
              <w:t>Company Name:</w:t>
            </w:r>
          </w:p>
        </w:tc>
        <w:tc>
          <w:tcPr>
            <w:tcW w:w="3600" w:type="dxa"/>
            <w:shd w:val="clear" w:color="auto" w:fill="1B365D"/>
            <w:tcMar>
              <w:top w:w="70" w:type="dxa"/>
              <w:left w:w="100" w:type="dxa"/>
              <w:bottom w:w="70" w:type="dxa"/>
              <w:right w:w="100" w:type="dxa"/>
            </w:tcMar>
          </w:tcPr>
          <w:p w14:paraId="49C6AE76" w14:textId="77777777" w:rsidR="00D42C93" w:rsidRDefault="00D42C93" w:rsidP="00A25CFD">
            <w:pPr>
              <w:spacing w:before="40" w:after="40"/>
            </w:pPr>
            <w:r>
              <w:rPr>
                <w:b/>
                <w:color w:val="FFFFFF"/>
                <w:sz w:val="19"/>
              </w:rPr>
              <w:t xml:space="preserve">[ Type Company </w:t>
            </w:r>
            <w:proofErr w:type="gramStart"/>
            <w:r>
              <w:rPr>
                <w:b/>
                <w:color w:val="FFFFFF"/>
                <w:sz w:val="19"/>
              </w:rPr>
              <w:t>Name ]</w:t>
            </w:r>
            <w:proofErr w:type="gramEnd"/>
          </w:p>
        </w:tc>
        <w:tc>
          <w:tcPr>
            <w:tcW w:w="1728" w:type="dxa"/>
            <w:shd w:val="clear" w:color="auto" w:fill="1B365D"/>
            <w:tcMar>
              <w:top w:w="70" w:type="dxa"/>
              <w:left w:w="100" w:type="dxa"/>
              <w:bottom w:w="70" w:type="dxa"/>
              <w:right w:w="100" w:type="dxa"/>
            </w:tcMar>
          </w:tcPr>
          <w:p w14:paraId="661FC8D2" w14:textId="77777777" w:rsidR="00D42C93" w:rsidRDefault="00D42C93" w:rsidP="00A25CFD">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6C6805F7" w14:textId="77777777" w:rsidR="00D42C93" w:rsidRDefault="00D42C93" w:rsidP="00A25CFD">
            <w:pPr>
              <w:spacing w:before="40" w:after="40"/>
            </w:pPr>
            <w:r>
              <w:rPr>
                <w:b/>
                <w:color w:val="FFFFFF"/>
                <w:sz w:val="19"/>
              </w:rPr>
              <w:t xml:space="preserve">[ Type </w:t>
            </w:r>
            <w:proofErr w:type="gramStart"/>
            <w:r>
              <w:rPr>
                <w:b/>
                <w:color w:val="FFFFFF"/>
                <w:sz w:val="19"/>
              </w:rPr>
              <w:t>Phone ]</w:t>
            </w:r>
            <w:proofErr w:type="gramEnd"/>
          </w:p>
        </w:tc>
      </w:tr>
      <w:tr w:rsidR="00D42C93" w14:paraId="767AEDE3" w14:textId="77777777" w:rsidTr="00A25CFD">
        <w:trPr>
          <w:jc w:val="center"/>
        </w:trPr>
        <w:tc>
          <w:tcPr>
            <w:tcW w:w="2160" w:type="dxa"/>
            <w:shd w:val="clear" w:color="auto" w:fill="FFFFFF"/>
            <w:tcMar>
              <w:top w:w="70" w:type="dxa"/>
              <w:left w:w="100" w:type="dxa"/>
              <w:bottom w:w="70" w:type="dxa"/>
              <w:right w:w="100" w:type="dxa"/>
            </w:tcMar>
          </w:tcPr>
          <w:p w14:paraId="0A36A883" w14:textId="77777777" w:rsidR="00D42C93" w:rsidRDefault="00D42C93" w:rsidP="00A25CFD">
            <w:pPr>
              <w:spacing w:before="40" w:after="40"/>
            </w:pPr>
            <w:r>
              <w:rPr>
                <w:color w:val="141414"/>
                <w:sz w:val="19"/>
              </w:rPr>
              <w:t>Address:</w:t>
            </w:r>
          </w:p>
        </w:tc>
        <w:tc>
          <w:tcPr>
            <w:tcW w:w="3600" w:type="dxa"/>
            <w:shd w:val="clear" w:color="auto" w:fill="FFFFFF"/>
            <w:tcMar>
              <w:top w:w="70" w:type="dxa"/>
              <w:left w:w="100" w:type="dxa"/>
              <w:bottom w:w="70" w:type="dxa"/>
              <w:right w:w="100" w:type="dxa"/>
            </w:tcMar>
          </w:tcPr>
          <w:p w14:paraId="6DEB665B" w14:textId="77777777" w:rsidR="00D42C93" w:rsidRDefault="00D42C93" w:rsidP="00A25CFD">
            <w:pPr>
              <w:spacing w:before="40" w:after="40"/>
            </w:pPr>
            <w:r>
              <w:rPr>
                <w:i/>
                <w:color w:val="6E6E6E"/>
                <w:sz w:val="19"/>
              </w:rPr>
              <w:t xml:space="preserve">[ Type Address, City, State, </w:t>
            </w:r>
            <w:proofErr w:type="gramStart"/>
            <w:r>
              <w:rPr>
                <w:i/>
                <w:color w:val="6E6E6E"/>
                <w:sz w:val="19"/>
              </w:rPr>
              <w:t>Zip ]</w:t>
            </w:r>
            <w:proofErr w:type="gramEnd"/>
          </w:p>
        </w:tc>
        <w:tc>
          <w:tcPr>
            <w:tcW w:w="1728" w:type="dxa"/>
            <w:shd w:val="clear" w:color="auto" w:fill="FFFFFF"/>
            <w:tcMar>
              <w:top w:w="70" w:type="dxa"/>
              <w:left w:w="100" w:type="dxa"/>
              <w:bottom w:w="70" w:type="dxa"/>
              <w:right w:w="100" w:type="dxa"/>
            </w:tcMar>
          </w:tcPr>
          <w:p w14:paraId="7AC296CF" w14:textId="77777777" w:rsidR="00D42C93" w:rsidRDefault="00D42C93" w:rsidP="00A25CFD">
            <w:pPr>
              <w:spacing w:before="40" w:after="40"/>
            </w:pPr>
            <w:r>
              <w:rPr>
                <w:color w:val="141414"/>
                <w:sz w:val="19"/>
              </w:rPr>
              <w:t>Status:</w:t>
            </w:r>
          </w:p>
        </w:tc>
        <w:tc>
          <w:tcPr>
            <w:tcW w:w="2592" w:type="dxa"/>
            <w:shd w:val="clear" w:color="auto" w:fill="FFFFFF"/>
            <w:tcMar>
              <w:top w:w="70" w:type="dxa"/>
              <w:left w:w="100" w:type="dxa"/>
              <w:bottom w:w="70" w:type="dxa"/>
              <w:right w:w="100" w:type="dxa"/>
            </w:tcMar>
          </w:tcPr>
          <w:p w14:paraId="162076D1" w14:textId="77777777" w:rsidR="00D42C93" w:rsidRDefault="00D42C93" w:rsidP="00A25CFD">
            <w:pPr>
              <w:spacing w:before="40" w:after="40"/>
            </w:pPr>
            <w:proofErr w:type="gramStart"/>
            <w:r>
              <w:rPr>
                <w:color w:val="141414"/>
                <w:sz w:val="19"/>
              </w:rPr>
              <w:t>[  ]</w:t>
            </w:r>
            <w:proofErr w:type="gramEnd"/>
            <w:r>
              <w:rPr>
                <w:color w:val="141414"/>
                <w:sz w:val="19"/>
              </w:rPr>
              <w:t xml:space="preserve"> Full-Time  [  ] Part-Time</w:t>
            </w:r>
          </w:p>
        </w:tc>
      </w:tr>
      <w:tr w:rsidR="00D42C93" w14:paraId="21A756AB" w14:textId="77777777" w:rsidTr="00A25CFD">
        <w:trPr>
          <w:jc w:val="center"/>
        </w:trPr>
        <w:tc>
          <w:tcPr>
            <w:tcW w:w="2160" w:type="dxa"/>
            <w:shd w:val="clear" w:color="auto" w:fill="F9FBFD"/>
            <w:tcMar>
              <w:top w:w="70" w:type="dxa"/>
              <w:left w:w="100" w:type="dxa"/>
              <w:bottom w:w="70" w:type="dxa"/>
              <w:right w:w="100" w:type="dxa"/>
            </w:tcMar>
          </w:tcPr>
          <w:p w14:paraId="650525FB" w14:textId="77777777" w:rsidR="00D42C93" w:rsidRDefault="00D42C93" w:rsidP="00A25CFD">
            <w:pPr>
              <w:spacing w:before="40" w:after="40"/>
            </w:pPr>
            <w:r>
              <w:rPr>
                <w:color w:val="141414"/>
                <w:sz w:val="19"/>
              </w:rPr>
              <w:t>Dates Employed:</w:t>
            </w:r>
          </w:p>
        </w:tc>
        <w:tc>
          <w:tcPr>
            <w:tcW w:w="3600" w:type="dxa"/>
            <w:shd w:val="clear" w:color="auto" w:fill="F9FBFD"/>
            <w:tcMar>
              <w:top w:w="70" w:type="dxa"/>
              <w:left w:w="100" w:type="dxa"/>
              <w:bottom w:w="70" w:type="dxa"/>
              <w:right w:w="100" w:type="dxa"/>
            </w:tcMar>
          </w:tcPr>
          <w:p w14:paraId="118F0C97" w14:textId="77777777" w:rsidR="00D42C93" w:rsidRDefault="00D42C93" w:rsidP="00A25CFD">
            <w:pPr>
              <w:spacing w:before="40" w:after="40"/>
            </w:pPr>
            <w:r>
              <w:rPr>
                <w:color w:val="141414"/>
                <w:sz w:val="19"/>
              </w:rPr>
              <w:t>From: [ MM/</w:t>
            </w:r>
            <w:proofErr w:type="spellStart"/>
            <w:proofErr w:type="gramStart"/>
            <w:r>
              <w:rPr>
                <w:color w:val="141414"/>
                <w:sz w:val="19"/>
              </w:rPr>
              <w:t>YYYY</w:t>
            </w:r>
            <w:proofErr w:type="spellEnd"/>
            <w:r>
              <w:rPr>
                <w:color w:val="141414"/>
                <w:sz w:val="19"/>
              </w:rPr>
              <w:t xml:space="preserve"> ]</w:t>
            </w:r>
            <w:proofErr w:type="gramEnd"/>
            <w:r>
              <w:rPr>
                <w:color w:val="141414"/>
                <w:sz w:val="19"/>
              </w:rPr>
              <w:t xml:space="preserve">  To: [ MM/</w:t>
            </w:r>
            <w:proofErr w:type="spellStart"/>
            <w:r>
              <w:rPr>
                <w:color w:val="141414"/>
                <w:sz w:val="19"/>
              </w:rPr>
              <w:t>YYYY</w:t>
            </w:r>
            <w:proofErr w:type="spellEnd"/>
            <w:r>
              <w:rPr>
                <w:color w:val="141414"/>
                <w:sz w:val="19"/>
              </w:rPr>
              <w:t xml:space="preserve"> ]</w:t>
            </w:r>
          </w:p>
        </w:tc>
        <w:tc>
          <w:tcPr>
            <w:tcW w:w="1728" w:type="dxa"/>
            <w:shd w:val="clear" w:color="auto" w:fill="F9FBFD"/>
            <w:tcMar>
              <w:top w:w="70" w:type="dxa"/>
              <w:left w:w="100" w:type="dxa"/>
              <w:bottom w:w="70" w:type="dxa"/>
              <w:right w:w="100" w:type="dxa"/>
            </w:tcMar>
          </w:tcPr>
          <w:p w14:paraId="37E2C0BE" w14:textId="77777777" w:rsidR="00D42C93" w:rsidRDefault="00D42C93" w:rsidP="00A25CFD">
            <w:pPr>
              <w:spacing w:before="40" w:after="40"/>
            </w:pPr>
            <w:r>
              <w:rPr>
                <w:color w:val="141414"/>
                <w:sz w:val="19"/>
              </w:rPr>
              <w:t>Job Title:</w:t>
            </w:r>
          </w:p>
        </w:tc>
        <w:tc>
          <w:tcPr>
            <w:tcW w:w="2592" w:type="dxa"/>
            <w:shd w:val="clear" w:color="auto" w:fill="F9FBFD"/>
            <w:tcMar>
              <w:top w:w="70" w:type="dxa"/>
              <w:left w:w="100" w:type="dxa"/>
              <w:bottom w:w="70" w:type="dxa"/>
              <w:right w:w="100" w:type="dxa"/>
            </w:tcMar>
          </w:tcPr>
          <w:p w14:paraId="1109023B" w14:textId="77777777" w:rsidR="00D42C93" w:rsidRDefault="00D42C93" w:rsidP="00A25CFD">
            <w:pPr>
              <w:spacing w:before="40" w:after="40"/>
            </w:pPr>
            <w:r>
              <w:rPr>
                <w:i/>
                <w:color w:val="6E6E6E"/>
                <w:sz w:val="19"/>
              </w:rPr>
              <w:t xml:space="preserve">[ Type Title / Work </w:t>
            </w:r>
            <w:proofErr w:type="gramStart"/>
            <w:r>
              <w:rPr>
                <w:i/>
                <w:color w:val="6E6E6E"/>
                <w:sz w:val="19"/>
              </w:rPr>
              <w:t>Done ]</w:t>
            </w:r>
            <w:proofErr w:type="gramEnd"/>
          </w:p>
        </w:tc>
      </w:tr>
      <w:tr w:rsidR="00D42C93" w14:paraId="61DBCD89" w14:textId="77777777" w:rsidTr="00A25CFD">
        <w:trPr>
          <w:jc w:val="center"/>
        </w:trPr>
        <w:tc>
          <w:tcPr>
            <w:tcW w:w="2160" w:type="dxa"/>
            <w:shd w:val="clear" w:color="auto" w:fill="FFFFFF"/>
            <w:tcMar>
              <w:top w:w="70" w:type="dxa"/>
              <w:left w:w="100" w:type="dxa"/>
              <w:bottom w:w="70" w:type="dxa"/>
              <w:right w:w="100" w:type="dxa"/>
            </w:tcMar>
          </w:tcPr>
          <w:p w14:paraId="2BB4B1AB" w14:textId="77777777" w:rsidR="00D42C93" w:rsidRDefault="00D42C93" w:rsidP="00A25CFD">
            <w:pPr>
              <w:spacing w:before="40" w:after="40"/>
            </w:pPr>
            <w:r>
              <w:rPr>
                <w:color w:val="141414"/>
                <w:sz w:val="19"/>
              </w:rPr>
              <w:t>Supervisor Name:</w:t>
            </w:r>
          </w:p>
        </w:tc>
        <w:tc>
          <w:tcPr>
            <w:tcW w:w="3600" w:type="dxa"/>
            <w:shd w:val="clear" w:color="auto" w:fill="FFFFFF"/>
            <w:tcMar>
              <w:top w:w="70" w:type="dxa"/>
              <w:left w:w="100" w:type="dxa"/>
              <w:bottom w:w="70" w:type="dxa"/>
              <w:right w:w="100" w:type="dxa"/>
            </w:tcMar>
          </w:tcPr>
          <w:p w14:paraId="4E10B4E7" w14:textId="77777777" w:rsidR="00D42C93" w:rsidRDefault="00D42C93" w:rsidP="00A25CFD">
            <w:pPr>
              <w:spacing w:before="40" w:after="40"/>
            </w:pPr>
            <w:r>
              <w:rPr>
                <w:i/>
                <w:color w:val="6E6E6E"/>
                <w:sz w:val="19"/>
              </w:rPr>
              <w:t xml:space="preserve">[ Type Supervisor </w:t>
            </w:r>
            <w:proofErr w:type="gramStart"/>
            <w:r>
              <w:rPr>
                <w:i/>
                <w:color w:val="6E6E6E"/>
                <w:sz w:val="19"/>
              </w:rPr>
              <w:t>Name ]</w:t>
            </w:r>
            <w:proofErr w:type="gramEnd"/>
          </w:p>
        </w:tc>
        <w:tc>
          <w:tcPr>
            <w:tcW w:w="1728" w:type="dxa"/>
            <w:shd w:val="clear" w:color="auto" w:fill="FFFFFF"/>
            <w:tcMar>
              <w:top w:w="70" w:type="dxa"/>
              <w:left w:w="100" w:type="dxa"/>
              <w:bottom w:w="70" w:type="dxa"/>
              <w:right w:w="100" w:type="dxa"/>
            </w:tcMar>
          </w:tcPr>
          <w:p w14:paraId="71F8DC34" w14:textId="77777777" w:rsidR="00D42C93" w:rsidRDefault="00D42C93" w:rsidP="00A25CFD">
            <w:pPr>
              <w:spacing w:before="40" w:after="40"/>
            </w:pPr>
            <w:r>
              <w:rPr>
                <w:color w:val="141414"/>
                <w:sz w:val="19"/>
              </w:rPr>
              <w:t>Sup. Phone:</w:t>
            </w:r>
          </w:p>
        </w:tc>
        <w:tc>
          <w:tcPr>
            <w:tcW w:w="2592" w:type="dxa"/>
            <w:shd w:val="clear" w:color="auto" w:fill="FFFFFF"/>
            <w:tcMar>
              <w:top w:w="70" w:type="dxa"/>
              <w:left w:w="100" w:type="dxa"/>
              <w:bottom w:w="70" w:type="dxa"/>
              <w:right w:w="100" w:type="dxa"/>
            </w:tcMar>
          </w:tcPr>
          <w:p w14:paraId="7324B25F" w14:textId="77777777" w:rsidR="00D42C93" w:rsidRDefault="00D42C93" w:rsidP="00A25CFD">
            <w:pPr>
              <w:spacing w:before="40" w:after="40"/>
            </w:pPr>
            <w:r>
              <w:rPr>
                <w:i/>
                <w:color w:val="6E6E6E"/>
                <w:sz w:val="19"/>
              </w:rPr>
              <w:t xml:space="preserve">[ Type Supervisor </w:t>
            </w:r>
            <w:proofErr w:type="gramStart"/>
            <w:r>
              <w:rPr>
                <w:i/>
                <w:color w:val="6E6E6E"/>
                <w:sz w:val="19"/>
              </w:rPr>
              <w:t>Phone ]</w:t>
            </w:r>
            <w:proofErr w:type="gramEnd"/>
          </w:p>
        </w:tc>
      </w:tr>
      <w:tr w:rsidR="00D42C93" w14:paraId="62A9DAEF" w14:textId="77777777" w:rsidTr="00A25CFD">
        <w:trPr>
          <w:jc w:val="center"/>
        </w:trPr>
        <w:tc>
          <w:tcPr>
            <w:tcW w:w="2160" w:type="dxa"/>
            <w:shd w:val="clear" w:color="auto" w:fill="F9FBFD"/>
            <w:tcMar>
              <w:top w:w="70" w:type="dxa"/>
              <w:left w:w="100" w:type="dxa"/>
              <w:bottom w:w="70" w:type="dxa"/>
              <w:right w:w="100" w:type="dxa"/>
            </w:tcMar>
          </w:tcPr>
          <w:p w14:paraId="4868F7AE" w14:textId="77777777" w:rsidR="00D42C93" w:rsidRDefault="00D42C93" w:rsidP="00A25CFD">
            <w:pPr>
              <w:spacing w:before="40" w:after="40"/>
            </w:pPr>
            <w:r>
              <w:rPr>
                <w:color w:val="141414"/>
                <w:sz w:val="19"/>
              </w:rPr>
              <w:t>Reason for Leaving:</w:t>
            </w:r>
          </w:p>
        </w:tc>
        <w:tc>
          <w:tcPr>
            <w:tcW w:w="7920" w:type="dxa"/>
            <w:gridSpan w:val="3"/>
            <w:shd w:val="clear" w:color="auto" w:fill="F9FBFD"/>
            <w:tcMar>
              <w:top w:w="70" w:type="dxa"/>
              <w:left w:w="100" w:type="dxa"/>
              <w:bottom w:w="70" w:type="dxa"/>
              <w:right w:w="100" w:type="dxa"/>
            </w:tcMar>
          </w:tcPr>
          <w:p w14:paraId="7DF2B229" w14:textId="77777777" w:rsidR="00D42C93" w:rsidRDefault="00D42C93" w:rsidP="00A25CFD">
            <w:pPr>
              <w:spacing w:before="40" w:after="40"/>
            </w:pPr>
            <w:r>
              <w:rPr>
                <w:i/>
                <w:color w:val="6E6E6E"/>
                <w:sz w:val="19"/>
              </w:rPr>
              <w:t xml:space="preserve">[ Click / Type Detailed Reason for </w:t>
            </w:r>
            <w:proofErr w:type="gramStart"/>
            <w:r>
              <w:rPr>
                <w:i/>
                <w:color w:val="6E6E6E"/>
                <w:sz w:val="19"/>
              </w:rPr>
              <w:t>Leaving ]</w:t>
            </w:r>
            <w:proofErr w:type="gramEnd"/>
          </w:p>
        </w:tc>
      </w:tr>
    </w:tbl>
    <w:p w14:paraId="2940EF66" w14:textId="0E854403" w:rsidR="00D42C93" w:rsidRDefault="00D42C93" w:rsidP="00D42C93">
      <w:pPr>
        <w:keepNext/>
        <w:spacing w:before="200" w:after="80"/>
      </w:pPr>
      <w:r>
        <w:rPr>
          <w:b/>
          <w:color w:val="2F5496"/>
          <w:sz w:val="22"/>
        </w:rPr>
        <w:t>Employer #8</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D42C93" w14:paraId="09DE6D00" w14:textId="77777777" w:rsidTr="00A25CFD">
        <w:trPr>
          <w:jc w:val="center"/>
        </w:trPr>
        <w:tc>
          <w:tcPr>
            <w:tcW w:w="2160" w:type="dxa"/>
            <w:shd w:val="clear" w:color="auto" w:fill="1B365D"/>
            <w:tcMar>
              <w:top w:w="70" w:type="dxa"/>
              <w:left w:w="100" w:type="dxa"/>
              <w:bottom w:w="70" w:type="dxa"/>
              <w:right w:w="100" w:type="dxa"/>
            </w:tcMar>
          </w:tcPr>
          <w:p w14:paraId="3B2CD719" w14:textId="77777777" w:rsidR="00D42C93" w:rsidRDefault="00D42C93" w:rsidP="00A25CFD">
            <w:pPr>
              <w:spacing w:before="40" w:after="40"/>
            </w:pPr>
            <w:r>
              <w:rPr>
                <w:b/>
                <w:color w:val="FFFFFF"/>
                <w:sz w:val="19"/>
              </w:rPr>
              <w:t>Company Name:</w:t>
            </w:r>
          </w:p>
        </w:tc>
        <w:tc>
          <w:tcPr>
            <w:tcW w:w="3600" w:type="dxa"/>
            <w:shd w:val="clear" w:color="auto" w:fill="1B365D"/>
            <w:tcMar>
              <w:top w:w="70" w:type="dxa"/>
              <w:left w:w="100" w:type="dxa"/>
              <w:bottom w:w="70" w:type="dxa"/>
              <w:right w:w="100" w:type="dxa"/>
            </w:tcMar>
          </w:tcPr>
          <w:p w14:paraId="4244B904" w14:textId="77777777" w:rsidR="00D42C93" w:rsidRDefault="00D42C93" w:rsidP="00A25CFD">
            <w:pPr>
              <w:spacing w:before="40" w:after="40"/>
            </w:pPr>
            <w:r>
              <w:rPr>
                <w:b/>
                <w:color w:val="FFFFFF"/>
                <w:sz w:val="19"/>
              </w:rPr>
              <w:t xml:space="preserve">[ Type Company </w:t>
            </w:r>
            <w:proofErr w:type="gramStart"/>
            <w:r>
              <w:rPr>
                <w:b/>
                <w:color w:val="FFFFFF"/>
                <w:sz w:val="19"/>
              </w:rPr>
              <w:t>Name ]</w:t>
            </w:r>
            <w:proofErr w:type="gramEnd"/>
          </w:p>
        </w:tc>
        <w:tc>
          <w:tcPr>
            <w:tcW w:w="1728" w:type="dxa"/>
            <w:shd w:val="clear" w:color="auto" w:fill="1B365D"/>
            <w:tcMar>
              <w:top w:w="70" w:type="dxa"/>
              <w:left w:w="100" w:type="dxa"/>
              <w:bottom w:w="70" w:type="dxa"/>
              <w:right w:w="100" w:type="dxa"/>
            </w:tcMar>
          </w:tcPr>
          <w:p w14:paraId="617AAD9C" w14:textId="77777777" w:rsidR="00D42C93" w:rsidRDefault="00D42C93" w:rsidP="00A25CFD">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3A632DBD" w14:textId="77777777" w:rsidR="00D42C93" w:rsidRDefault="00D42C93" w:rsidP="00A25CFD">
            <w:pPr>
              <w:spacing w:before="40" w:after="40"/>
            </w:pPr>
            <w:r>
              <w:rPr>
                <w:b/>
                <w:color w:val="FFFFFF"/>
                <w:sz w:val="19"/>
              </w:rPr>
              <w:t xml:space="preserve">[ Type </w:t>
            </w:r>
            <w:proofErr w:type="gramStart"/>
            <w:r>
              <w:rPr>
                <w:b/>
                <w:color w:val="FFFFFF"/>
                <w:sz w:val="19"/>
              </w:rPr>
              <w:t>Phone ]</w:t>
            </w:r>
            <w:proofErr w:type="gramEnd"/>
          </w:p>
        </w:tc>
      </w:tr>
      <w:tr w:rsidR="00D42C93" w14:paraId="2CC8161A" w14:textId="77777777" w:rsidTr="00A25CFD">
        <w:trPr>
          <w:jc w:val="center"/>
        </w:trPr>
        <w:tc>
          <w:tcPr>
            <w:tcW w:w="2160" w:type="dxa"/>
            <w:shd w:val="clear" w:color="auto" w:fill="FFFFFF"/>
            <w:tcMar>
              <w:top w:w="70" w:type="dxa"/>
              <w:left w:w="100" w:type="dxa"/>
              <w:bottom w:w="70" w:type="dxa"/>
              <w:right w:w="100" w:type="dxa"/>
            </w:tcMar>
          </w:tcPr>
          <w:p w14:paraId="35085B76" w14:textId="77777777" w:rsidR="00D42C93" w:rsidRDefault="00D42C93" w:rsidP="00A25CFD">
            <w:pPr>
              <w:spacing w:before="40" w:after="40"/>
            </w:pPr>
            <w:r>
              <w:rPr>
                <w:color w:val="141414"/>
                <w:sz w:val="19"/>
              </w:rPr>
              <w:t>Address:</w:t>
            </w:r>
          </w:p>
        </w:tc>
        <w:tc>
          <w:tcPr>
            <w:tcW w:w="3600" w:type="dxa"/>
            <w:shd w:val="clear" w:color="auto" w:fill="FFFFFF"/>
            <w:tcMar>
              <w:top w:w="70" w:type="dxa"/>
              <w:left w:w="100" w:type="dxa"/>
              <w:bottom w:w="70" w:type="dxa"/>
              <w:right w:w="100" w:type="dxa"/>
            </w:tcMar>
          </w:tcPr>
          <w:p w14:paraId="1CA99C21" w14:textId="77777777" w:rsidR="00D42C93" w:rsidRDefault="00D42C93" w:rsidP="00A25CFD">
            <w:pPr>
              <w:spacing w:before="40" w:after="40"/>
            </w:pPr>
            <w:r>
              <w:rPr>
                <w:i/>
                <w:color w:val="6E6E6E"/>
                <w:sz w:val="19"/>
              </w:rPr>
              <w:t xml:space="preserve">[ Type Address, City, State, </w:t>
            </w:r>
            <w:proofErr w:type="gramStart"/>
            <w:r>
              <w:rPr>
                <w:i/>
                <w:color w:val="6E6E6E"/>
                <w:sz w:val="19"/>
              </w:rPr>
              <w:t>Zip ]</w:t>
            </w:r>
            <w:proofErr w:type="gramEnd"/>
          </w:p>
        </w:tc>
        <w:tc>
          <w:tcPr>
            <w:tcW w:w="1728" w:type="dxa"/>
            <w:shd w:val="clear" w:color="auto" w:fill="FFFFFF"/>
            <w:tcMar>
              <w:top w:w="70" w:type="dxa"/>
              <w:left w:w="100" w:type="dxa"/>
              <w:bottom w:w="70" w:type="dxa"/>
              <w:right w:w="100" w:type="dxa"/>
            </w:tcMar>
          </w:tcPr>
          <w:p w14:paraId="31D764CC" w14:textId="77777777" w:rsidR="00D42C93" w:rsidRDefault="00D42C93" w:rsidP="00A25CFD">
            <w:pPr>
              <w:spacing w:before="40" w:after="40"/>
            </w:pPr>
            <w:r>
              <w:rPr>
                <w:color w:val="141414"/>
                <w:sz w:val="19"/>
              </w:rPr>
              <w:t>Status:</w:t>
            </w:r>
          </w:p>
        </w:tc>
        <w:tc>
          <w:tcPr>
            <w:tcW w:w="2592" w:type="dxa"/>
            <w:shd w:val="clear" w:color="auto" w:fill="FFFFFF"/>
            <w:tcMar>
              <w:top w:w="70" w:type="dxa"/>
              <w:left w:w="100" w:type="dxa"/>
              <w:bottom w:w="70" w:type="dxa"/>
              <w:right w:w="100" w:type="dxa"/>
            </w:tcMar>
          </w:tcPr>
          <w:p w14:paraId="2F42B28A" w14:textId="77777777" w:rsidR="00D42C93" w:rsidRDefault="00D42C93" w:rsidP="00A25CFD">
            <w:pPr>
              <w:spacing w:before="40" w:after="40"/>
            </w:pPr>
            <w:proofErr w:type="gramStart"/>
            <w:r>
              <w:rPr>
                <w:color w:val="141414"/>
                <w:sz w:val="19"/>
              </w:rPr>
              <w:t>[  ]</w:t>
            </w:r>
            <w:proofErr w:type="gramEnd"/>
            <w:r>
              <w:rPr>
                <w:color w:val="141414"/>
                <w:sz w:val="19"/>
              </w:rPr>
              <w:t xml:space="preserve"> Full-Time  [  ] Part-Time</w:t>
            </w:r>
          </w:p>
        </w:tc>
      </w:tr>
      <w:tr w:rsidR="00D42C93" w14:paraId="5309DB54" w14:textId="77777777" w:rsidTr="00A25CFD">
        <w:trPr>
          <w:jc w:val="center"/>
        </w:trPr>
        <w:tc>
          <w:tcPr>
            <w:tcW w:w="2160" w:type="dxa"/>
            <w:shd w:val="clear" w:color="auto" w:fill="F9FBFD"/>
            <w:tcMar>
              <w:top w:w="70" w:type="dxa"/>
              <w:left w:w="100" w:type="dxa"/>
              <w:bottom w:w="70" w:type="dxa"/>
              <w:right w:w="100" w:type="dxa"/>
            </w:tcMar>
          </w:tcPr>
          <w:p w14:paraId="13049F3E" w14:textId="77777777" w:rsidR="00D42C93" w:rsidRDefault="00D42C93" w:rsidP="00A25CFD">
            <w:pPr>
              <w:spacing w:before="40" w:after="40"/>
            </w:pPr>
            <w:r>
              <w:rPr>
                <w:color w:val="141414"/>
                <w:sz w:val="19"/>
              </w:rPr>
              <w:t>Dates Employed:</w:t>
            </w:r>
          </w:p>
        </w:tc>
        <w:tc>
          <w:tcPr>
            <w:tcW w:w="3600" w:type="dxa"/>
            <w:shd w:val="clear" w:color="auto" w:fill="F9FBFD"/>
            <w:tcMar>
              <w:top w:w="70" w:type="dxa"/>
              <w:left w:w="100" w:type="dxa"/>
              <w:bottom w:w="70" w:type="dxa"/>
              <w:right w:w="100" w:type="dxa"/>
            </w:tcMar>
          </w:tcPr>
          <w:p w14:paraId="335DBF0D" w14:textId="77777777" w:rsidR="00D42C93" w:rsidRDefault="00D42C93" w:rsidP="00A25CFD">
            <w:pPr>
              <w:spacing w:before="40" w:after="40"/>
            </w:pPr>
            <w:r>
              <w:rPr>
                <w:color w:val="141414"/>
                <w:sz w:val="19"/>
              </w:rPr>
              <w:t>From: [ MM/</w:t>
            </w:r>
            <w:proofErr w:type="spellStart"/>
            <w:proofErr w:type="gramStart"/>
            <w:r>
              <w:rPr>
                <w:color w:val="141414"/>
                <w:sz w:val="19"/>
              </w:rPr>
              <w:t>YYYY</w:t>
            </w:r>
            <w:proofErr w:type="spellEnd"/>
            <w:r>
              <w:rPr>
                <w:color w:val="141414"/>
                <w:sz w:val="19"/>
              </w:rPr>
              <w:t xml:space="preserve"> ]</w:t>
            </w:r>
            <w:proofErr w:type="gramEnd"/>
            <w:r>
              <w:rPr>
                <w:color w:val="141414"/>
                <w:sz w:val="19"/>
              </w:rPr>
              <w:t xml:space="preserve">  To: [ MM/</w:t>
            </w:r>
            <w:proofErr w:type="spellStart"/>
            <w:r>
              <w:rPr>
                <w:color w:val="141414"/>
                <w:sz w:val="19"/>
              </w:rPr>
              <w:t>YYYY</w:t>
            </w:r>
            <w:proofErr w:type="spellEnd"/>
            <w:r>
              <w:rPr>
                <w:color w:val="141414"/>
                <w:sz w:val="19"/>
              </w:rPr>
              <w:t xml:space="preserve"> ]</w:t>
            </w:r>
          </w:p>
        </w:tc>
        <w:tc>
          <w:tcPr>
            <w:tcW w:w="1728" w:type="dxa"/>
            <w:shd w:val="clear" w:color="auto" w:fill="F9FBFD"/>
            <w:tcMar>
              <w:top w:w="70" w:type="dxa"/>
              <w:left w:w="100" w:type="dxa"/>
              <w:bottom w:w="70" w:type="dxa"/>
              <w:right w:w="100" w:type="dxa"/>
            </w:tcMar>
          </w:tcPr>
          <w:p w14:paraId="2E773209" w14:textId="77777777" w:rsidR="00D42C93" w:rsidRDefault="00D42C93" w:rsidP="00A25CFD">
            <w:pPr>
              <w:spacing w:before="40" w:after="40"/>
            </w:pPr>
            <w:r>
              <w:rPr>
                <w:color w:val="141414"/>
                <w:sz w:val="19"/>
              </w:rPr>
              <w:t>Job Title:</w:t>
            </w:r>
          </w:p>
        </w:tc>
        <w:tc>
          <w:tcPr>
            <w:tcW w:w="2592" w:type="dxa"/>
            <w:shd w:val="clear" w:color="auto" w:fill="F9FBFD"/>
            <w:tcMar>
              <w:top w:w="70" w:type="dxa"/>
              <w:left w:w="100" w:type="dxa"/>
              <w:bottom w:w="70" w:type="dxa"/>
              <w:right w:w="100" w:type="dxa"/>
            </w:tcMar>
          </w:tcPr>
          <w:p w14:paraId="2DC754B8" w14:textId="77777777" w:rsidR="00D42C93" w:rsidRDefault="00D42C93" w:rsidP="00A25CFD">
            <w:pPr>
              <w:spacing w:before="40" w:after="40"/>
            </w:pPr>
            <w:r>
              <w:rPr>
                <w:i/>
                <w:color w:val="6E6E6E"/>
                <w:sz w:val="19"/>
              </w:rPr>
              <w:t xml:space="preserve">[ Type Title / Work </w:t>
            </w:r>
            <w:proofErr w:type="gramStart"/>
            <w:r>
              <w:rPr>
                <w:i/>
                <w:color w:val="6E6E6E"/>
                <w:sz w:val="19"/>
              </w:rPr>
              <w:t>Done ]</w:t>
            </w:r>
            <w:proofErr w:type="gramEnd"/>
          </w:p>
        </w:tc>
      </w:tr>
      <w:tr w:rsidR="00D42C93" w14:paraId="7669CEAE" w14:textId="77777777" w:rsidTr="00A25CFD">
        <w:trPr>
          <w:jc w:val="center"/>
        </w:trPr>
        <w:tc>
          <w:tcPr>
            <w:tcW w:w="2160" w:type="dxa"/>
            <w:shd w:val="clear" w:color="auto" w:fill="FFFFFF"/>
            <w:tcMar>
              <w:top w:w="70" w:type="dxa"/>
              <w:left w:w="100" w:type="dxa"/>
              <w:bottom w:w="70" w:type="dxa"/>
              <w:right w:w="100" w:type="dxa"/>
            </w:tcMar>
          </w:tcPr>
          <w:p w14:paraId="3C30001B" w14:textId="77777777" w:rsidR="00D42C93" w:rsidRDefault="00D42C93" w:rsidP="00A25CFD">
            <w:pPr>
              <w:spacing w:before="40" w:after="40"/>
            </w:pPr>
            <w:r>
              <w:rPr>
                <w:color w:val="141414"/>
                <w:sz w:val="19"/>
              </w:rPr>
              <w:t>Supervisor Name:</w:t>
            </w:r>
          </w:p>
        </w:tc>
        <w:tc>
          <w:tcPr>
            <w:tcW w:w="3600" w:type="dxa"/>
            <w:shd w:val="clear" w:color="auto" w:fill="FFFFFF"/>
            <w:tcMar>
              <w:top w:w="70" w:type="dxa"/>
              <w:left w:w="100" w:type="dxa"/>
              <w:bottom w:w="70" w:type="dxa"/>
              <w:right w:w="100" w:type="dxa"/>
            </w:tcMar>
          </w:tcPr>
          <w:p w14:paraId="1880D671" w14:textId="77777777" w:rsidR="00D42C93" w:rsidRDefault="00D42C93" w:rsidP="00A25CFD">
            <w:pPr>
              <w:spacing w:before="40" w:after="40"/>
            </w:pPr>
            <w:r>
              <w:rPr>
                <w:i/>
                <w:color w:val="6E6E6E"/>
                <w:sz w:val="19"/>
              </w:rPr>
              <w:t xml:space="preserve">[ Type Supervisor </w:t>
            </w:r>
            <w:proofErr w:type="gramStart"/>
            <w:r>
              <w:rPr>
                <w:i/>
                <w:color w:val="6E6E6E"/>
                <w:sz w:val="19"/>
              </w:rPr>
              <w:t>Name ]</w:t>
            </w:r>
            <w:proofErr w:type="gramEnd"/>
          </w:p>
        </w:tc>
        <w:tc>
          <w:tcPr>
            <w:tcW w:w="1728" w:type="dxa"/>
            <w:shd w:val="clear" w:color="auto" w:fill="FFFFFF"/>
            <w:tcMar>
              <w:top w:w="70" w:type="dxa"/>
              <w:left w:w="100" w:type="dxa"/>
              <w:bottom w:w="70" w:type="dxa"/>
              <w:right w:w="100" w:type="dxa"/>
            </w:tcMar>
          </w:tcPr>
          <w:p w14:paraId="21AF5D3B" w14:textId="77777777" w:rsidR="00D42C93" w:rsidRDefault="00D42C93" w:rsidP="00A25CFD">
            <w:pPr>
              <w:spacing w:before="40" w:after="40"/>
            </w:pPr>
            <w:r>
              <w:rPr>
                <w:color w:val="141414"/>
                <w:sz w:val="19"/>
              </w:rPr>
              <w:t>Sup. Phone:</w:t>
            </w:r>
          </w:p>
        </w:tc>
        <w:tc>
          <w:tcPr>
            <w:tcW w:w="2592" w:type="dxa"/>
            <w:shd w:val="clear" w:color="auto" w:fill="FFFFFF"/>
            <w:tcMar>
              <w:top w:w="70" w:type="dxa"/>
              <w:left w:w="100" w:type="dxa"/>
              <w:bottom w:w="70" w:type="dxa"/>
              <w:right w:w="100" w:type="dxa"/>
            </w:tcMar>
          </w:tcPr>
          <w:p w14:paraId="5F987267" w14:textId="77777777" w:rsidR="00D42C93" w:rsidRDefault="00D42C93" w:rsidP="00A25CFD">
            <w:pPr>
              <w:spacing w:before="40" w:after="40"/>
            </w:pPr>
            <w:r>
              <w:rPr>
                <w:i/>
                <w:color w:val="6E6E6E"/>
                <w:sz w:val="19"/>
              </w:rPr>
              <w:t xml:space="preserve">[ Type Supervisor </w:t>
            </w:r>
            <w:proofErr w:type="gramStart"/>
            <w:r>
              <w:rPr>
                <w:i/>
                <w:color w:val="6E6E6E"/>
                <w:sz w:val="19"/>
              </w:rPr>
              <w:t>Phone ]</w:t>
            </w:r>
            <w:proofErr w:type="gramEnd"/>
          </w:p>
        </w:tc>
      </w:tr>
      <w:tr w:rsidR="00D42C93" w14:paraId="48C9F61A" w14:textId="77777777" w:rsidTr="00A25CFD">
        <w:trPr>
          <w:jc w:val="center"/>
        </w:trPr>
        <w:tc>
          <w:tcPr>
            <w:tcW w:w="2160" w:type="dxa"/>
            <w:shd w:val="clear" w:color="auto" w:fill="F9FBFD"/>
            <w:tcMar>
              <w:top w:w="70" w:type="dxa"/>
              <w:left w:w="100" w:type="dxa"/>
              <w:bottom w:w="70" w:type="dxa"/>
              <w:right w:w="100" w:type="dxa"/>
            </w:tcMar>
          </w:tcPr>
          <w:p w14:paraId="542ACD50" w14:textId="77777777" w:rsidR="00D42C93" w:rsidRDefault="00D42C93" w:rsidP="00A25CFD">
            <w:pPr>
              <w:spacing w:before="40" w:after="40"/>
            </w:pPr>
            <w:r>
              <w:rPr>
                <w:color w:val="141414"/>
                <w:sz w:val="19"/>
              </w:rPr>
              <w:t>Reason for Leaving:</w:t>
            </w:r>
          </w:p>
        </w:tc>
        <w:tc>
          <w:tcPr>
            <w:tcW w:w="7920" w:type="dxa"/>
            <w:gridSpan w:val="3"/>
            <w:shd w:val="clear" w:color="auto" w:fill="F9FBFD"/>
            <w:tcMar>
              <w:top w:w="70" w:type="dxa"/>
              <w:left w:w="100" w:type="dxa"/>
              <w:bottom w:w="70" w:type="dxa"/>
              <w:right w:w="100" w:type="dxa"/>
            </w:tcMar>
          </w:tcPr>
          <w:p w14:paraId="091369AE" w14:textId="77777777" w:rsidR="00D42C93" w:rsidRDefault="00D42C93" w:rsidP="00A25CFD">
            <w:pPr>
              <w:spacing w:before="40" w:after="40"/>
            </w:pPr>
            <w:r>
              <w:rPr>
                <w:i/>
                <w:color w:val="6E6E6E"/>
                <w:sz w:val="19"/>
              </w:rPr>
              <w:t xml:space="preserve">[ Click / Type Detailed Reason for </w:t>
            </w:r>
            <w:proofErr w:type="gramStart"/>
            <w:r>
              <w:rPr>
                <w:i/>
                <w:color w:val="6E6E6E"/>
                <w:sz w:val="19"/>
              </w:rPr>
              <w:t>Leaving ]</w:t>
            </w:r>
            <w:proofErr w:type="gramEnd"/>
          </w:p>
        </w:tc>
      </w:tr>
    </w:tbl>
    <w:p w14:paraId="2CB567AA" w14:textId="77777777" w:rsidR="00D42C93" w:rsidRDefault="00D42C93">
      <w:pPr>
        <w:spacing w:after="120"/>
      </w:pPr>
    </w:p>
    <w:p w14:paraId="490B6EA5" w14:textId="7B6F0809" w:rsidR="00D42C93" w:rsidRPr="00D42C93" w:rsidRDefault="00D42C93" w:rsidP="00D42C93">
      <w:pPr>
        <w:keepNext/>
        <w:spacing w:before="280" w:after="120"/>
      </w:pPr>
      <w:r>
        <w:rPr>
          <w:b/>
          <w:color w:val="1B365D"/>
          <w:sz w:val="26"/>
        </w:rPr>
        <w:lastRenderedPageBreak/>
        <w:t>SECTION 5: EMPLOYMENT HISTORY (continued)</w:t>
      </w:r>
    </w:p>
    <w:p w14:paraId="6A0FA837" w14:textId="06BE2E86" w:rsidR="00AA3848" w:rsidRDefault="00407892">
      <w:pPr>
        <w:keepNext/>
        <w:spacing w:before="200" w:after="80"/>
      </w:pPr>
      <w:r>
        <w:rPr>
          <w:b/>
          <w:color w:val="2F5496"/>
          <w:sz w:val="22"/>
        </w:rPr>
        <w:t>Employment Questionnaire</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720"/>
        <w:gridCol w:w="7200"/>
        <w:gridCol w:w="2160"/>
      </w:tblGrid>
      <w:tr w:rsidR="00AA3848" w14:paraId="124E56D6" w14:textId="77777777" w:rsidTr="00D42C93">
        <w:trPr>
          <w:jc w:val="center"/>
        </w:trPr>
        <w:tc>
          <w:tcPr>
            <w:tcW w:w="720" w:type="dxa"/>
            <w:shd w:val="clear" w:color="auto" w:fill="1B365D"/>
            <w:tcMar>
              <w:top w:w="70" w:type="dxa"/>
              <w:left w:w="100" w:type="dxa"/>
              <w:bottom w:w="70" w:type="dxa"/>
              <w:right w:w="100" w:type="dxa"/>
            </w:tcMar>
          </w:tcPr>
          <w:p w14:paraId="75B541E9" w14:textId="77777777" w:rsidR="00AA3848" w:rsidRDefault="00407892">
            <w:pPr>
              <w:spacing w:before="40" w:after="40"/>
            </w:pPr>
            <w:r>
              <w:rPr>
                <w:b/>
                <w:color w:val="FFFFFF"/>
                <w:sz w:val="19"/>
              </w:rPr>
              <w:t>#</w:t>
            </w:r>
          </w:p>
        </w:tc>
        <w:tc>
          <w:tcPr>
            <w:tcW w:w="7200" w:type="dxa"/>
            <w:shd w:val="clear" w:color="auto" w:fill="1B365D"/>
            <w:tcMar>
              <w:top w:w="70" w:type="dxa"/>
              <w:left w:w="100" w:type="dxa"/>
              <w:bottom w:w="70" w:type="dxa"/>
              <w:right w:w="100" w:type="dxa"/>
            </w:tcMar>
          </w:tcPr>
          <w:p w14:paraId="45AE721E" w14:textId="77777777" w:rsidR="00AA3848" w:rsidRDefault="00407892">
            <w:pPr>
              <w:spacing w:before="40" w:after="40"/>
            </w:pPr>
            <w:r>
              <w:rPr>
                <w:b/>
                <w:color w:val="FFFFFF"/>
                <w:sz w:val="19"/>
              </w:rPr>
              <w:t>Question</w:t>
            </w:r>
          </w:p>
        </w:tc>
        <w:tc>
          <w:tcPr>
            <w:tcW w:w="2160" w:type="dxa"/>
            <w:shd w:val="clear" w:color="auto" w:fill="1B365D"/>
            <w:tcMar>
              <w:top w:w="70" w:type="dxa"/>
              <w:left w:w="100" w:type="dxa"/>
              <w:bottom w:w="70" w:type="dxa"/>
              <w:right w:w="100" w:type="dxa"/>
            </w:tcMar>
          </w:tcPr>
          <w:p w14:paraId="505CC715" w14:textId="77777777" w:rsidR="00AA3848" w:rsidRDefault="00407892">
            <w:pPr>
              <w:spacing w:before="40" w:after="40"/>
            </w:pPr>
            <w:r>
              <w:rPr>
                <w:b/>
                <w:color w:val="FFFFFF"/>
                <w:sz w:val="19"/>
              </w:rPr>
              <w:t>Response</w:t>
            </w:r>
          </w:p>
        </w:tc>
      </w:tr>
      <w:tr w:rsidR="00AA3848" w14:paraId="22E032A1" w14:textId="77777777" w:rsidTr="00D42C93">
        <w:trPr>
          <w:jc w:val="center"/>
        </w:trPr>
        <w:tc>
          <w:tcPr>
            <w:tcW w:w="720" w:type="dxa"/>
            <w:shd w:val="clear" w:color="auto" w:fill="FFFFFF"/>
            <w:tcMar>
              <w:top w:w="70" w:type="dxa"/>
              <w:left w:w="100" w:type="dxa"/>
              <w:bottom w:w="70" w:type="dxa"/>
              <w:right w:w="100" w:type="dxa"/>
            </w:tcMar>
          </w:tcPr>
          <w:p w14:paraId="6265F9ED" w14:textId="77777777" w:rsidR="00AA3848" w:rsidRDefault="00407892">
            <w:pPr>
              <w:spacing w:before="40" w:after="40"/>
            </w:pPr>
            <w:r>
              <w:rPr>
                <w:color w:val="141414"/>
                <w:sz w:val="19"/>
              </w:rPr>
              <w:t>5.2</w:t>
            </w:r>
          </w:p>
        </w:tc>
        <w:tc>
          <w:tcPr>
            <w:tcW w:w="7200" w:type="dxa"/>
            <w:shd w:val="clear" w:color="auto" w:fill="FFFFFF"/>
            <w:tcMar>
              <w:top w:w="70" w:type="dxa"/>
              <w:left w:w="100" w:type="dxa"/>
              <w:bottom w:w="70" w:type="dxa"/>
              <w:right w:w="100" w:type="dxa"/>
            </w:tcMar>
          </w:tcPr>
          <w:p w14:paraId="7D31DD0C" w14:textId="77777777" w:rsidR="00AA3848" w:rsidRDefault="00407892">
            <w:pPr>
              <w:spacing w:before="40" w:after="40"/>
            </w:pPr>
            <w:r>
              <w:rPr>
                <w:color w:val="141414"/>
                <w:sz w:val="19"/>
              </w:rPr>
              <w:t>If presently unemployed, state the reason:</w:t>
            </w:r>
          </w:p>
        </w:tc>
        <w:tc>
          <w:tcPr>
            <w:tcW w:w="2160" w:type="dxa"/>
            <w:shd w:val="clear" w:color="auto" w:fill="FFFFFF"/>
            <w:tcMar>
              <w:top w:w="70" w:type="dxa"/>
              <w:left w:w="100" w:type="dxa"/>
              <w:bottom w:w="70" w:type="dxa"/>
              <w:right w:w="100" w:type="dxa"/>
            </w:tcMar>
          </w:tcPr>
          <w:p w14:paraId="7CFA2166" w14:textId="68B4B00E" w:rsidR="00AA3848" w:rsidRDefault="00D42C93">
            <w:pPr>
              <w:spacing w:before="40" w:after="40"/>
            </w:pPr>
            <w:r>
              <w:rPr>
                <w:i/>
                <w:color w:val="6E6E6E"/>
                <w:sz w:val="19"/>
              </w:rPr>
              <w:t>State reason below</w:t>
            </w:r>
          </w:p>
        </w:tc>
      </w:tr>
      <w:tr w:rsidR="00D42C93" w14:paraId="42974C61" w14:textId="77777777" w:rsidTr="00D42C93">
        <w:trPr>
          <w:jc w:val="center"/>
        </w:trPr>
        <w:tc>
          <w:tcPr>
            <w:tcW w:w="720" w:type="dxa"/>
            <w:shd w:val="clear" w:color="auto" w:fill="FFFFFF"/>
            <w:tcMar>
              <w:top w:w="70" w:type="dxa"/>
              <w:left w:w="100" w:type="dxa"/>
              <w:bottom w:w="70" w:type="dxa"/>
              <w:right w:w="100" w:type="dxa"/>
            </w:tcMar>
          </w:tcPr>
          <w:p w14:paraId="06433299" w14:textId="77777777" w:rsidR="00D42C93" w:rsidRDefault="00D42C93">
            <w:pPr>
              <w:spacing w:before="40" w:after="40"/>
              <w:rPr>
                <w:color w:val="141414"/>
                <w:sz w:val="19"/>
              </w:rPr>
            </w:pPr>
          </w:p>
        </w:tc>
        <w:tc>
          <w:tcPr>
            <w:tcW w:w="9360" w:type="dxa"/>
            <w:gridSpan w:val="2"/>
            <w:shd w:val="clear" w:color="auto" w:fill="FFFFFF"/>
            <w:tcMar>
              <w:top w:w="70" w:type="dxa"/>
              <w:left w:w="100" w:type="dxa"/>
              <w:bottom w:w="70" w:type="dxa"/>
              <w:right w:w="100" w:type="dxa"/>
            </w:tcMar>
          </w:tcPr>
          <w:p w14:paraId="13230C30" w14:textId="77777777" w:rsidR="00D42C93" w:rsidRDefault="00D42C93">
            <w:pPr>
              <w:spacing w:before="40" w:after="40"/>
              <w:rPr>
                <w:i/>
                <w:color w:val="6E6E6E"/>
                <w:sz w:val="19"/>
              </w:rPr>
            </w:pPr>
          </w:p>
        </w:tc>
      </w:tr>
      <w:tr w:rsidR="00AA3848" w14:paraId="29A21E1C" w14:textId="77777777" w:rsidTr="00D42C93">
        <w:trPr>
          <w:jc w:val="center"/>
        </w:trPr>
        <w:tc>
          <w:tcPr>
            <w:tcW w:w="720" w:type="dxa"/>
            <w:shd w:val="clear" w:color="auto" w:fill="F9FBFD"/>
            <w:tcMar>
              <w:top w:w="70" w:type="dxa"/>
              <w:left w:w="100" w:type="dxa"/>
              <w:bottom w:w="70" w:type="dxa"/>
              <w:right w:w="100" w:type="dxa"/>
            </w:tcMar>
          </w:tcPr>
          <w:p w14:paraId="0E03059C" w14:textId="77777777" w:rsidR="00AA3848" w:rsidRDefault="00407892">
            <w:pPr>
              <w:spacing w:before="40" w:after="40"/>
            </w:pPr>
            <w:r>
              <w:rPr>
                <w:color w:val="141414"/>
                <w:sz w:val="19"/>
              </w:rPr>
              <w:t>5.3</w:t>
            </w:r>
          </w:p>
        </w:tc>
        <w:tc>
          <w:tcPr>
            <w:tcW w:w="7200" w:type="dxa"/>
            <w:shd w:val="clear" w:color="auto" w:fill="F9FBFD"/>
            <w:tcMar>
              <w:top w:w="70" w:type="dxa"/>
              <w:left w:w="100" w:type="dxa"/>
              <w:bottom w:w="70" w:type="dxa"/>
              <w:right w:w="100" w:type="dxa"/>
            </w:tcMar>
          </w:tcPr>
          <w:p w14:paraId="24FAF137" w14:textId="1AE3718B" w:rsidR="00AA3848" w:rsidRDefault="00407892">
            <w:pPr>
              <w:spacing w:before="40" w:after="40"/>
            </w:pPr>
            <w:r>
              <w:rPr>
                <w:color w:val="141414"/>
                <w:sz w:val="19"/>
              </w:rPr>
              <w:t>Has disciplinary action (suspension, fine, reprimand, firing) been taken against you by an employer?</w:t>
            </w:r>
            <w:r w:rsidR="00D42C93">
              <w:rPr>
                <w:color w:val="141414"/>
                <w:sz w:val="19"/>
              </w:rPr>
              <w:t xml:space="preserve"> If YES, provide itemized detailed explanation:</w:t>
            </w:r>
          </w:p>
        </w:tc>
        <w:tc>
          <w:tcPr>
            <w:tcW w:w="2160" w:type="dxa"/>
            <w:shd w:val="clear" w:color="auto" w:fill="F9FBFD"/>
            <w:tcMar>
              <w:top w:w="70" w:type="dxa"/>
              <w:left w:w="100" w:type="dxa"/>
              <w:bottom w:w="70" w:type="dxa"/>
              <w:right w:w="100" w:type="dxa"/>
            </w:tcMar>
          </w:tcPr>
          <w:p w14:paraId="4A047FA8" w14:textId="6D98D7DD" w:rsidR="00D42C93" w:rsidRPr="00D42C93" w:rsidRDefault="00407892">
            <w:pPr>
              <w:spacing w:before="40" w:after="40"/>
              <w:rPr>
                <w:color w:val="141414"/>
                <w:sz w:val="19"/>
              </w:rPr>
            </w:pPr>
            <w:proofErr w:type="gramStart"/>
            <w:r>
              <w:rPr>
                <w:color w:val="141414"/>
                <w:sz w:val="19"/>
              </w:rPr>
              <w:t>[  ]</w:t>
            </w:r>
            <w:proofErr w:type="gramEnd"/>
            <w:r>
              <w:rPr>
                <w:color w:val="141414"/>
                <w:sz w:val="19"/>
              </w:rPr>
              <w:t xml:space="preserve"> YES   [  ] NO</w:t>
            </w:r>
          </w:p>
        </w:tc>
      </w:tr>
      <w:tr w:rsidR="00D42C93" w14:paraId="48BF0FD6" w14:textId="77777777" w:rsidTr="00D6069F">
        <w:trPr>
          <w:jc w:val="center"/>
        </w:trPr>
        <w:tc>
          <w:tcPr>
            <w:tcW w:w="720" w:type="dxa"/>
            <w:shd w:val="clear" w:color="auto" w:fill="F9FBFD"/>
            <w:tcMar>
              <w:top w:w="70" w:type="dxa"/>
              <w:left w:w="100" w:type="dxa"/>
              <w:bottom w:w="70" w:type="dxa"/>
              <w:right w:w="100" w:type="dxa"/>
            </w:tcMar>
          </w:tcPr>
          <w:p w14:paraId="514F2B31" w14:textId="77777777" w:rsidR="00D42C93" w:rsidRDefault="00D42C93">
            <w:pPr>
              <w:spacing w:before="40" w:after="40"/>
              <w:rPr>
                <w:color w:val="141414"/>
                <w:sz w:val="19"/>
              </w:rPr>
            </w:pPr>
          </w:p>
        </w:tc>
        <w:tc>
          <w:tcPr>
            <w:tcW w:w="9360" w:type="dxa"/>
            <w:gridSpan w:val="2"/>
            <w:shd w:val="clear" w:color="auto" w:fill="F9FBFD"/>
            <w:tcMar>
              <w:top w:w="70" w:type="dxa"/>
              <w:left w:w="100" w:type="dxa"/>
              <w:bottom w:w="70" w:type="dxa"/>
              <w:right w:w="100" w:type="dxa"/>
            </w:tcMar>
          </w:tcPr>
          <w:p w14:paraId="524F56BA" w14:textId="77777777" w:rsidR="00D42C93" w:rsidRDefault="00D42C93">
            <w:pPr>
              <w:spacing w:before="40" w:after="40"/>
              <w:rPr>
                <w:color w:val="141414"/>
                <w:sz w:val="19"/>
              </w:rPr>
            </w:pPr>
          </w:p>
        </w:tc>
      </w:tr>
      <w:tr w:rsidR="00AA3848" w14:paraId="5F4D21D3" w14:textId="77777777" w:rsidTr="00D42C93">
        <w:trPr>
          <w:jc w:val="center"/>
        </w:trPr>
        <w:tc>
          <w:tcPr>
            <w:tcW w:w="720" w:type="dxa"/>
            <w:shd w:val="clear" w:color="auto" w:fill="FFFFFF"/>
            <w:tcMar>
              <w:top w:w="70" w:type="dxa"/>
              <w:left w:w="100" w:type="dxa"/>
              <w:bottom w:w="70" w:type="dxa"/>
              <w:right w:w="100" w:type="dxa"/>
            </w:tcMar>
          </w:tcPr>
          <w:p w14:paraId="4B69D5FD" w14:textId="77777777" w:rsidR="00AA3848" w:rsidRDefault="00407892">
            <w:pPr>
              <w:spacing w:before="40" w:after="40"/>
            </w:pPr>
            <w:r>
              <w:rPr>
                <w:color w:val="141414"/>
                <w:sz w:val="19"/>
              </w:rPr>
              <w:t>5.4</w:t>
            </w:r>
          </w:p>
        </w:tc>
        <w:tc>
          <w:tcPr>
            <w:tcW w:w="7200" w:type="dxa"/>
            <w:shd w:val="clear" w:color="auto" w:fill="FFFFFF"/>
            <w:tcMar>
              <w:top w:w="70" w:type="dxa"/>
              <w:left w:w="100" w:type="dxa"/>
              <w:bottom w:w="70" w:type="dxa"/>
              <w:right w:w="100" w:type="dxa"/>
            </w:tcMar>
          </w:tcPr>
          <w:p w14:paraId="36431F21" w14:textId="38F061EC" w:rsidR="00AA3848" w:rsidRDefault="00407892">
            <w:pPr>
              <w:spacing w:before="40" w:after="40"/>
            </w:pPr>
            <w:r>
              <w:rPr>
                <w:color w:val="141414"/>
                <w:sz w:val="19"/>
              </w:rPr>
              <w:t>Have you resigned or quit a job before you were about to be fired?</w:t>
            </w:r>
            <w:r w:rsidR="000C22B4">
              <w:rPr>
                <w:color w:val="141414"/>
                <w:sz w:val="19"/>
              </w:rPr>
              <w:t xml:space="preserve"> If YES, provide itemized detailed explanation:</w:t>
            </w:r>
          </w:p>
        </w:tc>
        <w:tc>
          <w:tcPr>
            <w:tcW w:w="2160" w:type="dxa"/>
            <w:shd w:val="clear" w:color="auto" w:fill="FFFFFF"/>
            <w:tcMar>
              <w:top w:w="70" w:type="dxa"/>
              <w:left w:w="100" w:type="dxa"/>
              <w:bottom w:w="70" w:type="dxa"/>
              <w:right w:w="100" w:type="dxa"/>
            </w:tcMar>
          </w:tcPr>
          <w:p w14:paraId="480E151F"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D42C93" w14:paraId="19DB1189" w14:textId="77777777" w:rsidTr="00F34C95">
        <w:trPr>
          <w:jc w:val="center"/>
        </w:trPr>
        <w:tc>
          <w:tcPr>
            <w:tcW w:w="720" w:type="dxa"/>
            <w:shd w:val="clear" w:color="auto" w:fill="FFFFFF"/>
            <w:tcMar>
              <w:top w:w="70" w:type="dxa"/>
              <w:left w:w="100" w:type="dxa"/>
              <w:bottom w:w="70" w:type="dxa"/>
              <w:right w:w="100" w:type="dxa"/>
            </w:tcMar>
          </w:tcPr>
          <w:p w14:paraId="4439CCB7" w14:textId="77777777" w:rsidR="00D42C93" w:rsidRDefault="00D42C93">
            <w:pPr>
              <w:spacing w:before="40" w:after="40"/>
              <w:rPr>
                <w:color w:val="141414"/>
                <w:sz w:val="19"/>
              </w:rPr>
            </w:pPr>
          </w:p>
        </w:tc>
        <w:tc>
          <w:tcPr>
            <w:tcW w:w="9360" w:type="dxa"/>
            <w:gridSpan w:val="2"/>
            <w:shd w:val="clear" w:color="auto" w:fill="FFFFFF"/>
            <w:tcMar>
              <w:top w:w="70" w:type="dxa"/>
              <w:left w:w="100" w:type="dxa"/>
              <w:bottom w:w="70" w:type="dxa"/>
              <w:right w:w="100" w:type="dxa"/>
            </w:tcMar>
          </w:tcPr>
          <w:p w14:paraId="64EAAC26" w14:textId="77777777" w:rsidR="00D42C93" w:rsidRDefault="00D42C93">
            <w:pPr>
              <w:spacing w:before="40" w:after="40"/>
              <w:rPr>
                <w:color w:val="141414"/>
                <w:sz w:val="19"/>
              </w:rPr>
            </w:pPr>
          </w:p>
        </w:tc>
      </w:tr>
      <w:tr w:rsidR="00AA3848" w14:paraId="0EE9537D" w14:textId="77777777" w:rsidTr="00D42C93">
        <w:trPr>
          <w:jc w:val="center"/>
        </w:trPr>
        <w:tc>
          <w:tcPr>
            <w:tcW w:w="720" w:type="dxa"/>
            <w:shd w:val="clear" w:color="auto" w:fill="F9FBFD"/>
            <w:tcMar>
              <w:top w:w="70" w:type="dxa"/>
              <w:left w:w="100" w:type="dxa"/>
              <w:bottom w:w="70" w:type="dxa"/>
              <w:right w:w="100" w:type="dxa"/>
            </w:tcMar>
          </w:tcPr>
          <w:p w14:paraId="2D177425" w14:textId="77777777" w:rsidR="00AA3848" w:rsidRDefault="00407892">
            <w:pPr>
              <w:spacing w:before="40" w:after="40"/>
            </w:pPr>
            <w:r>
              <w:rPr>
                <w:color w:val="141414"/>
                <w:sz w:val="19"/>
              </w:rPr>
              <w:t>5.5</w:t>
            </w:r>
          </w:p>
        </w:tc>
        <w:tc>
          <w:tcPr>
            <w:tcW w:w="7200" w:type="dxa"/>
            <w:shd w:val="clear" w:color="auto" w:fill="F9FBFD"/>
            <w:tcMar>
              <w:top w:w="70" w:type="dxa"/>
              <w:left w:w="100" w:type="dxa"/>
              <w:bottom w:w="70" w:type="dxa"/>
              <w:right w:w="100" w:type="dxa"/>
            </w:tcMar>
          </w:tcPr>
          <w:p w14:paraId="77CF76C5" w14:textId="2BC02464" w:rsidR="00AA3848" w:rsidRDefault="00407892">
            <w:pPr>
              <w:spacing w:before="40" w:after="40"/>
            </w:pPr>
            <w:r>
              <w:rPr>
                <w:color w:val="141414"/>
                <w:sz w:val="19"/>
              </w:rPr>
              <w:t>Have you ever abused sick leave as a reason to not go to work?</w:t>
            </w:r>
            <w:r w:rsidR="000C22B4">
              <w:rPr>
                <w:color w:val="141414"/>
                <w:sz w:val="19"/>
              </w:rPr>
              <w:t xml:space="preserve"> If YES, provide itemized detailed explanation:</w:t>
            </w:r>
          </w:p>
        </w:tc>
        <w:tc>
          <w:tcPr>
            <w:tcW w:w="2160" w:type="dxa"/>
            <w:shd w:val="clear" w:color="auto" w:fill="F9FBFD"/>
            <w:tcMar>
              <w:top w:w="70" w:type="dxa"/>
              <w:left w:w="100" w:type="dxa"/>
              <w:bottom w:w="70" w:type="dxa"/>
              <w:right w:w="100" w:type="dxa"/>
            </w:tcMar>
          </w:tcPr>
          <w:p w14:paraId="6D0C60C5"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D42C93" w14:paraId="03D8E2CB" w14:textId="77777777" w:rsidTr="00E24B63">
        <w:trPr>
          <w:jc w:val="center"/>
        </w:trPr>
        <w:tc>
          <w:tcPr>
            <w:tcW w:w="720" w:type="dxa"/>
            <w:shd w:val="clear" w:color="auto" w:fill="F9FBFD"/>
            <w:tcMar>
              <w:top w:w="70" w:type="dxa"/>
              <w:left w:w="100" w:type="dxa"/>
              <w:bottom w:w="70" w:type="dxa"/>
              <w:right w:w="100" w:type="dxa"/>
            </w:tcMar>
          </w:tcPr>
          <w:p w14:paraId="0647FC1E" w14:textId="77777777" w:rsidR="00D42C93" w:rsidRDefault="00D42C93">
            <w:pPr>
              <w:spacing w:before="40" w:after="40"/>
              <w:rPr>
                <w:color w:val="141414"/>
                <w:sz w:val="19"/>
              </w:rPr>
            </w:pPr>
          </w:p>
        </w:tc>
        <w:tc>
          <w:tcPr>
            <w:tcW w:w="9360" w:type="dxa"/>
            <w:gridSpan w:val="2"/>
            <w:shd w:val="clear" w:color="auto" w:fill="F9FBFD"/>
            <w:tcMar>
              <w:top w:w="70" w:type="dxa"/>
              <w:left w:w="100" w:type="dxa"/>
              <w:bottom w:w="70" w:type="dxa"/>
              <w:right w:w="100" w:type="dxa"/>
            </w:tcMar>
          </w:tcPr>
          <w:p w14:paraId="13D8EBC0" w14:textId="77777777" w:rsidR="00D42C93" w:rsidRDefault="00D42C93">
            <w:pPr>
              <w:spacing w:before="40" w:after="40"/>
              <w:rPr>
                <w:color w:val="141414"/>
                <w:sz w:val="19"/>
              </w:rPr>
            </w:pPr>
          </w:p>
        </w:tc>
      </w:tr>
      <w:tr w:rsidR="00AA3848" w14:paraId="79F1B1B2" w14:textId="77777777" w:rsidTr="00D42C93">
        <w:trPr>
          <w:jc w:val="center"/>
        </w:trPr>
        <w:tc>
          <w:tcPr>
            <w:tcW w:w="720" w:type="dxa"/>
            <w:shd w:val="clear" w:color="auto" w:fill="FFFFFF"/>
            <w:tcMar>
              <w:top w:w="70" w:type="dxa"/>
              <w:left w:w="100" w:type="dxa"/>
              <w:bottom w:w="70" w:type="dxa"/>
              <w:right w:w="100" w:type="dxa"/>
            </w:tcMar>
          </w:tcPr>
          <w:p w14:paraId="2834A7DF" w14:textId="77777777" w:rsidR="00AA3848" w:rsidRDefault="00407892">
            <w:pPr>
              <w:spacing w:before="40" w:after="40"/>
            </w:pPr>
            <w:r>
              <w:rPr>
                <w:color w:val="141414"/>
                <w:sz w:val="19"/>
              </w:rPr>
              <w:t>5.6</w:t>
            </w:r>
          </w:p>
        </w:tc>
        <w:tc>
          <w:tcPr>
            <w:tcW w:w="7200" w:type="dxa"/>
            <w:shd w:val="clear" w:color="auto" w:fill="FFFFFF"/>
            <w:tcMar>
              <w:top w:w="70" w:type="dxa"/>
              <w:left w:w="100" w:type="dxa"/>
              <w:bottom w:w="70" w:type="dxa"/>
              <w:right w:w="100" w:type="dxa"/>
            </w:tcMar>
          </w:tcPr>
          <w:p w14:paraId="0718D81A" w14:textId="245EDC93" w:rsidR="00AA3848" w:rsidRDefault="00407892">
            <w:pPr>
              <w:spacing w:before="40" w:after="40"/>
            </w:pPr>
            <w:r>
              <w:rPr>
                <w:color w:val="141414"/>
                <w:sz w:val="19"/>
              </w:rPr>
              <w:t>Have you ever been asked to resign a position?</w:t>
            </w:r>
            <w:r w:rsidR="000C22B4">
              <w:rPr>
                <w:color w:val="141414"/>
                <w:sz w:val="19"/>
              </w:rPr>
              <w:t xml:space="preserve"> If YES, provide itemized detailed explanation:</w:t>
            </w:r>
          </w:p>
        </w:tc>
        <w:tc>
          <w:tcPr>
            <w:tcW w:w="2160" w:type="dxa"/>
            <w:shd w:val="clear" w:color="auto" w:fill="FFFFFF"/>
            <w:tcMar>
              <w:top w:w="70" w:type="dxa"/>
              <w:left w:w="100" w:type="dxa"/>
              <w:bottom w:w="70" w:type="dxa"/>
              <w:right w:w="100" w:type="dxa"/>
            </w:tcMar>
          </w:tcPr>
          <w:p w14:paraId="5F2718DD"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D42C93" w14:paraId="54160E52" w14:textId="77777777" w:rsidTr="00F92026">
        <w:trPr>
          <w:jc w:val="center"/>
        </w:trPr>
        <w:tc>
          <w:tcPr>
            <w:tcW w:w="720" w:type="dxa"/>
            <w:shd w:val="clear" w:color="auto" w:fill="FFFFFF"/>
            <w:tcMar>
              <w:top w:w="70" w:type="dxa"/>
              <w:left w:w="100" w:type="dxa"/>
              <w:bottom w:w="70" w:type="dxa"/>
              <w:right w:w="100" w:type="dxa"/>
            </w:tcMar>
          </w:tcPr>
          <w:p w14:paraId="3E32CB14" w14:textId="77777777" w:rsidR="00D42C93" w:rsidRDefault="00D42C93">
            <w:pPr>
              <w:spacing w:before="40" w:after="40"/>
              <w:rPr>
                <w:color w:val="141414"/>
                <w:sz w:val="19"/>
              </w:rPr>
            </w:pPr>
          </w:p>
        </w:tc>
        <w:tc>
          <w:tcPr>
            <w:tcW w:w="9360" w:type="dxa"/>
            <w:gridSpan w:val="2"/>
            <w:shd w:val="clear" w:color="auto" w:fill="FFFFFF"/>
            <w:tcMar>
              <w:top w:w="70" w:type="dxa"/>
              <w:left w:w="100" w:type="dxa"/>
              <w:bottom w:w="70" w:type="dxa"/>
              <w:right w:w="100" w:type="dxa"/>
            </w:tcMar>
          </w:tcPr>
          <w:p w14:paraId="143F1BB1" w14:textId="77777777" w:rsidR="00D42C93" w:rsidRDefault="00D42C93">
            <w:pPr>
              <w:spacing w:before="40" w:after="40"/>
              <w:rPr>
                <w:color w:val="141414"/>
                <w:sz w:val="19"/>
              </w:rPr>
            </w:pPr>
          </w:p>
        </w:tc>
      </w:tr>
      <w:tr w:rsidR="00AA3848" w14:paraId="79FA0D76" w14:textId="77777777" w:rsidTr="00D42C93">
        <w:trPr>
          <w:jc w:val="center"/>
        </w:trPr>
        <w:tc>
          <w:tcPr>
            <w:tcW w:w="720" w:type="dxa"/>
            <w:shd w:val="clear" w:color="auto" w:fill="F9FBFD"/>
            <w:tcMar>
              <w:top w:w="70" w:type="dxa"/>
              <w:left w:w="100" w:type="dxa"/>
              <w:bottom w:w="70" w:type="dxa"/>
              <w:right w:w="100" w:type="dxa"/>
            </w:tcMar>
          </w:tcPr>
          <w:p w14:paraId="483AEA95" w14:textId="77777777" w:rsidR="00AA3848" w:rsidRDefault="00407892">
            <w:pPr>
              <w:spacing w:before="40" w:after="40"/>
            </w:pPr>
            <w:r>
              <w:rPr>
                <w:color w:val="141414"/>
                <w:sz w:val="19"/>
              </w:rPr>
              <w:t>5.7</w:t>
            </w:r>
          </w:p>
        </w:tc>
        <w:tc>
          <w:tcPr>
            <w:tcW w:w="7200" w:type="dxa"/>
            <w:shd w:val="clear" w:color="auto" w:fill="F9FBFD"/>
            <w:tcMar>
              <w:top w:w="70" w:type="dxa"/>
              <w:left w:w="100" w:type="dxa"/>
              <w:bottom w:w="70" w:type="dxa"/>
              <w:right w:w="100" w:type="dxa"/>
            </w:tcMar>
          </w:tcPr>
          <w:p w14:paraId="174625C8" w14:textId="5B2C01F1" w:rsidR="00AA3848" w:rsidRDefault="00407892">
            <w:pPr>
              <w:spacing w:before="40" w:after="40"/>
            </w:pPr>
            <w:r>
              <w:rPr>
                <w:color w:val="141414"/>
                <w:sz w:val="19"/>
              </w:rPr>
              <w:t>Have you withheld any information on this application concerning prior employment or reasons for leaving?</w:t>
            </w:r>
            <w:r w:rsidR="000C22B4">
              <w:rPr>
                <w:color w:val="141414"/>
                <w:sz w:val="19"/>
              </w:rPr>
              <w:t xml:space="preserve"> If YES, provide itemized detailed explanation:</w:t>
            </w:r>
          </w:p>
        </w:tc>
        <w:tc>
          <w:tcPr>
            <w:tcW w:w="2160" w:type="dxa"/>
            <w:shd w:val="clear" w:color="auto" w:fill="F9FBFD"/>
            <w:tcMar>
              <w:top w:w="70" w:type="dxa"/>
              <w:left w:w="100" w:type="dxa"/>
              <w:bottom w:w="70" w:type="dxa"/>
              <w:right w:w="100" w:type="dxa"/>
            </w:tcMar>
          </w:tcPr>
          <w:p w14:paraId="7924205A"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D42C93" w14:paraId="0B69729D" w14:textId="77777777" w:rsidTr="00411821">
        <w:trPr>
          <w:jc w:val="center"/>
        </w:trPr>
        <w:tc>
          <w:tcPr>
            <w:tcW w:w="720" w:type="dxa"/>
            <w:shd w:val="clear" w:color="auto" w:fill="F9FBFD"/>
            <w:tcMar>
              <w:top w:w="70" w:type="dxa"/>
              <w:left w:w="100" w:type="dxa"/>
              <w:bottom w:w="70" w:type="dxa"/>
              <w:right w:w="100" w:type="dxa"/>
            </w:tcMar>
          </w:tcPr>
          <w:p w14:paraId="32BAAB6A" w14:textId="77777777" w:rsidR="00D42C93" w:rsidRDefault="00D42C93">
            <w:pPr>
              <w:spacing w:before="40" w:after="40"/>
              <w:rPr>
                <w:color w:val="141414"/>
                <w:sz w:val="19"/>
              </w:rPr>
            </w:pPr>
          </w:p>
        </w:tc>
        <w:tc>
          <w:tcPr>
            <w:tcW w:w="9360" w:type="dxa"/>
            <w:gridSpan w:val="2"/>
            <w:shd w:val="clear" w:color="auto" w:fill="F9FBFD"/>
            <w:tcMar>
              <w:top w:w="70" w:type="dxa"/>
              <w:left w:w="100" w:type="dxa"/>
              <w:bottom w:w="70" w:type="dxa"/>
              <w:right w:w="100" w:type="dxa"/>
            </w:tcMar>
          </w:tcPr>
          <w:p w14:paraId="7210D933" w14:textId="5585D530" w:rsidR="00D42C93" w:rsidRDefault="00D42C93">
            <w:pPr>
              <w:spacing w:before="40" w:after="40"/>
              <w:rPr>
                <w:color w:val="141414"/>
                <w:sz w:val="19"/>
              </w:rPr>
            </w:pPr>
          </w:p>
        </w:tc>
      </w:tr>
    </w:tbl>
    <w:p w14:paraId="4918EEDB" w14:textId="77777777" w:rsidR="00AA3848" w:rsidRDefault="00AA3848">
      <w:pPr>
        <w:spacing w:after="120"/>
      </w:pPr>
    </w:p>
    <w:p w14:paraId="77EB66B7" w14:textId="77777777" w:rsidR="000C22B4" w:rsidRDefault="000C22B4">
      <w:pPr>
        <w:keepNext/>
        <w:spacing w:before="280" w:after="120"/>
        <w:rPr>
          <w:b/>
          <w:color w:val="1B365D"/>
          <w:sz w:val="26"/>
        </w:rPr>
      </w:pPr>
      <w:r>
        <w:rPr>
          <w:b/>
          <w:color w:val="1B365D"/>
          <w:sz w:val="26"/>
        </w:rPr>
        <w:br w:type="page"/>
      </w:r>
    </w:p>
    <w:p w14:paraId="5C901508" w14:textId="07703D46" w:rsidR="00AA3848" w:rsidRDefault="00407892" w:rsidP="00D90BC6">
      <w:pPr>
        <w:keepNext/>
        <w:spacing w:after="0" w:line="240" w:lineRule="auto"/>
      </w:pPr>
      <w:r>
        <w:rPr>
          <w:b/>
          <w:color w:val="1B365D"/>
          <w:sz w:val="26"/>
        </w:rPr>
        <w:lastRenderedPageBreak/>
        <w:t>SECTION 6: MILITARY SERVICE RECORD</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4608"/>
        <w:gridCol w:w="5472"/>
      </w:tblGrid>
      <w:tr w:rsidR="00AA3848" w14:paraId="6DF7E122" w14:textId="77777777">
        <w:trPr>
          <w:jc w:val="center"/>
        </w:trPr>
        <w:tc>
          <w:tcPr>
            <w:tcW w:w="4608" w:type="dxa"/>
            <w:shd w:val="clear" w:color="auto" w:fill="1B365D"/>
            <w:tcMar>
              <w:top w:w="70" w:type="dxa"/>
              <w:left w:w="100" w:type="dxa"/>
              <w:bottom w:w="70" w:type="dxa"/>
              <w:right w:w="100" w:type="dxa"/>
            </w:tcMar>
          </w:tcPr>
          <w:p w14:paraId="1E83CD11" w14:textId="77777777" w:rsidR="00AA3848" w:rsidRDefault="00407892" w:rsidP="00D90BC6">
            <w:pPr>
              <w:spacing w:after="0" w:line="240" w:lineRule="auto"/>
            </w:pPr>
            <w:r>
              <w:rPr>
                <w:b/>
                <w:color w:val="FFFFFF"/>
                <w:sz w:val="19"/>
              </w:rPr>
              <w:t>Question / Detail</w:t>
            </w:r>
          </w:p>
        </w:tc>
        <w:tc>
          <w:tcPr>
            <w:tcW w:w="5472" w:type="dxa"/>
            <w:shd w:val="clear" w:color="auto" w:fill="1B365D"/>
            <w:tcMar>
              <w:top w:w="70" w:type="dxa"/>
              <w:left w:w="100" w:type="dxa"/>
              <w:bottom w:w="70" w:type="dxa"/>
              <w:right w:w="100" w:type="dxa"/>
            </w:tcMar>
          </w:tcPr>
          <w:p w14:paraId="415ED400" w14:textId="77777777" w:rsidR="00AA3848" w:rsidRDefault="00407892" w:rsidP="00D90BC6">
            <w:pPr>
              <w:spacing w:after="0" w:line="240" w:lineRule="auto"/>
            </w:pPr>
            <w:r>
              <w:rPr>
                <w:b/>
                <w:color w:val="FFFFFF"/>
                <w:sz w:val="19"/>
              </w:rPr>
              <w:t>Applicant Entry</w:t>
            </w:r>
          </w:p>
        </w:tc>
      </w:tr>
      <w:tr w:rsidR="00AA3848" w14:paraId="1EAD1177" w14:textId="77777777">
        <w:trPr>
          <w:jc w:val="center"/>
        </w:trPr>
        <w:tc>
          <w:tcPr>
            <w:tcW w:w="4608" w:type="dxa"/>
            <w:shd w:val="clear" w:color="auto" w:fill="FFFFFF"/>
            <w:tcMar>
              <w:top w:w="70" w:type="dxa"/>
              <w:left w:w="100" w:type="dxa"/>
              <w:bottom w:w="70" w:type="dxa"/>
              <w:right w:w="100" w:type="dxa"/>
            </w:tcMar>
          </w:tcPr>
          <w:p w14:paraId="5984CD16" w14:textId="77777777" w:rsidR="00AA3848" w:rsidRDefault="00407892" w:rsidP="00D90BC6">
            <w:pPr>
              <w:spacing w:after="0" w:line="240" w:lineRule="auto"/>
            </w:pPr>
            <w:r>
              <w:rPr>
                <w:color w:val="141414"/>
                <w:sz w:val="19"/>
              </w:rPr>
              <w:t>Have you served in Armed Forces (Active, Reserve, National Guard)?</w:t>
            </w:r>
          </w:p>
        </w:tc>
        <w:tc>
          <w:tcPr>
            <w:tcW w:w="5472" w:type="dxa"/>
            <w:shd w:val="clear" w:color="auto" w:fill="FFFFFF"/>
            <w:tcMar>
              <w:top w:w="70" w:type="dxa"/>
              <w:left w:w="100" w:type="dxa"/>
              <w:bottom w:w="70" w:type="dxa"/>
              <w:right w:w="100" w:type="dxa"/>
            </w:tcMar>
          </w:tcPr>
          <w:p w14:paraId="56BCA905" w14:textId="77777777" w:rsidR="00AA3848" w:rsidRDefault="00407892" w:rsidP="00D90BC6">
            <w:pPr>
              <w:spacing w:after="0" w:line="240" w:lineRule="auto"/>
            </w:pPr>
            <w:proofErr w:type="gramStart"/>
            <w:r>
              <w:rPr>
                <w:color w:val="141414"/>
                <w:sz w:val="19"/>
              </w:rPr>
              <w:t>[  ]</w:t>
            </w:r>
            <w:proofErr w:type="gramEnd"/>
            <w:r>
              <w:rPr>
                <w:color w:val="141414"/>
                <w:sz w:val="19"/>
              </w:rPr>
              <w:t xml:space="preserve"> YES    [  ] NO</w:t>
            </w:r>
          </w:p>
        </w:tc>
      </w:tr>
      <w:tr w:rsidR="00AA3848" w14:paraId="16CC17C7" w14:textId="77777777">
        <w:trPr>
          <w:jc w:val="center"/>
        </w:trPr>
        <w:tc>
          <w:tcPr>
            <w:tcW w:w="4608" w:type="dxa"/>
            <w:shd w:val="clear" w:color="auto" w:fill="F9FBFD"/>
            <w:tcMar>
              <w:top w:w="70" w:type="dxa"/>
              <w:left w:w="100" w:type="dxa"/>
              <w:bottom w:w="70" w:type="dxa"/>
              <w:right w:w="100" w:type="dxa"/>
            </w:tcMar>
          </w:tcPr>
          <w:p w14:paraId="7083C43D" w14:textId="77777777" w:rsidR="00AA3848" w:rsidRDefault="00407892" w:rsidP="00D90BC6">
            <w:pPr>
              <w:spacing w:after="0" w:line="240" w:lineRule="auto"/>
            </w:pPr>
            <w:r>
              <w:rPr>
                <w:color w:val="141414"/>
                <w:sz w:val="19"/>
              </w:rPr>
              <w:t>If currently a military member, state Classification &amp; Local Unit Address:</w:t>
            </w:r>
          </w:p>
        </w:tc>
        <w:tc>
          <w:tcPr>
            <w:tcW w:w="5472" w:type="dxa"/>
            <w:shd w:val="clear" w:color="auto" w:fill="F9FBFD"/>
            <w:tcMar>
              <w:top w:w="70" w:type="dxa"/>
              <w:left w:w="100" w:type="dxa"/>
              <w:bottom w:w="70" w:type="dxa"/>
              <w:right w:w="100" w:type="dxa"/>
            </w:tcMar>
          </w:tcPr>
          <w:p w14:paraId="0A0C5957" w14:textId="77777777" w:rsidR="00AA3848" w:rsidRDefault="00407892" w:rsidP="00D90BC6">
            <w:pPr>
              <w:spacing w:after="0" w:line="240" w:lineRule="auto"/>
            </w:pPr>
            <w:r>
              <w:rPr>
                <w:color w:val="141414"/>
                <w:sz w:val="19"/>
              </w:rPr>
              <w:t xml:space="preserve">Class: [            </w:t>
            </w:r>
            <w:proofErr w:type="gramStart"/>
            <w:r>
              <w:rPr>
                <w:color w:val="141414"/>
                <w:sz w:val="19"/>
              </w:rPr>
              <w:t xml:space="preserve">  ]</w:t>
            </w:r>
            <w:proofErr w:type="gramEnd"/>
            <w:r>
              <w:rPr>
                <w:color w:val="141414"/>
                <w:sz w:val="19"/>
              </w:rPr>
              <w:t xml:space="preserve">  Unit Address: [                                  ]</w:t>
            </w:r>
          </w:p>
        </w:tc>
      </w:tr>
      <w:tr w:rsidR="00AA3848" w14:paraId="1440CD6C" w14:textId="77777777">
        <w:trPr>
          <w:jc w:val="center"/>
        </w:trPr>
        <w:tc>
          <w:tcPr>
            <w:tcW w:w="4608" w:type="dxa"/>
            <w:shd w:val="clear" w:color="auto" w:fill="FFFFFF"/>
            <w:tcMar>
              <w:top w:w="70" w:type="dxa"/>
              <w:left w:w="100" w:type="dxa"/>
              <w:bottom w:w="70" w:type="dxa"/>
              <w:right w:w="100" w:type="dxa"/>
            </w:tcMar>
          </w:tcPr>
          <w:p w14:paraId="2EB8F779" w14:textId="77777777" w:rsidR="00AA3848" w:rsidRDefault="00407892" w:rsidP="00D90BC6">
            <w:pPr>
              <w:spacing w:after="0" w:line="240" w:lineRule="auto"/>
            </w:pPr>
            <w:r>
              <w:rPr>
                <w:color w:val="141414"/>
                <w:sz w:val="19"/>
              </w:rPr>
              <w:t>Are you registered with the Selective Service?</w:t>
            </w:r>
          </w:p>
        </w:tc>
        <w:tc>
          <w:tcPr>
            <w:tcW w:w="5472" w:type="dxa"/>
            <w:shd w:val="clear" w:color="auto" w:fill="FFFFFF"/>
            <w:tcMar>
              <w:top w:w="70" w:type="dxa"/>
              <w:left w:w="100" w:type="dxa"/>
              <w:bottom w:w="70" w:type="dxa"/>
              <w:right w:w="100" w:type="dxa"/>
            </w:tcMar>
          </w:tcPr>
          <w:p w14:paraId="08FAB00E" w14:textId="77777777" w:rsidR="00AA3848" w:rsidRDefault="00407892" w:rsidP="00D90BC6">
            <w:pPr>
              <w:spacing w:after="0" w:line="240" w:lineRule="auto"/>
            </w:pPr>
            <w:proofErr w:type="gramStart"/>
            <w:r>
              <w:rPr>
                <w:color w:val="141414"/>
                <w:sz w:val="19"/>
              </w:rPr>
              <w:t>[  ]</w:t>
            </w:r>
            <w:proofErr w:type="gramEnd"/>
            <w:r>
              <w:rPr>
                <w:color w:val="141414"/>
                <w:sz w:val="19"/>
              </w:rPr>
              <w:t xml:space="preserve"> YES    [  ] NO</w:t>
            </w:r>
          </w:p>
        </w:tc>
      </w:tr>
    </w:tbl>
    <w:p w14:paraId="151574E4" w14:textId="77777777" w:rsidR="00AA3848" w:rsidRDefault="00AA3848" w:rsidP="00D90BC6">
      <w:pPr>
        <w:spacing w:after="0" w:line="240" w:lineRule="auto"/>
      </w:pPr>
    </w:p>
    <w:p w14:paraId="7331FB55" w14:textId="77777777" w:rsidR="00AA3848" w:rsidRDefault="00407892" w:rsidP="00D90BC6">
      <w:pPr>
        <w:spacing w:after="0" w:line="240" w:lineRule="auto"/>
      </w:pPr>
      <w:r>
        <w:t>List all military service performed:</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872"/>
        <w:gridCol w:w="2160"/>
        <w:gridCol w:w="2160"/>
        <w:gridCol w:w="1728"/>
        <w:gridCol w:w="2160"/>
      </w:tblGrid>
      <w:tr w:rsidR="00AA3848" w14:paraId="3831AADE" w14:textId="77777777" w:rsidTr="000C22B4">
        <w:trPr>
          <w:jc w:val="center"/>
        </w:trPr>
        <w:tc>
          <w:tcPr>
            <w:tcW w:w="1872" w:type="dxa"/>
            <w:shd w:val="clear" w:color="auto" w:fill="1B365D"/>
            <w:tcMar>
              <w:top w:w="70" w:type="dxa"/>
              <w:left w:w="100" w:type="dxa"/>
              <w:bottom w:w="70" w:type="dxa"/>
              <w:right w:w="100" w:type="dxa"/>
            </w:tcMar>
          </w:tcPr>
          <w:p w14:paraId="5F83E809" w14:textId="77777777" w:rsidR="00AA3848" w:rsidRDefault="00407892" w:rsidP="00D90BC6">
            <w:pPr>
              <w:spacing w:after="0" w:line="240" w:lineRule="auto"/>
            </w:pPr>
            <w:r>
              <w:rPr>
                <w:b/>
                <w:color w:val="FFFFFF"/>
                <w:sz w:val="19"/>
              </w:rPr>
              <w:t>From - To</w:t>
            </w:r>
          </w:p>
        </w:tc>
        <w:tc>
          <w:tcPr>
            <w:tcW w:w="2160" w:type="dxa"/>
            <w:shd w:val="clear" w:color="auto" w:fill="1B365D"/>
            <w:tcMar>
              <w:top w:w="70" w:type="dxa"/>
              <w:left w:w="100" w:type="dxa"/>
              <w:bottom w:w="70" w:type="dxa"/>
              <w:right w:w="100" w:type="dxa"/>
            </w:tcMar>
          </w:tcPr>
          <w:p w14:paraId="62697A5C" w14:textId="77777777" w:rsidR="00AA3848" w:rsidRDefault="00407892" w:rsidP="00D90BC6">
            <w:pPr>
              <w:spacing w:after="0" w:line="240" w:lineRule="auto"/>
            </w:pPr>
            <w:r>
              <w:rPr>
                <w:b/>
                <w:color w:val="FFFFFF"/>
                <w:sz w:val="19"/>
              </w:rPr>
              <w:t>Branch of Service</w:t>
            </w:r>
          </w:p>
        </w:tc>
        <w:tc>
          <w:tcPr>
            <w:tcW w:w="2160" w:type="dxa"/>
            <w:shd w:val="clear" w:color="auto" w:fill="1B365D"/>
            <w:tcMar>
              <w:top w:w="70" w:type="dxa"/>
              <w:left w:w="100" w:type="dxa"/>
              <w:bottom w:w="70" w:type="dxa"/>
              <w:right w:w="100" w:type="dxa"/>
            </w:tcMar>
          </w:tcPr>
          <w:p w14:paraId="0387F424" w14:textId="77777777" w:rsidR="00AA3848" w:rsidRDefault="00407892" w:rsidP="00D90BC6">
            <w:pPr>
              <w:spacing w:after="0" w:line="240" w:lineRule="auto"/>
            </w:pPr>
            <w:r>
              <w:rPr>
                <w:b/>
                <w:color w:val="FFFFFF"/>
                <w:sz w:val="19"/>
              </w:rPr>
              <w:t>Status (Active/Reserve)</w:t>
            </w:r>
          </w:p>
        </w:tc>
        <w:tc>
          <w:tcPr>
            <w:tcW w:w="1728" w:type="dxa"/>
            <w:shd w:val="clear" w:color="auto" w:fill="1B365D"/>
            <w:tcMar>
              <w:top w:w="70" w:type="dxa"/>
              <w:left w:w="100" w:type="dxa"/>
              <w:bottom w:w="70" w:type="dxa"/>
              <w:right w:w="100" w:type="dxa"/>
            </w:tcMar>
          </w:tcPr>
          <w:p w14:paraId="11ADBEF4" w14:textId="77777777" w:rsidR="00AA3848" w:rsidRDefault="00407892" w:rsidP="00D90BC6">
            <w:pPr>
              <w:spacing w:after="0" w:line="240" w:lineRule="auto"/>
            </w:pPr>
            <w:r>
              <w:rPr>
                <w:b/>
                <w:color w:val="FFFFFF"/>
                <w:sz w:val="19"/>
              </w:rPr>
              <w:t>Highest Rank</w:t>
            </w:r>
          </w:p>
        </w:tc>
        <w:tc>
          <w:tcPr>
            <w:tcW w:w="2160" w:type="dxa"/>
            <w:shd w:val="clear" w:color="auto" w:fill="1B365D"/>
            <w:tcMar>
              <w:top w:w="70" w:type="dxa"/>
              <w:left w:w="100" w:type="dxa"/>
              <w:bottom w:w="70" w:type="dxa"/>
              <w:right w:w="100" w:type="dxa"/>
            </w:tcMar>
          </w:tcPr>
          <w:p w14:paraId="5183611E" w14:textId="77777777" w:rsidR="00AA3848" w:rsidRDefault="00407892" w:rsidP="00D90BC6">
            <w:pPr>
              <w:spacing w:after="0" w:line="240" w:lineRule="auto"/>
            </w:pPr>
            <w:r>
              <w:rPr>
                <w:b/>
                <w:color w:val="FFFFFF"/>
                <w:sz w:val="19"/>
              </w:rPr>
              <w:t>Discharge Type</w:t>
            </w:r>
          </w:p>
        </w:tc>
      </w:tr>
      <w:tr w:rsidR="00AA3848" w14:paraId="4AEDB70A" w14:textId="77777777" w:rsidTr="000C22B4">
        <w:trPr>
          <w:jc w:val="center"/>
        </w:trPr>
        <w:tc>
          <w:tcPr>
            <w:tcW w:w="1872" w:type="dxa"/>
            <w:shd w:val="clear" w:color="auto" w:fill="FFFFFF"/>
            <w:tcMar>
              <w:top w:w="70" w:type="dxa"/>
              <w:left w:w="100" w:type="dxa"/>
              <w:bottom w:w="70" w:type="dxa"/>
              <w:right w:w="100" w:type="dxa"/>
            </w:tcMar>
          </w:tcPr>
          <w:p w14:paraId="6474E0DC" w14:textId="77777777" w:rsidR="00AA3848" w:rsidRDefault="00407892" w:rsidP="00D90BC6">
            <w:pPr>
              <w:spacing w:after="0" w:line="240" w:lineRule="auto"/>
            </w:pPr>
            <w:r>
              <w:rPr>
                <w:color w:val="141414"/>
                <w:sz w:val="19"/>
              </w:rPr>
              <w:t>[ MM/</w:t>
            </w:r>
            <w:proofErr w:type="spellStart"/>
            <w:r>
              <w:rPr>
                <w:color w:val="141414"/>
                <w:sz w:val="19"/>
              </w:rPr>
              <w:t>YY</w:t>
            </w:r>
            <w:proofErr w:type="spellEnd"/>
            <w:r>
              <w:rPr>
                <w:color w:val="141414"/>
                <w:sz w:val="19"/>
              </w:rPr>
              <w:t>-MM/</w:t>
            </w:r>
            <w:proofErr w:type="spellStart"/>
            <w:proofErr w:type="gramStart"/>
            <w:r>
              <w:rPr>
                <w:color w:val="141414"/>
                <w:sz w:val="19"/>
              </w:rPr>
              <w:t>YY</w:t>
            </w:r>
            <w:proofErr w:type="spellEnd"/>
            <w:r>
              <w:rPr>
                <w:color w:val="141414"/>
                <w:sz w:val="19"/>
              </w:rPr>
              <w:t xml:space="preserve"> ]</w:t>
            </w:r>
            <w:proofErr w:type="gramEnd"/>
          </w:p>
        </w:tc>
        <w:tc>
          <w:tcPr>
            <w:tcW w:w="2160" w:type="dxa"/>
            <w:shd w:val="clear" w:color="auto" w:fill="FFFFFF"/>
            <w:tcMar>
              <w:top w:w="70" w:type="dxa"/>
              <w:left w:w="100" w:type="dxa"/>
              <w:bottom w:w="70" w:type="dxa"/>
              <w:right w:w="100" w:type="dxa"/>
            </w:tcMar>
          </w:tcPr>
          <w:p w14:paraId="72E34C6F" w14:textId="77777777" w:rsidR="00AA3848" w:rsidRDefault="00407892" w:rsidP="00D90BC6">
            <w:pPr>
              <w:spacing w:after="0" w:line="240" w:lineRule="auto"/>
            </w:pPr>
            <w:r>
              <w:rPr>
                <w:color w:val="141414"/>
                <w:sz w:val="19"/>
              </w:rPr>
              <w:t xml:space="preserve">[ </w:t>
            </w:r>
            <w:proofErr w:type="gramStart"/>
            <w:r>
              <w:rPr>
                <w:color w:val="141414"/>
                <w:sz w:val="19"/>
              </w:rPr>
              <w:t>Branch ]</w:t>
            </w:r>
            <w:proofErr w:type="gramEnd"/>
          </w:p>
        </w:tc>
        <w:tc>
          <w:tcPr>
            <w:tcW w:w="2160" w:type="dxa"/>
            <w:shd w:val="clear" w:color="auto" w:fill="FFFFFF"/>
            <w:tcMar>
              <w:top w:w="70" w:type="dxa"/>
              <w:left w:w="100" w:type="dxa"/>
              <w:bottom w:w="70" w:type="dxa"/>
              <w:right w:w="100" w:type="dxa"/>
            </w:tcMar>
          </w:tcPr>
          <w:p w14:paraId="14F8297A" w14:textId="77777777" w:rsidR="00AA3848" w:rsidRDefault="00407892" w:rsidP="00D90BC6">
            <w:pPr>
              <w:spacing w:after="0" w:line="240" w:lineRule="auto"/>
            </w:pPr>
            <w:r>
              <w:rPr>
                <w:color w:val="141414"/>
                <w:sz w:val="19"/>
              </w:rPr>
              <w:t xml:space="preserve">[ Active / </w:t>
            </w:r>
            <w:proofErr w:type="gramStart"/>
            <w:r>
              <w:rPr>
                <w:color w:val="141414"/>
                <w:sz w:val="19"/>
              </w:rPr>
              <w:t>Reserve ]</w:t>
            </w:r>
            <w:proofErr w:type="gramEnd"/>
          </w:p>
        </w:tc>
        <w:tc>
          <w:tcPr>
            <w:tcW w:w="1728" w:type="dxa"/>
            <w:shd w:val="clear" w:color="auto" w:fill="FFFFFF"/>
            <w:tcMar>
              <w:top w:w="70" w:type="dxa"/>
              <w:left w:w="100" w:type="dxa"/>
              <w:bottom w:w="70" w:type="dxa"/>
              <w:right w:w="100" w:type="dxa"/>
            </w:tcMar>
          </w:tcPr>
          <w:p w14:paraId="0F5BD735" w14:textId="77777777" w:rsidR="00AA3848" w:rsidRDefault="00407892" w:rsidP="00D90BC6">
            <w:pPr>
              <w:spacing w:after="0" w:line="240" w:lineRule="auto"/>
            </w:pPr>
            <w:r>
              <w:rPr>
                <w:color w:val="141414"/>
                <w:sz w:val="19"/>
              </w:rPr>
              <w:t xml:space="preserve">[ </w:t>
            </w:r>
            <w:proofErr w:type="gramStart"/>
            <w:r>
              <w:rPr>
                <w:color w:val="141414"/>
                <w:sz w:val="19"/>
              </w:rPr>
              <w:t>Rank ]</w:t>
            </w:r>
            <w:proofErr w:type="gramEnd"/>
          </w:p>
        </w:tc>
        <w:tc>
          <w:tcPr>
            <w:tcW w:w="2160" w:type="dxa"/>
            <w:shd w:val="clear" w:color="auto" w:fill="FFFFFF"/>
            <w:tcMar>
              <w:top w:w="70" w:type="dxa"/>
              <w:left w:w="100" w:type="dxa"/>
              <w:bottom w:w="70" w:type="dxa"/>
              <w:right w:w="100" w:type="dxa"/>
            </w:tcMar>
          </w:tcPr>
          <w:p w14:paraId="515BD456" w14:textId="77777777" w:rsidR="00AA3848" w:rsidRDefault="00407892" w:rsidP="00D90BC6">
            <w:pPr>
              <w:spacing w:after="0" w:line="240" w:lineRule="auto"/>
            </w:pPr>
            <w:r>
              <w:rPr>
                <w:color w:val="141414"/>
                <w:sz w:val="19"/>
              </w:rPr>
              <w:t xml:space="preserve">[ Honorable / </w:t>
            </w:r>
            <w:proofErr w:type="gramStart"/>
            <w:r>
              <w:rPr>
                <w:color w:val="141414"/>
                <w:sz w:val="19"/>
              </w:rPr>
              <w:t>Other ]</w:t>
            </w:r>
            <w:proofErr w:type="gramEnd"/>
          </w:p>
        </w:tc>
      </w:tr>
      <w:tr w:rsidR="00AA3848" w14:paraId="25881241" w14:textId="77777777" w:rsidTr="000C22B4">
        <w:trPr>
          <w:jc w:val="center"/>
        </w:trPr>
        <w:tc>
          <w:tcPr>
            <w:tcW w:w="1872" w:type="dxa"/>
            <w:shd w:val="clear" w:color="auto" w:fill="F9FBFD"/>
            <w:tcMar>
              <w:top w:w="70" w:type="dxa"/>
              <w:left w:w="100" w:type="dxa"/>
              <w:bottom w:w="70" w:type="dxa"/>
              <w:right w:w="100" w:type="dxa"/>
            </w:tcMar>
          </w:tcPr>
          <w:p w14:paraId="1C93E5A2" w14:textId="77777777" w:rsidR="00AA3848" w:rsidRDefault="00407892" w:rsidP="00D90BC6">
            <w:pPr>
              <w:spacing w:after="0" w:line="240" w:lineRule="auto"/>
            </w:pPr>
            <w:r>
              <w:rPr>
                <w:color w:val="141414"/>
                <w:sz w:val="19"/>
              </w:rPr>
              <w:t>[ MM/</w:t>
            </w:r>
            <w:proofErr w:type="spellStart"/>
            <w:r>
              <w:rPr>
                <w:color w:val="141414"/>
                <w:sz w:val="19"/>
              </w:rPr>
              <w:t>YY</w:t>
            </w:r>
            <w:proofErr w:type="spellEnd"/>
            <w:r>
              <w:rPr>
                <w:color w:val="141414"/>
                <w:sz w:val="19"/>
              </w:rPr>
              <w:t>-MM/</w:t>
            </w:r>
            <w:proofErr w:type="spellStart"/>
            <w:proofErr w:type="gramStart"/>
            <w:r>
              <w:rPr>
                <w:color w:val="141414"/>
                <w:sz w:val="19"/>
              </w:rPr>
              <w:t>YY</w:t>
            </w:r>
            <w:proofErr w:type="spellEnd"/>
            <w:r>
              <w:rPr>
                <w:color w:val="141414"/>
                <w:sz w:val="19"/>
              </w:rPr>
              <w:t xml:space="preserve"> ]</w:t>
            </w:r>
            <w:proofErr w:type="gramEnd"/>
          </w:p>
        </w:tc>
        <w:tc>
          <w:tcPr>
            <w:tcW w:w="2160" w:type="dxa"/>
            <w:shd w:val="clear" w:color="auto" w:fill="F9FBFD"/>
            <w:tcMar>
              <w:top w:w="70" w:type="dxa"/>
              <w:left w:w="100" w:type="dxa"/>
              <w:bottom w:w="70" w:type="dxa"/>
              <w:right w:w="100" w:type="dxa"/>
            </w:tcMar>
          </w:tcPr>
          <w:p w14:paraId="70DD3A03" w14:textId="77777777" w:rsidR="00AA3848" w:rsidRDefault="00407892" w:rsidP="00D90BC6">
            <w:pPr>
              <w:spacing w:after="0" w:line="240" w:lineRule="auto"/>
            </w:pPr>
            <w:r>
              <w:rPr>
                <w:color w:val="141414"/>
                <w:sz w:val="19"/>
              </w:rPr>
              <w:t xml:space="preserve">[ </w:t>
            </w:r>
            <w:proofErr w:type="gramStart"/>
            <w:r>
              <w:rPr>
                <w:color w:val="141414"/>
                <w:sz w:val="19"/>
              </w:rPr>
              <w:t>Branch ]</w:t>
            </w:r>
            <w:proofErr w:type="gramEnd"/>
          </w:p>
        </w:tc>
        <w:tc>
          <w:tcPr>
            <w:tcW w:w="2160" w:type="dxa"/>
            <w:shd w:val="clear" w:color="auto" w:fill="F9FBFD"/>
            <w:tcMar>
              <w:top w:w="70" w:type="dxa"/>
              <w:left w:w="100" w:type="dxa"/>
              <w:bottom w:w="70" w:type="dxa"/>
              <w:right w:w="100" w:type="dxa"/>
            </w:tcMar>
          </w:tcPr>
          <w:p w14:paraId="72076DD6" w14:textId="77777777" w:rsidR="00AA3848" w:rsidRDefault="00407892" w:rsidP="00D90BC6">
            <w:pPr>
              <w:spacing w:after="0" w:line="240" w:lineRule="auto"/>
            </w:pPr>
            <w:r>
              <w:rPr>
                <w:color w:val="141414"/>
                <w:sz w:val="19"/>
              </w:rPr>
              <w:t xml:space="preserve">[ Active / </w:t>
            </w:r>
            <w:proofErr w:type="gramStart"/>
            <w:r>
              <w:rPr>
                <w:color w:val="141414"/>
                <w:sz w:val="19"/>
              </w:rPr>
              <w:t>Reserve ]</w:t>
            </w:r>
            <w:proofErr w:type="gramEnd"/>
          </w:p>
        </w:tc>
        <w:tc>
          <w:tcPr>
            <w:tcW w:w="1728" w:type="dxa"/>
            <w:shd w:val="clear" w:color="auto" w:fill="F9FBFD"/>
            <w:tcMar>
              <w:top w:w="70" w:type="dxa"/>
              <w:left w:w="100" w:type="dxa"/>
              <w:bottom w:w="70" w:type="dxa"/>
              <w:right w:w="100" w:type="dxa"/>
            </w:tcMar>
          </w:tcPr>
          <w:p w14:paraId="220DA88D" w14:textId="77777777" w:rsidR="00AA3848" w:rsidRDefault="00407892" w:rsidP="00D90BC6">
            <w:pPr>
              <w:spacing w:after="0" w:line="240" w:lineRule="auto"/>
            </w:pPr>
            <w:r>
              <w:rPr>
                <w:color w:val="141414"/>
                <w:sz w:val="19"/>
              </w:rPr>
              <w:t xml:space="preserve">[ </w:t>
            </w:r>
            <w:proofErr w:type="gramStart"/>
            <w:r>
              <w:rPr>
                <w:color w:val="141414"/>
                <w:sz w:val="19"/>
              </w:rPr>
              <w:t>Rank ]</w:t>
            </w:r>
            <w:proofErr w:type="gramEnd"/>
          </w:p>
        </w:tc>
        <w:tc>
          <w:tcPr>
            <w:tcW w:w="2160" w:type="dxa"/>
            <w:shd w:val="clear" w:color="auto" w:fill="F9FBFD"/>
            <w:tcMar>
              <w:top w:w="70" w:type="dxa"/>
              <w:left w:w="100" w:type="dxa"/>
              <w:bottom w:w="70" w:type="dxa"/>
              <w:right w:w="100" w:type="dxa"/>
            </w:tcMar>
          </w:tcPr>
          <w:p w14:paraId="0107DBCE" w14:textId="77777777" w:rsidR="00AA3848" w:rsidRDefault="00407892" w:rsidP="00D90BC6">
            <w:pPr>
              <w:spacing w:after="0" w:line="240" w:lineRule="auto"/>
            </w:pPr>
            <w:r>
              <w:rPr>
                <w:color w:val="141414"/>
                <w:sz w:val="19"/>
              </w:rPr>
              <w:t xml:space="preserve">[ Honorable / </w:t>
            </w:r>
            <w:proofErr w:type="gramStart"/>
            <w:r>
              <w:rPr>
                <w:color w:val="141414"/>
                <w:sz w:val="19"/>
              </w:rPr>
              <w:t>Other ]</w:t>
            </w:r>
            <w:proofErr w:type="gramEnd"/>
          </w:p>
        </w:tc>
      </w:tr>
      <w:tr w:rsidR="000C22B4" w14:paraId="26DE42DA" w14:textId="77777777" w:rsidTr="000C22B4">
        <w:trPr>
          <w:jc w:val="center"/>
        </w:trPr>
        <w:tc>
          <w:tcPr>
            <w:tcW w:w="1872" w:type="dxa"/>
            <w:shd w:val="clear" w:color="auto" w:fill="F9FBFD"/>
            <w:tcMar>
              <w:top w:w="70" w:type="dxa"/>
              <w:left w:w="100" w:type="dxa"/>
              <w:bottom w:w="70" w:type="dxa"/>
              <w:right w:w="100" w:type="dxa"/>
            </w:tcMar>
          </w:tcPr>
          <w:p w14:paraId="69F04935" w14:textId="75ECB533" w:rsidR="000C22B4" w:rsidRDefault="000C22B4" w:rsidP="00D90BC6">
            <w:pPr>
              <w:spacing w:after="0" w:line="240" w:lineRule="auto"/>
              <w:rPr>
                <w:color w:val="141414"/>
                <w:sz w:val="19"/>
              </w:rPr>
            </w:pPr>
            <w:r>
              <w:rPr>
                <w:color w:val="141414"/>
                <w:sz w:val="19"/>
              </w:rPr>
              <w:t>[ MM/</w:t>
            </w:r>
            <w:proofErr w:type="spellStart"/>
            <w:r>
              <w:rPr>
                <w:color w:val="141414"/>
                <w:sz w:val="19"/>
              </w:rPr>
              <w:t>YY</w:t>
            </w:r>
            <w:proofErr w:type="spellEnd"/>
            <w:r>
              <w:rPr>
                <w:color w:val="141414"/>
                <w:sz w:val="19"/>
              </w:rPr>
              <w:t>-MM/</w:t>
            </w:r>
            <w:proofErr w:type="spellStart"/>
            <w:proofErr w:type="gramStart"/>
            <w:r>
              <w:rPr>
                <w:color w:val="141414"/>
                <w:sz w:val="19"/>
              </w:rPr>
              <w:t>YY</w:t>
            </w:r>
            <w:proofErr w:type="spellEnd"/>
            <w:r>
              <w:rPr>
                <w:color w:val="141414"/>
                <w:sz w:val="19"/>
              </w:rPr>
              <w:t xml:space="preserve"> ]</w:t>
            </w:r>
            <w:proofErr w:type="gramEnd"/>
          </w:p>
        </w:tc>
        <w:tc>
          <w:tcPr>
            <w:tcW w:w="2160" w:type="dxa"/>
            <w:shd w:val="clear" w:color="auto" w:fill="F9FBFD"/>
            <w:tcMar>
              <w:top w:w="70" w:type="dxa"/>
              <w:left w:w="100" w:type="dxa"/>
              <w:bottom w:w="70" w:type="dxa"/>
              <w:right w:w="100" w:type="dxa"/>
            </w:tcMar>
          </w:tcPr>
          <w:p w14:paraId="42356213" w14:textId="14F0674E" w:rsidR="000C22B4" w:rsidRDefault="000C22B4" w:rsidP="00D90BC6">
            <w:pPr>
              <w:spacing w:after="0" w:line="240" w:lineRule="auto"/>
              <w:rPr>
                <w:color w:val="141414"/>
                <w:sz w:val="19"/>
              </w:rPr>
            </w:pPr>
            <w:r>
              <w:rPr>
                <w:color w:val="141414"/>
                <w:sz w:val="19"/>
              </w:rPr>
              <w:t xml:space="preserve">[ </w:t>
            </w:r>
            <w:proofErr w:type="gramStart"/>
            <w:r>
              <w:rPr>
                <w:color w:val="141414"/>
                <w:sz w:val="19"/>
              </w:rPr>
              <w:t>Branch ]</w:t>
            </w:r>
            <w:proofErr w:type="gramEnd"/>
          </w:p>
        </w:tc>
        <w:tc>
          <w:tcPr>
            <w:tcW w:w="2160" w:type="dxa"/>
            <w:shd w:val="clear" w:color="auto" w:fill="F9FBFD"/>
            <w:tcMar>
              <w:top w:w="70" w:type="dxa"/>
              <w:left w:w="100" w:type="dxa"/>
              <w:bottom w:w="70" w:type="dxa"/>
              <w:right w:w="100" w:type="dxa"/>
            </w:tcMar>
          </w:tcPr>
          <w:p w14:paraId="15005B5B" w14:textId="65B7E5E3" w:rsidR="000C22B4" w:rsidRDefault="000C22B4" w:rsidP="00D90BC6">
            <w:pPr>
              <w:spacing w:after="0" w:line="240" w:lineRule="auto"/>
              <w:rPr>
                <w:color w:val="141414"/>
                <w:sz w:val="19"/>
              </w:rPr>
            </w:pPr>
            <w:r>
              <w:rPr>
                <w:color w:val="141414"/>
                <w:sz w:val="19"/>
              </w:rPr>
              <w:t xml:space="preserve">[ Active / </w:t>
            </w:r>
            <w:proofErr w:type="gramStart"/>
            <w:r>
              <w:rPr>
                <w:color w:val="141414"/>
                <w:sz w:val="19"/>
              </w:rPr>
              <w:t>Reserve ]</w:t>
            </w:r>
            <w:proofErr w:type="gramEnd"/>
          </w:p>
        </w:tc>
        <w:tc>
          <w:tcPr>
            <w:tcW w:w="1728" w:type="dxa"/>
            <w:shd w:val="clear" w:color="auto" w:fill="F9FBFD"/>
            <w:tcMar>
              <w:top w:w="70" w:type="dxa"/>
              <w:left w:w="100" w:type="dxa"/>
              <w:bottom w:w="70" w:type="dxa"/>
              <w:right w:w="100" w:type="dxa"/>
            </w:tcMar>
          </w:tcPr>
          <w:p w14:paraId="49BD6D7A" w14:textId="5AFB2B67" w:rsidR="000C22B4" w:rsidRDefault="000C22B4" w:rsidP="00D90BC6">
            <w:pPr>
              <w:spacing w:after="0" w:line="240" w:lineRule="auto"/>
              <w:rPr>
                <w:color w:val="141414"/>
                <w:sz w:val="19"/>
              </w:rPr>
            </w:pPr>
            <w:r>
              <w:rPr>
                <w:color w:val="141414"/>
                <w:sz w:val="19"/>
              </w:rPr>
              <w:t xml:space="preserve">[ </w:t>
            </w:r>
            <w:proofErr w:type="gramStart"/>
            <w:r>
              <w:rPr>
                <w:color w:val="141414"/>
                <w:sz w:val="19"/>
              </w:rPr>
              <w:t>Rank ]</w:t>
            </w:r>
            <w:proofErr w:type="gramEnd"/>
          </w:p>
        </w:tc>
        <w:tc>
          <w:tcPr>
            <w:tcW w:w="2160" w:type="dxa"/>
            <w:shd w:val="clear" w:color="auto" w:fill="F9FBFD"/>
            <w:tcMar>
              <w:top w:w="70" w:type="dxa"/>
              <w:left w:w="100" w:type="dxa"/>
              <w:bottom w:w="70" w:type="dxa"/>
              <w:right w:w="100" w:type="dxa"/>
            </w:tcMar>
          </w:tcPr>
          <w:p w14:paraId="031DBCBD" w14:textId="70BCE482" w:rsidR="000C22B4" w:rsidRDefault="000C22B4" w:rsidP="00D90BC6">
            <w:pPr>
              <w:spacing w:after="0" w:line="240" w:lineRule="auto"/>
              <w:rPr>
                <w:color w:val="141414"/>
                <w:sz w:val="19"/>
              </w:rPr>
            </w:pPr>
            <w:r>
              <w:rPr>
                <w:color w:val="141414"/>
                <w:sz w:val="19"/>
              </w:rPr>
              <w:t xml:space="preserve">[ Honorable / </w:t>
            </w:r>
            <w:proofErr w:type="gramStart"/>
            <w:r>
              <w:rPr>
                <w:color w:val="141414"/>
                <w:sz w:val="19"/>
              </w:rPr>
              <w:t>Other ]</w:t>
            </w:r>
            <w:proofErr w:type="gramEnd"/>
          </w:p>
        </w:tc>
      </w:tr>
    </w:tbl>
    <w:p w14:paraId="703105BA" w14:textId="77777777" w:rsidR="00AA3848" w:rsidRDefault="00AA3848" w:rsidP="00D90BC6">
      <w:pPr>
        <w:spacing w:after="0" w:line="240" w:lineRule="auto"/>
      </w:pPr>
    </w:p>
    <w:p w14:paraId="23B5AC2B" w14:textId="77777777" w:rsidR="00AA3848" w:rsidRDefault="00407892" w:rsidP="00D90BC6">
      <w:pPr>
        <w:spacing w:after="0" w:line="240" w:lineRule="auto"/>
      </w:pPr>
      <w:r>
        <w:t>List your last three duty stations:</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872"/>
        <w:gridCol w:w="4320"/>
        <w:gridCol w:w="3888"/>
      </w:tblGrid>
      <w:tr w:rsidR="00AA3848" w14:paraId="178BB542" w14:textId="77777777">
        <w:trPr>
          <w:jc w:val="center"/>
        </w:trPr>
        <w:tc>
          <w:tcPr>
            <w:tcW w:w="1872" w:type="dxa"/>
            <w:shd w:val="clear" w:color="auto" w:fill="1B365D"/>
            <w:tcMar>
              <w:top w:w="70" w:type="dxa"/>
              <w:left w:w="100" w:type="dxa"/>
              <w:bottom w:w="70" w:type="dxa"/>
              <w:right w:w="100" w:type="dxa"/>
            </w:tcMar>
          </w:tcPr>
          <w:p w14:paraId="0B9AA599" w14:textId="77777777" w:rsidR="00AA3848" w:rsidRDefault="00407892" w:rsidP="00D90BC6">
            <w:pPr>
              <w:spacing w:after="0" w:line="240" w:lineRule="auto"/>
            </w:pPr>
            <w:r>
              <w:rPr>
                <w:b/>
                <w:color w:val="FFFFFF"/>
                <w:sz w:val="19"/>
              </w:rPr>
              <w:t>From - To</w:t>
            </w:r>
          </w:p>
        </w:tc>
        <w:tc>
          <w:tcPr>
            <w:tcW w:w="4320" w:type="dxa"/>
            <w:shd w:val="clear" w:color="auto" w:fill="1B365D"/>
            <w:tcMar>
              <w:top w:w="70" w:type="dxa"/>
              <w:left w:w="100" w:type="dxa"/>
              <w:bottom w:w="70" w:type="dxa"/>
              <w:right w:w="100" w:type="dxa"/>
            </w:tcMar>
          </w:tcPr>
          <w:p w14:paraId="46CF85FF" w14:textId="77777777" w:rsidR="00AA3848" w:rsidRDefault="00407892" w:rsidP="00D90BC6">
            <w:pPr>
              <w:spacing w:after="0" w:line="240" w:lineRule="auto"/>
            </w:pPr>
            <w:r>
              <w:rPr>
                <w:b/>
                <w:color w:val="FFFFFF"/>
                <w:sz w:val="19"/>
              </w:rPr>
              <w:t>Duty Station Location</w:t>
            </w:r>
          </w:p>
        </w:tc>
        <w:tc>
          <w:tcPr>
            <w:tcW w:w="3888" w:type="dxa"/>
            <w:shd w:val="clear" w:color="auto" w:fill="1B365D"/>
            <w:tcMar>
              <w:top w:w="70" w:type="dxa"/>
              <w:left w:w="100" w:type="dxa"/>
              <w:bottom w:w="70" w:type="dxa"/>
              <w:right w:w="100" w:type="dxa"/>
            </w:tcMar>
          </w:tcPr>
          <w:p w14:paraId="22544FF2" w14:textId="77777777" w:rsidR="00AA3848" w:rsidRDefault="00407892" w:rsidP="00D90BC6">
            <w:pPr>
              <w:spacing w:after="0" w:line="240" w:lineRule="auto"/>
            </w:pPr>
            <w:r>
              <w:rPr>
                <w:b/>
                <w:color w:val="FFFFFF"/>
                <w:sz w:val="19"/>
              </w:rPr>
              <w:t>Duty / Specialty Performed</w:t>
            </w:r>
          </w:p>
        </w:tc>
      </w:tr>
      <w:tr w:rsidR="00AA3848" w14:paraId="2A82A2EB" w14:textId="77777777">
        <w:trPr>
          <w:jc w:val="center"/>
        </w:trPr>
        <w:tc>
          <w:tcPr>
            <w:tcW w:w="1872" w:type="dxa"/>
            <w:shd w:val="clear" w:color="auto" w:fill="FFFFFF"/>
            <w:tcMar>
              <w:top w:w="70" w:type="dxa"/>
              <w:left w:w="100" w:type="dxa"/>
              <w:bottom w:w="70" w:type="dxa"/>
              <w:right w:w="100" w:type="dxa"/>
            </w:tcMar>
          </w:tcPr>
          <w:p w14:paraId="65B55D3F" w14:textId="77777777" w:rsidR="00AA3848" w:rsidRDefault="00407892" w:rsidP="00D90BC6">
            <w:pPr>
              <w:spacing w:after="0" w:line="240" w:lineRule="auto"/>
            </w:pPr>
            <w:r>
              <w:rPr>
                <w:color w:val="141414"/>
                <w:sz w:val="19"/>
              </w:rPr>
              <w:t>[ MM/</w:t>
            </w:r>
            <w:proofErr w:type="spellStart"/>
            <w:r>
              <w:rPr>
                <w:color w:val="141414"/>
                <w:sz w:val="19"/>
              </w:rPr>
              <w:t>YY</w:t>
            </w:r>
            <w:proofErr w:type="spellEnd"/>
            <w:r>
              <w:rPr>
                <w:color w:val="141414"/>
                <w:sz w:val="19"/>
              </w:rPr>
              <w:t>-MM/</w:t>
            </w:r>
            <w:proofErr w:type="spellStart"/>
            <w:proofErr w:type="gramStart"/>
            <w:r>
              <w:rPr>
                <w:color w:val="141414"/>
                <w:sz w:val="19"/>
              </w:rPr>
              <w:t>YY</w:t>
            </w:r>
            <w:proofErr w:type="spellEnd"/>
            <w:r>
              <w:rPr>
                <w:color w:val="141414"/>
                <w:sz w:val="19"/>
              </w:rPr>
              <w:t xml:space="preserve"> ]</w:t>
            </w:r>
            <w:proofErr w:type="gramEnd"/>
          </w:p>
        </w:tc>
        <w:tc>
          <w:tcPr>
            <w:tcW w:w="4320" w:type="dxa"/>
            <w:shd w:val="clear" w:color="auto" w:fill="FFFFFF"/>
            <w:tcMar>
              <w:top w:w="70" w:type="dxa"/>
              <w:left w:w="100" w:type="dxa"/>
              <w:bottom w:w="70" w:type="dxa"/>
              <w:right w:w="100" w:type="dxa"/>
            </w:tcMar>
          </w:tcPr>
          <w:p w14:paraId="79C72388" w14:textId="77777777" w:rsidR="00AA3848" w:rsidRDefault="00407892" w:rsidP="00D90BC6">
            <w:pPr>
              <w:spacing w:after="0" w:line="240" w:lineRule="auto"/>
            </w:pPr>
            <w:r>
              <w:rPr>
                <w:color w:val="141414"/>
                <w:sz w:val="19"/>
              </w:rPr>
              <w:t xml:space="preserve">[ Duty Station &amp; </w:t>
            </w:r>
            <w:proofErr w:type="gramStart"/>
            <w:r>
              <w:rPr>
                <w:color w:val="141414"/>
                <w:sz w:val="19"/>
              </w:rPr>
              <w:t>Location ]</w:t>
            </w:r>
            <w:proofErr w:type="gramEnd"/>
          </w:p>
        </w:tc>
        <w:tc>
          <w:tcPr>
            <w:tcW w:w="3888" w:type="dxa"/>
            <w:shd w:val="clear" w:color="auto" w:fill="FFFFFF"/>
            <w:tcMar>
              <w:top w:w="70" w:type="dxa"/>
              <w:left w:w="100" w:type="dxa"/>
              <w:bottom w:w="70" w:type="dxa"/>
              <w:right w:w="100" w:type="dxa"/>
            </w:tcMar>
          </w:tcPr>
          <w:p w14:paraId="67AB1CF4" w14:textId="77777777" w:rsidR="00AA3848" w:rsidRDefault="00407892" w:rsidP="00D90BC6">
            <w:pPr>
              <w:spacing w:after="0" w:line="240" w:lineRule="auto"/>
            </w:pPr>
            <w:r>
              <w:rPr>
                <w:color w:val="141414"/>
                <w:sz w:val="19"/>
              </w:rPr>
              <w:t xml:space="preserve">[ Specialty / </w:t>
            </w:r>
            <w:proofErr w:type="gramStart"/>
            <w:r>
              <w:rPr>
                <w:color w:val="141414"/>
                <w:sz w:val="19"/>
              </w:rPr>
              <w:t>MOS ]</w:t>
            </w:r>
            <w:proofErr w:type="gramEnd"/>
          </w:p>
        </w:tc>
      </w:tr>
      <w:tr w:rsidR="00AA3848" w14:paraId="40AB2D3D" w14:textId="77777777">
        <w:trPr>
          <w:jc w:val="center"/>
        </w:trPr>
        <w:tc>
          <w:tcPr>
            <w:tcW w:w="1872" w:type="dxa"/>
            <w:shd w:val="clear" w:color="auto" w:fill="F9FBFD"/>
            <w:tcMar>
              <w:top w:w="70" w:type="dxa"/>
              <w:left w:w="100" w:type="dxa"/>
              <w:bottom w:w="70" w:type="dxa"/>
              <w:right w:w="100" w:type="dxa"/>
            </w:tcMar>
          </w:tcPr>
          <w:p w14:paraId="70B0E8E2" w14:textId="77777777" w:rsidR="00AA3848" w:rsidRDefault="00407892" w:rsidP="00D90BC6">
            <w:pPr>
              <w:spacing w:after="0" w:line="240" w:lineRule="auto"/>
            </w:pPr>
            <w:r>
              <w:rPr>
                <w:color w:val="141414"/>
                <w:sz w:val="19"/>
              </w:rPr>
              <w:t>[ MM/</w:t>
            </w:r>
            <w:proofErr w:type="spellStart"/>
            <w:r>
              <w:rPr>
                <w:color w:val="141414"/>
                <w:sz w:val="19"/>
              </w:rPr>
              <w:t>YY</w:t>
            </w:r>
            <w:proofErr w:type="spellEnd"/>
            <w:r>
              <w:rPr>
                <w:color w:val="141414"/>
                <w:sz w:val="19"/>
              </w:rPr>
              <w:t>-MM/</w:t>
            </w:r>
            <w:proofErr w:type="spellStart"/>
            <w:proofErr w:type="gramStart"/>
            <w:r>
              <w:rPr>
                <w:color w:val="141414"/>
                <w:sz w:val="19"/>
              </w:rPr>
              <w:t>YY</w:t>
            </w:r>
            <w:proofErr w:type="spellEnd"/>
            <w:r>
              <w:rPr>
                <w:color w:val="141414"/>
                <w:sz w:val="19"/>
              </w:rPr>
              <w:t xml:space="preserve"> ]</w:t>
            </w:r>
            <w:proofErr w:type="gramEnd"/>
          </w:p>
        </w:tc>
        <w:tc>
          <w:tcPr>
            <w:tcW w:w="4320" w:type="dxa"/>
            <w:shd w:val="clear" w:color="auto" w:fill="F9FBFD"/>
            <w:tcMar>
              <w:top w:w="70" w:type="dxa"/>
              <w:left w:w="100" w:type="dxa"/>
              <w:bottom w:w="70" w:type="dxa"/>
              <w:right w:w="100" w:type="dxa"/>
            </w:tcMar>
          </w:tcPr>
          <w:p w14:paraId="4DE32C4C" w14:textId="77777777" w:rsidR="00AA3848" w:rsidRDefault="00407892" w:rsidP="00D90BC6">
            <w:pPr>
              <w:spacing w:after="0" w:line="240" w:lineRule="auto"/>
            </w:pPr>
            <w:r>
              <w:rPr>
                <w:color w:val="141414"/>
                <w:sz w:val="19"/>
              </w:rPr>
              <w:t xml:space="preserve">[ Duty Station &amp; </w:t>
            </w:r>
            <w:proofErr w:type="gramStart"/>
            <w:r>
              <w:rPr>
                <w:color w:val="141414"/>
                <w:sz w:val="19"/>
              </w:rPr>
              <w:t>Location ]</w:t>
            </w:r>
            <w:proofErr w:type="gramEnd"/>
          </w:p>
        </w:tc>
        <w:tc>
          <w:tcPr>
            <w:tcW w:w="3888" w:type="dxa"/>
            <w:shd w:val="clear" w:color="auto" w:fill="F9FBFD"/>
            <w:tcMar>
              <w:top w:w="70" w:type="dxa"/>
              <w:left w:w="100" w:type="dxa"/>
              <w:bottom w:w="70" w:type="dxa"/>
              <w:right w:w="100" w:type="dxa"/>
            </w:tcMar>
          </w:tcPr>
          <w:p w14:paraId="1F2745BD" w14:textId="77777777" w:rsidR="00AA3848" w:rsidRDefault="00407892" w:rsidP="00D90BC6">
            <w:pPr>
              <w:spacing w:after="0" w:line="240" w:lineRule="auto"/>
            </w:pPr>
            <w:r>
              <w:rPr>
                <w:color w:val="141414"/>
                <w:sz w:val="19"/>
              </w:rPr>
              <w:t xml:space="preserve">[ Specialty / </w:t>
            </w:r>
            <w:proofErr w:type="gramStart"/>
            <w:r>
              <w:rPr>
                <w:color w:val="141414"/>
                <w:sz w:val="19"/>
              </w:rPr>
              <w:t>MOS ]</w:t>
            </w:r>
            <w:proofErr w:type="gramEnd"/>
          </w:p>
        </w:tc>
      </w:tr>
      <w:tr w:rsidR="00AA3848" w14:paraId="23898C21" w14:textId="77777777">
        <w:trPr>
          <w:jc w:val="center"/>
        </w:trPr>
        <w:tc>
          <w:tcPr>
            <w:tcW w:w="1872" w:type="dxa"/>
            <w:shd w:val="clear" w:color="auto" w:fill="FFFFFF"/>
            <w:tcMar>
              <w:top w:w="70" w:type="dxa"/>
              <w:left w:w="100" w:type="dxa"/>
              <w:bottom w:w="70" w:type="dxa"/>
              <w:right w:w="100" w:type="dxa"/>
            </w:tcMar>
          </w:tcPr>
          <w:p w14:paraId="01F3653D" w14:textId="77777777" w:rsidR="00AA3848" w:rsidRDefault="00407892" w:rsidP="00D90BC6">
            <w:pPr>
              <w:spacing w:after="0" w:line="240" w:lineRule="auto"/>
            </w:pPr>
            <w:r>
              <w:rPr>
                <w:color w:val="141414"/>
                <w:sz w:val="19"/>
              </w:rPr>
              <w:t>[ MM/</w:t>
            </w:r>
            <w:proofErr w:type="spellStart"/>
            <w:r>
              <w:rPr>
                <w:color w:val="141414"/>
                <w:sz w:val="19"/>
              </w:rPr>
              <w:t>YY</w:t>
            </w:r>
            <w:proofErr w:type="spellEnd"/>
            <w:r>
              <w:rPr>
                <w:color w:val="141414"/>
                <w:sz w:val="19"/>
              </w:rPr>
              <w:t>-MM/</w:t>
            </w:r>
            <w:proofErr w:type="spellStart"/>
            <w:proofErr w:type="gramStart"/>
            <w:r>
              <w:rPr>
                <w:color w:val="141414"/>
                <w:sz w:val="19"/>
              </w:rPr>
              <w:t>YY</w:t>
            </w:r>
            <w:proofErr w:type="spellEnd"/>
            <w:r>
              <w:rPr>
                <w:color w:val="141414"/>
                <w:sz w:val="19"/>
              </w:rPr>
              <w:t xml:space="preserve"> ]</w:t>
            </w:r>
            <w:proofErr w:type="gramEnd"/>
          </w:p>
        </w:tc>
        <w:tc>
          <w:tcPr>
            <w:tcW w:w="4320" w:type="dxa"/>
            <w:shd w:val="clear" w:color="auto" w:fill="FFFFFF"/>
            <w:tcMar>
              <w:top w:w="70" w:type="dxa"/>
              <w:left w:w="100" w:type="dxa"/>
              <w:bottom w:w="70" w:type="dxa"/>
              <w:right w:w="100" w:type="dxa"/>
            </w:tcMar>
          </w:tcPr>
          <w:p w14:paraId="717F9419" w14:textId="77777777" w:rsidR="00AA3848" w:rsidRDefault="00407892" w:rsidP="00D90BC6">
            <w:pPr>
              <w:spacing w:after="0" w:line="240" w:lineRule="auto"/>
            </w:pPr>
            <w:r>
              <w:rPr>
                <w:color w:val="141414"/>
                <w:sz w:val="19"/>
              </w:rPr>
              <w:t xml:space="preserve">[ Duty Station &amp; </w:t>
            </w:r>
            <w:proofErr w:type="gramStart"/>
            <w:r>
              <w:rPr>
                <w:color w:val="141414"/>
                <w:sz w:val="19"/>
              </w:rPr>
              <w:t>Location ]</w:t>
            </w:r>
            <w:proofErr w:type="gramEnd"/>
          </w:p>
        </w:tc>
        <w:tc>
          <w:tcPr>
            <w:tcW w:w="3888" w:type="dxa"/>
            <w:shd w:val="clear" w:color="auto" w:fill="FFFFFF"/>
            <w:tcMar>
              <w:top w:w="70" w:type="dxa"/>
              <w:left w:w="100" w:type="dxa"/>
              <w:bottom w:w="70" w:type="dxa"/>
              <w:right w:w="100" w:type="dxa"/>
            </w:tcMar>
          </w:tcPr>
          <w:p w14:paraId="4661731A" w14:textId="77777777" w:rsidR="00AA3848" w:rsidRDefault="00407892" w:rsidP="00D90BC6">
            <w:pPr>
              <w:spacing w:after="0" w:line="240" w:lineRule="auto"/>
            </w:pPr>
            <w:r>
              <w:rPr>
                <w:color w:val="141414"/>
                <w:sz w:val="19"/>
              </w:rPr>
              <w:t xml:space="preserve">[ Specialty / </w:t>
            </w:r>
            <w:proofErr w:type="gramStart"/>
            <w:r>
              <w:rPr>
                <w:color w:val="141414"/>
                <w:sz w:val="19"/>
              </w:rPr>
              <w:t>MOS ]</w:t>
            </w:r>
            <w:proofErr w:type="gramEnd"/>
          </w:p>
        </w:tc>
      </w:tr>
    </w:tbl>
    <w:p w14:paraId="6989638F" w14:textId="77777777" w:rsidR="00D90BC6" w:rsidRDefault="00D90BC6" w:rsidP="00D90BC6">
      <w:pPr>
        <w:spacing w:after="0" w:line="240" w:lineRule="auto"/>
      </w:pPr>
    </w:p>
    <w:p w14:paraId="7BDE24A9" w14:textId="597B4816" w:rsidR="00AA3848" w:rsidRDefault="00407892" w:rsidP="00D90BC6">
      <w:pPr>
        <w:spacing w:after="0" w:line="240" w:lineRule="auto"/>
      </w:pPr>
      <w:r>
        <w:t>Military Disciplinary &amp; Investigation History:</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584"/>
        <w:gridCol w:w="3456"/>
        <w:gridCol w:w="2592"/>
        <w:gridCol w:w="2448"/>
      </w:tblGrid>
      <w:tr w:rsidR="00AA3848" w14:paraId="72DC8FF7" w14:textId="77777777" w:rsidTr="000C22B4">
        <w:trPr>
          <w:jc w:val="center"/>
        </w:trPr>
        <w:tc>
          <w:tcPr>
            <w:tcW w:w="1584" w:type="dxa"/>
            <w:shd w:val="clear" w:color="auto" w:fill="1B365D"/>
            <w:tcMar>
              <w:top w:w="70" w:type="dxa"/>
              <w:left w:w="100" w:type="dxa"/>
              <w:bottom w:w="70" w:type="dxa"/>
              <w:right w:w="100" w:type="dxa"/>
            </w:tcMar>
          </w:tcPr>
          <w:p w14:paraId="143152EB" w14:textId="77777777" w:rsidR="00AA3848" w:rsidRDefault="00407892" w:rsidP="00D90BC6">
            <w:pPr>
              <w:spacing w:after="0" w:line="240" w:lineRule="auto"/>
            </w:pPr>
            <w:r>
              <w:rPr>
                <w:b/>
                <w:color w:val="FFFFFF"/>
                <w:sz w:val="19"/>
              </w:rPr>
              <w:t>Date</w:t>
            </w:r>
          </w:p>
        </w:tc>
        <w:tc>
          <w:tcPr>
            <w:tcW w:w="3456" w:type="dxa"/>
            <w:shd w:val="clear" w:color="auto" w:fill="1B365D"/>
            <w:tcMar>
              <w:top w:w="70" w:type="dxa"/>
              <w:left w:w="100" w:type="dxa"/>
              <w:bottom w:w="70" w:type="dxa"/>
              <w:right w:w="100" w:type="dxa"/>
            </w:tcMar>
          </w:tcPr>
          <w:p w14:paraId="4346CE06" w14:textId="77777777" w:rsidR="00AA3848" w:rsidRDefault="00407892" w:rsidP="00D90BC6">
            <w:pPr>
              <w:spacing w:after="0" w:line="240" w:lineRule="auto"/>
            </w:pPr>
            <w:r>
              <w:rPr>
                <w:b/>
                <w:color w:val="FFFFFF"/>
                <w:sz w:val="19"/>
              </w:rPr>
              <w:t>Charge / Offense</w:t>
            </w:r>
          </w:p>
        </w:tc>
        <w:tc>
          <w:tcPr>
            <w:tcW w:w="2592" w:type="dxa"/>
            <w:shd w:val="clear" w:color="auto" w:fill="1B365D"/>
            <w:tcMar>
              <w:top w:w="70" w:type="dxa"/>
              <w:left w:w="100" w:type="dxa"/>
              <w:bottom w:w="70" w:type="dxa"/>
              <w:right w:w="100" w:type="dxa"/>
            </w:tcMar>
          </w:tcPr>
          <w:p w14:paraId="0E5A8F0E" w14:textId="77777777" w:rsidR="00AA3848" w:rsidRDefault="00407892" w:rsidP="00D90BC6">
            <w:pPr>
              <w:spacing w:after="0" w:line="240" w:lineRule="auto"/>
            </w:pPr>
            <w:r>
              <w:rPr>
                <w:b/>
                <w:color w:val="FFFFFF"/>
                <w:sz w:val="19"/>
              </w:rPr>
              <w:t>Action Taken</w:t>
            </w:r>
          </w:p>
        </w:tc>
        <w:tc>
          <w:tcPr>
            <w:tcW w:w="2448" w:type="dxa"/>
            <w:shd w:val="clear" w:color="auto" w:fill="1B365D"/>
            <w:tcMar>
              <w:top w:w="70" w:type="dxa"/>
              <w:left w:w="100" w:type="dxa"/>
              <w:bottom w:w="70" w:type="dxa"/>
              <w:right w:w="100" w:type="dxa"/>
            </w:tcMar>
          </w:tcPr>
          <w:p w14:paraId="432EBB84" w14:textId="77777777" w:rsidR="00AA3848" w:rsidRDefault="00407892" w:rsidP="00D90BC6">
            <w:pPr>
              <w:spacing w:after="0" w:line="240" w:lineRule="auto"/>
            </w:pPr>
            <w:r>
              <w:rPr>
                <w:b/>
                <w:color w:val="FFFFFF"/>
                <w:sz w:val="19"/>
              </w:rPr>
              <w:t>Final Disposition</w:t>
            </w:r>
          </w:p>
        </w:tc>
      </w:tr>
      <w:tr w:rsidR="00AA3848" w14:paraId="09C4852C" w14:textId="77777777" w:rsidTr="000C22B4">
        <w:trPr>
          <w:jc w:val="center"/>
        </w:trPr>
        <w:tc>
          <w:tcPr>
            <w:tcW w:w="1584" w:type="dxa"/>
            <w:shd w:val="clear" w:color="auto" w:fill="FFFFFF"/>
            <w:tcMar>
              <w:top w:w="70" w:type="dxa"/>
              <w:left w:w="100" w:type="dxa"/>
              <w:bottom w:w="70" w:type="dxa"/>
              <w:right w:w="100" w:type="dxa"/>
            </w:tcMar>
          </w:tcPr>
          <w:p w14:paraId="128BEED8" w14:textId="77777777" w:rsidR="00AA3848" w:rsidRDefault="00407892" w:rsidP="00D90BC6">
            <w:pPr>
              <w:spacing w:after="0" w:line="240" w:lineRule="auto"/>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3456" w:type="dxa"/>
            <w:shd w:val="clear" w:color="auto" w:fill="FFFFFF"/>
            <w:tcMar>
              <w:top w:w="70" w:type="dxa"/>
              <w:left w:w="100" w:type="dxa"/>
              <w:bottom w:w="70" w:type="dxa"/>
              <w:right w:w="100" w:type="dxa"/>
            </w:tcMar>
          </w:tcPr>
          <w:p w14:paraId="1D568E8A" w14:textId="77777777" w:rsidR="00AA3848" w:rsidRDefault="00407892" w:rsidP="00D90BC6">
            <w:pPr>
              <w:spacing w:after="0" w:line="240" w:lineRule="auto"/>
            </w:pPr>
            <w:r>
              <w:rPr>
                <w:color w:val="141414"/>
                <w:sz w:val="19"/>
              </w:rPr>
              <w:t>[ Charge / Offense or N/</w:t>
            </w:r>
            <w:proofErr w:type="gramStart"/>
            <w:r>
              <w:rPr>
                <w:color w:val="141414"/>
                <w:sz w:val="19"/>
              </w:rPr>
              <w:t>A ]</w:t>
            </w:r>
            <w:proofErr w:type="gramEnd"/>
          </w:p>
        </w:tc>
        <w:tc>
          <w:tcPr>
            <w:tcW w:w="2592" w:type="dxa"/>
            <w:shd w:val="clear" w:color="auto" w:fill="FFFFFF"/>
            <w:tcMar>
              <w:top w:w="70" w:type="dxa"/>
              <w:left w:w="100" w:type="dxa"/>
              <w:bottom w:w="70" w:type="dxa"/>
              <w:right w:w="100" w:type="dxa"/>
            </w:tcMar>
          </w:tcPr>
          <w:p w14:paraId="1CA71535" w14:textId="77777777" w:rsidR="00AA3848" w:rsidRDefault="00407892" w:rsidP="00D90BC6">
            <w:pPr>
              <w:spacing w:after="0" w:line="240" w:lineRule="auto"/>
            </w:pPr>
            <w:r>
              <w:rPr>
                <w:color w:val="141414"/>
                <w:sz w:val="19"/>
              </w:rPr>
              <w:t xml:space="preserve">[ Action </w:t>
            </w:r>
            <w:proofErr w:type="gramStart"/>
            <w:r>
              <w:rPr>
                <w:color w:val="141414"/>
                <w:sz w:val="19"/>
              </w:rPr>
              <w:t>Taken ]</w:t>
            </w:r>
            <w:proofErr w:type="gramEnd"/>
          </w:p>
        </w:tc>
        <w:tc>
          <w:tcPr>
            <w:tcW w:w="2448" w:type="dxa"/>
            <w:shd w:val="clear" w:color="auto" w:fill="FFFFFF"/>
            <w:tcMar>
              <w:top w:w="70" w:type="dxa"/>
              <w:left w:w="100" w:type="dxa"/>
              <w:bottom w:w="70" w:type="dxa"/>
              <w:right w:w="100" w:type="dxa"/>
            </w:tcMar>
          </w:tcPr>
          <w:p w14:paraId="50E55A42" w14:textId="77777777" w:rsidR="00AA3848" w:rsidRDefault="00407892" w:rsidP="00D90BC6">
            <w:pPr>
              <w:spacing w:after="0" w:line="240" w:lineRule="auto"/>
            </w:pPr>
            <w:r>
              <w:rPr>
                <w:color w:val="141414"/>
                <w:sz w:val="19"/>
              </w:rPr>
              <w:t xml:space="preserve">[ </w:t>
            </w:r>
            <w:proofErr w:type="gramStart"/>
            <w:r>
              <w:rPr>
                <w:color w:val="141414"/>
                <w:sz w:val="19"/>
              </w:rPr>
              <w:t>Disposition ]</w:t>
            </w:r>
            <w:proofErr w:type="gramEnd"/>
          </w:p>
        </w:tc>
      </w:tr>
      <w:tr w:rsidR="00AA3848" w14:paraId="553B71D4" w14:textId="77777777" w:rsidTr="000C22B4">
        <w:trPr>
          <w:jc w:val="center"/>
        </w:trPr>
        <w:tc>
          <w:tcPr>
            <w:tcW w:w="1584" w:type="dxa"/>
            <w:shd w:val="clear" w:color="auto" w:fill="F9FBFD"/>
            <w:tcMar>
              <w:top w:w="70" w:type="dxa"/>
              <w:left w:w="100" w:type="dxa"/>
              <w:bottom w:w="70" w:type="dxa"/>
              <w:right w:w="100" w:type="dxa"/>
            </w:tcMar>
          </w:tcPr>
          <w:p w14:paraId="5335B1BD" w14:textId="77777777" w:rsidR="00AA3848" w:rsidRDefault="00407892" w:rsidP="00D90BC6">
            <w:pPr>
              <w:spacing w:after="0" w:line="240" w:lineRule="auto"/>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3456" w:type="dxa"/>
            <w:shd w:val="clear" w:color="auto" w:fill="F9FBFD"/>
            <w:tcMar>
              <w:top w:w="70" w:type="dxa"/>
              <w:left w:w="100" w:type="dxa"/>
              <w:bottom w:w="70" w:type="dxa"/>
              <w:right w:w="100" w:type="dxa"/>
            </w:tcMar>
          </w:tcPr>
          <w:p w14:paraId="4DF087CF" w14:textId="77777777" w:rsidR="00AA3848" w:rsidRDefault="00407892" w:rsidP="00D90BC6">
            <w:pPr>
              <w:spacing w:after="0" w:line="240" w:lineRule="auto"/>
            </w:pPr>
            <w:r>
              <w:rPr>
                <w:color w:val="141414"/>
                <w:sz w:val="19"/>
              </w:rPr>
              <w:t>[ Charge / Offense or N/</w:t>
            </w:r>
            <w:proofErr w:type="gramStart"/>
            <w:r>
              <w:rPr>
                <w:color w:val="141414"/>
                <w:sz w:val="19"/>
              </w:rPr>
              <w:t>A ]</w:t>
            </w:r>
            <w:proofErr w:type="gramEnd"/>
          </w:p>
        </w:tc>
        <w:tc>
          <w:tcPr>
            <w:tcW w:w="2592" w:type="dxa"/>
            <w:shd w:val="clear" w:color="auto" w:fill="F9FBFD"/>
            <w:tcMar>
              <w:top w:w="70" w:type="dxa"/>
              <w:left w:w="100" w:type="dxa"/>
              <w:bottom w:w="70" w:type="dxa"/>
              <w:right w:w="100" w:type="dxa"/>
            </w:tcMar>
          </w:tcPr>
          <w:p w14:paraId="1F96FC79" w14:textId="77777777" w:rsidR="00AA3848" w:rsidRDefault="00407892" w:rsidP="00D90BC6">
            <w:pPr>
              <w:spacing w:after="0" w:line="240" w:lineRule="auto"/>
            </w:pPr>
            <w:r>
              <w:rPr>
                <w:color w:val="141414"/>
                <w:sz w:val="19"/>
              </w:rPr>
              <w:t xml:space="preserve">[ Action </w:t>
            </w:r>
            <w:proofErr w:type="gramStart"/>
            <w:r>
              <w:rPr>
                <w:color w:val="141414"/>
                <w:sz w:val="19"/>
              </w:rPr>
              <w:t>Taken ]</w:t>
            </w:r>
            <w:proofErr w:type="gramEnd"/>
          </w:p>
        </w:tc>
        <w:tc>
          <w:tcPr>
            <w:tcW w:w="2448" w:type="dxa"/>
            <w:shd w:val="clear" w:color="auto" w:fill="F9FBFD"/>
            <w:tcMar>
              <w:top w:w="70" w:type="dxa"/>
              <w:left w:w="100" w:type="dxa"/>
              <w:bottom w:w="70" w:type="dxa"/>
              <w:right w:w="100" w:type="dxa"/>
            </w:tcMar>
          </w:tcPr>
          <w:p w14:paraId="7E60737D" w14:textId="77777777" w:rsidR="00AA3848" w:rsidRDefault="00407892" w:rsidP="00D90BC6">
            <w:pPr>
              <w:spacing w:after="0" w:line="240" w:lineRule="auto"/>
            </w:pPr>
            <w:r>
              <w:rPr>
                <w:color w:val="141414"/>
                <w:sz w:val="19"/>
              </w:rPr>
              <w:t xml:space="preserve">[ </w:t>
            </w:r>
            <w:proofErr w:type="gramStart"/>
            <w:r>
              <w:rPr>
                <w:color w:val="141414"/>
                <w:sz w:val="19"/>
              </w:rPr>
              <w:t>Disposition ]</w:t>
            </w:r>
            <w:proofErr w:type="gramEnd"/>
          </w:p>
        </w:tc>
      </w:tr>
      <w:tr w:rsidR="000C22B4" w14:paraId="332949A6" w14:textId="77777777" w:rsidTr="000C22B4">
        <w:trPr>
          <w:jc w:val="center"/>
        </w:trPr>
        <w:tc>
          <w:tcPr>
            <w:tcW w:w="1584" w:type="dxa"/>
            <w:shd w:val="clear" w:color="auto" w:fill="F9FBFD"/>
            <w:tcMar>
              <w:top w:w="70" w:type="dxa"/>
              <w:left w:w="100" w:type="dxa"/>
              <w:bottom w:w="70" w:type="dxa"/>
              <w:right w:w="100" w:type="dxa"/>
            </w:tcMar>
          </w:tcPr>
          <w:p w14:paraId="0C0B265B" w14:textId="790AD283" w:rsidR="000C22B4" w:rsidRDefault="000C22B4" w:rsidP="00D90BC6">
            <w:pPr>
              <w:spacing w:after="0" w:line="240" w:lineRule="auto"/>
              <w:rPr>
                <w:color w:val="141414"/>
                <w:sz w:val="19"/>
              </w:rPr>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3456" w:type="dxa"/>
            <w:shd w:val="clear" w:color="auto" w:fill="F9FBFD"/>
            <w:tcMar>
              <w:top w:w="70" w:type="dxa"/>
              <w:left w:w="100" w:type="dxa"/>
              <w:bottom w:w="70" w:type="dxa"/>
              <w:right w:w="100" w:type="dxa"/>
            </w:tcMar>
          </w:tcPr>
          <w:p w14:paraId="22CB1E64" w14:textId="2F3AEEB7" w:rsidR="000C22B4" w:rsidRDefault="000C22B4" w:rsidP="00D90BC6">
            <w:pPr>
              <w:spacing w:after="0" w:line="240" w:lineRule="auto"/>
              <w:rPr>
                <w:color w:val="141414"/>
                <w:sz w:val="19"/>
              </w:rPr>
            </w:pPr>
            <w:r>
              <w:rPr>
                <w:color w:val="141414"/>
                <w:sz w:val="19"/>
              </w:rPr>
              <w:t>[ Charge / Offense or N/</w:t>
            </w:r>
            <w:proofErr w:type="gramStart"/>
            <w:r>
              <w:rPr>
                <w:color w:val="141414"/>
                <w:sz w:val="19"/>
              </w:rPr>
              <w:t>A ]</w:t>
            </w:r>
            <w:proofErr w:type="gramEnd"/>
          </w:p>
        </w:tc>
        <w:tc>
          <w:tcPr>
            <w:tcW w:w="2592" w:type="dxa"/>
            <w:shd w:val="clear" w:color="auto" w:fill="F9FBFD"/>
            <w:tcMar>
              <w:top w:w="70" w:type="dxa"/>
              <w:left w:w="100" w:type="dxa"/>
              <w:bottom w:w="70" w:type="dxa"/>
              <w:right w:w="100" w:type="dxa"/>
            </w:tcMar>
          </w:tcPr>
          <w:p w14:paraId="6559B80B" w14:textId="02E4B787" w:rsidR="000C22B4" w:rsidRDefault="000C22B4" w:rsidP="00D90BC6">
            <w:pPr>
              <w:spacing w:after="0" w:line="240" w:lineRule="auto"/>
              <w:rPr>
                <w:color w:val="141414"/>
                <w:sz w:val="19"/>
              </w:rPr>
            </w:pPr>
            <w:r>
              <w:rPr>
                <w:color w:val="141414"/>
                <w:sz w:val="19"/>
              </w:rPr>
              <w:t xml:space="preserve">[ Action </w:t>
            </w:r>
            <w:proofErr w:type="gramStart"/>
            <w:r>
              <w:rPr>
                <w:color w:val="141414"/>
                <w:sz w:val="19"/>
              </w:rPr>
              <w:t>Taken ]</w:t>
            </w:r>
            <w:proofErr w:type="gramEnd"/>
          </w:p>
        </w:tc>
        <w:tc>
          <w:tcPr>
            <w:tcW w:w="2448" w:type="dxa"/>
            <w:shd w:val="clear" w:color="auto" w:fill="F9FBFD"/>
            <w:tcMar>
              <w:top w:w="70" w:type="dxa"/>
              <w:left w:w="100" w:type="dxa"/>
              <w:bottom w:w="70" w:type="dxa"/>
              <w:right w:w="100" w:type="dxa"/>
            </w:tcMar>
          </w:tcPr>
          <w:p w14:paraId="3DF67668" w14:textId="1B616FBE" w:rsidR="000C22B4" w:rsidRDefault="000C22B4" w:rsidP="00D90BC6">
            <w:pPr>
              <w:spacing w:after="0" w:line="240" w:lineRule="auto"/>
              <w:rPr>
                <w:color w:val="141414"/>
                <w:sz w:val="19"/>
              </w:rPr>
            </w:pPr>
            <w:r>
              <w:rPr>
                <w:color w:val="141414"/>
                <w:sz w:val="19"/>
              </w:rPr>
              <w:t xml:space="preserve">[ </w:t>
            </w:r>
            <w:proofErr w:type="gramStart"/>
            <w:r>
              <w:rPr>
                <w:color w:val="141414"/>
                <w:sz w:val="19"/>
              </w:rPr>
              <w:t>Disposition ]</w:t>
            </w:r>
            <w:proofErr w:type="gramEnd"/>
          </w:p>
        </w:tc>
      </w:tr>
      <w:tr w:rsidR="000C22B4" w14:paraId="3A46EC4E" w14:textId="77777777" w:rsidTr="000C22B4">
        <w:trPr>
          <w:jc w:val="center"/>
        </w:trPr>
        <w:tc>
          <w:tcPr>
            <w:tcW w:w="1584" w:type="dxa"/>
            <w:shd w:val="clear" w:color="auto" w:fill="F9FBFD"/>
            <w:tcMar>
              <w:top w:w="70" w:type="dxa"/>
              <w:left w:w="100" w:type="dxa"/>
              <w:bottom w:w="70" w:type="dxa"/>
              <w:right w:w="100" w:type="dxa"/>
            </w:tcMar>
          </w:tcPr>
          <w:p w14:paraId="71B260C8" w14:textId="2B1A309E" w:rsidR="000C22B4" w:rsidRDefault="000C22B4" w:rsidP="00D90BC6">
            <w:pPr>
              <w:spacing w:after="0" w:line="240" w:lineRule="auto"/>
              <w:rPr>
                <w:color w:val="141414"/>
                <w:sz w:val="19"/>
              </w:rPr>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3456" w:type="dxa"/>
            <w:shd w:val="clear" w:color="auto" w:fill="F9FBFD"/>
            <w:tcMar>
              <w:top w:w="70" w:type="dxa"/>
              <w:left w:w="100" w:type="dxa"/>
              <w:bottom w:w="70" w:type="dxa"/>
              <w:right w:w="100" w:type="dxa"/>
            </w:tcMar>
          </w:tcPr>
          <w:p w14:paraId="6337DA6E" w14:textId="26C7F956" w:rsidR="000C22B4" w:rsidRDefault="000C22B4" w:rsidP="00D90BC6">
            <w:pPr>
              <w:spacing w:after="0" w:line="240" w:lineRule="auto"/>
              <w:rPr>
                <w:color w:val="141414"/>
                <w:sz w:val="19"/>
              </w:rPr>
            </w:pPr>
            <w:r>
              <w:rPr>
                <w:color w:val="141414"/>
                <w:sz w:val="19"/>
              </w:rPr>
              <w:t>[ Charge / Offense or N/</w:t>
            </w:r>
            <w:proofErr w:type="gramStart"/>
            <w:r>
              <w:rPr>
                <w:color w:val="141414"/>
                <w:sz w:val="19"/>
              </w:rPr>
              <w:t>A ]</w:t>
            </w:r>
            <w:proofErr w:type="gramEnd"/>
          </w:p>
        </w:tc>
        <w:tc>
          <w:tcPr>
            <w:tcW w:w="2592" w:type="dxa"/>
            <w:shd w:val="clear" w:color="auto" w:fill="F9FBFD"/>
            <w:tcMar>
              <w:top w:w="70" w:type="dxa"/>
              <w:left w:w="100" w:type="dxa"/>
              <w:bottom w:w="70" w:type="dxa"/>
              <w:right w:w="100" w:type="dxa"/>
            </w:tcMar>
          </w:tcPr>
          <w:p w14:paraId="70C39EE0" w14:textId="60B52D36" w:rsidR="000C22B4" w:rsidRDefault="000C22B4" w:rsidP="00D90BC6">
            <w:pPr>
              <w:spacing w:after="0" w:line="240" w:lineRule="auto"/>
              <w:rPr>
                <w:color w:val="141414"/>
                <w:sz w:val="19"/>
              </w:rPr>
            </w:pPr>
            <w:r>
              <w:rPr>
                <w:color w:val="141414"/>
                <w:sz w:val="19"/>
              </w:rPr>
              <w:t xml:space="preserve">[ Action </w:t>
            </w:r>
            <w:proofErr w:type="gramStart"/>
            <w:r>
              <w:rPr>
                <w:color w:val="141414"/>
                <w:sz w:val="19"/>
              </w:rPr>
              <w:t>Taken ]</w:t>
            </w:r>
            <w:proofErr w:type="gramEnd"/>
          </w:p>
        </w:tc>
        <w:tc>
          <w:tcPr>
            <w:tcW w:w="2448" w:type="dxa"/>
            <w:shd w:val="clear" w:color="auto" w:fill="F9FBFD"/>
            <w:tcMar>
              <w:top w:w="70" w:type="dxa"/>
              <w:left w:w="100" w:type="dxa"/>
              <w:bottom w:w="70" w:type="dxa"/>
              <w:right w:w="100" w:type="dxa"/>
            </w:tcMar>
          </w:tcPr>
          <w:p w14:paraId="1BB2ED51" w14:textId="219449B6" w:rsidR="000C22B4" w:rsidRDefault="000C22B4" w:rsidP="00D90BC6">
            <w:pPr>
              <w:spacing w:after="0" w:line="240" w:lineRule="auto"/>
              <w:rPr>
                <w:color w:val="141414"/>
                <w:sz w:val="19"/>
              </w:rPr>
            </w:pPr>
            <w:r>
              <w:rPr>
                <w:color w:val="141414"/>
                <w:sz w:val="19"/>
              </w:rPr>
              <w:t xml:space="preserve">[ </w:t>
            </w:r>
            <w:proofErr w:type="gramStart"/>
            <w:r>
              <w:rPr>
                <w:color w:val="141414"/>
                <w:sz w:val="19"/>
              </w:rPr>
              <w:t>Disposition ]</w:t>
            </w:r>
            <w:proofErr w:type="gramEnd"/>
          </w:p>
        </w:tc>
      </w:tr>
    </w:tbl>
    <w:p w14:paraId="648AAFC0" w14:textId="77777777" w:rsidR="00AA3848" w:rsidRDefault="00AA3848" w:rsidP="00D90BC6">
      <w:pPr>
        <w:spacing w:after="0" w:line="240" w:lineRule="auto"/>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168"/>
        <w:gridCol w:w="6912"/>
      </w:tblGrid>
      <w:tr w:rsidR="00AA3848" w14:paraId="3826F96C" w14:textId="77777777">
        <w:trPr>
          <w:jc w:val="center"/>
        </w:trPr>
        <w:tc>
          <w:tcPr>
            <w:tcW w:w="3168" w:type="dxa"/>
            <w:shd w:val="clear" w:color="auto" w:fill="1B365D"/>
            <w:tcMar>
              <w:top w:w="70" w:type="dxa"/>
              <w:left w:w="100" w:type="dxa"/>
              <w:bottom w:w="70" w:type="dxa"/>
              <w:right w:w="100" w:type="dxa"/>
            </w:tcMar>
          </w:tcPr>
          <w:p w14:paraId="37853B82" w14:textId="77777777" w:rsidR="00AA3848" w:rsidRDefault="00407892" w:rsidP="00D90BC6">
            <w:pPr>
              <w:spacing w:after="0" w:line="240" w:lineRule="auto"/>
            </w:pPr>
            <w:r>
              <w:rPr>
                <w:b/>
                <w:color w:val="FFFFFF"/>
                <w:sz w:val="19"/>
              </w:rPr>
              <w:t>Question</w:t>
            </w:r>
          </w:p>
        </w:tc>
        <w:tc>
          <w:tcPr>
            <w:tcW w:w="6912" w:type="dxa"/>
            <w:shd w:val="clear" w:color="auto" w:fill="1B365D"/>
            <w:tcMar>
              <w:top w:w="70" w:type="dxa"/>
              <w:left w:w="100" w:type="dxa"/>
              <w:bottom w:w="70" w:type="dxa"/>
              <w:right w:w="100" w:type="dxa"/>
            </w:tcMar>
          </w:tcPr>
          <w:p w14:paraId="0D48AD24" w14:textId="77777777" w:rsidR="00AA3848" w:rsidRDefault="00407892" w:rsidP="00D90BC6">
            <w:pPr>
              <w:spacing w:after="0" w:line="240" w:lineRule="auto"/>
            </w:pPr>
            <w:r>
              <w:rPr>
                <w:b/>
                <w:color w:val="FFFFFF"/>
                <w:sz w:val="19"/>
              </w:rPr>
              <w:t>Response &amp; Explanation</w:t>
            </w:r>
          </w:p>
        </w:tc>
      </w:tr>
      <w:tr w:rsidR="00AA3848" w14:paraId="75FDC8A9" w14:textId="77777777">
        <w:trPr>
          <w:jc w:val="center"/>
        </w:trPr>
        <w:tc>
          <w:tcPr>
            <w:tcW w:w="3168" w:type="dxa"/>
            <w:shd w:val="clear" w:color="auto" w:fill="FFFFFF"/>
            <w:tcMar>
              <w:top w:w="70" w:type="dxa"/>
              <w:left w:w="100" w:type="dxa"/>
              <w:bottom w:w="70" w:type="dxa"/>
              <w:right w:w="100" w:type="dxa"/>
            </w:tcMar>
          </w:tcPr>
          <w:p w14:paraId="4A3B78AE" w14:textId="77777777" w:rsidR="00AA3848" w:rsidRDefault="00407892" w:rsidP="00D90BC6">
            <w:pPr>
              <w:spacing w:after="0" w:line="240" w:lineRule="auto"/>
            </w:pPr>
            <w:r>
              <w:rPr>
                <w:color w:val="141414"/>
                <w:sz w:val="19"/>
              </w:rPr>
              <w:t>Were you ever AWOL?</w:t>
            </w:r>
          </w:p>
        </w:tc>
        <w:tc>
          <w:tcPr>
            <w:tcW w:w="6912" w:type="dxa"/>
            <w:shd w:val="clear" w:color="auto" w:fill="FFFFFF"/>
            <w:tcMar>
              <w:top w:w="70" w:type="dxa"/>
              <w:left w:w="100" w:type="dxa"/>
              <w:bottom w:w="70" w:type="dxa"/>
              <w:right w:w="100" w:type="dxa"/>
            </w:tcMar>
          </w:tcPr>
          <w:p w14:paraId="669179E2" w14:textId="77777777" w:rsidR="00AA3848" w:rsidRDefault="00407892" w:rsidP="00D90BC6">
            <w:pPr>
              <w:spacing w:after="0" w:line="240" w:lineRule="auto"/>
            </w:pPr>
            <w:proofErr w:type="gramStart"/>
            <w:r>
              <w:rPr>
                <w:i/>
                <w:color w:val="6E6E6E"/>
                <w:sz w:val="19"/>
              </w:rPr>
              <w:t>[  ]</w:t>
            </w:r>
            <w:proofErr w:type="gramEnd"/>
            <w:r>
              <w:rPr>
                <w:i/>
                <w:color w:val="6E6E6E"/>
                <w:sz w:val="19"/>
              </w:rPr>
              <w:t xml:space="preserve"> YES    [  ] NO   If YES, explain: [ Type Explanation ]</w:t>
            </w:r>
          </w:p>
        </w:tc>
      </w:tr>
      <w:tr w:rsidR="00AA3848" w14:paraId="6E2CCF54" w14:textId="77777777">
        <w:trPr>
          <w:jc w:val="center"/>
        </w:trPr>
        <w:tc>
          <w:tcPr>
            <w:tcW w:w="3168" w:type="dxa"/>
            <w:shd w:val="clear" w:color="auto" w:fill="F9FBFD"/>
            <w:tcMar>
              <w:top w:w="70" w:type="dxa"/>
              <w:left w:w="100" w:type="dxa"/>
              <w:bottom w:w="70" w:type="dxa"/>
              <w:right w:w="100" w:type="dxa"/>
            </w:tcMar>
          </w:tcPr>
          <w:p w14:paraId="2407FB60" w14:textId="77777777" w:rsidR="00AA3848" w:rsidRDefault="00407892" w:rsidP="00D90BC6">
            <w:pPr>
              <w:spacing w:after="0"/>
            </w:pPr>
            <w:r>
              <w:rPr>
                <w:color w:val="141414"/>
                <w:sz w:val="19"/>
              </w:rPr>
              <w:t>Were you ever investigated by military authorities?</w:t>
            </w:r>
          </w:p>
        </w:tc>
        <w:tc>
          <w:tcPr>
            <w:tcW w:w="6912" w:type="dxa"/>
            <w:shd w:val="clear" w:color="auto" w:fill="F9FBFD"/>
            <w:tcMar>
              <w:top w:w="70" w:type="dxa"/>
              <w:left w:w="100" w:type="dxa"/>
              <w:bottom w:w="70" w:type="dxa"/>
              <w:right w:w="100" w:type="dxa"/>
            </w:tcMar>
          </w:tcPr>
          <w:p w14:paraId="61434EA4" w14:textId="77777777" w:rsidR="00AA3848" w:rsidRDefault="00407892" w:rsidP="00D90BC6">
            <w:pPr>
              <w:spacing w:after="0"/>
            </w:pPr>
            <w:proofErr w:type="gramStart"/>
            <w:r>
              <w:rPr>
                <w:i/>
                <w:color w:val="6E6E6E"/>
                <w:sz w:val="19"/>
              </w:rPr>
              <w:t>[  ]</w:t>
            </w:r>
            <w:proofErr w:type="gramEnd"/>
            <w:r>
              <w:rPr>
                <w:i/>
                <w:color w:val="6E6E6E"/>
                <w:sz w:val="19"/>
              </w:rPr>
              <w:t xml:space="preserve"> YES    [  ] NO   If YES, explain: [ Type Explanation ]</w:t>
            </w:r>
          </w:p>
        </w:tc>
      </w:tr>
    </w:tbl>
    <w:p w14:paraId="481ABCFB" w14:textId="77777777" w:rsidR="00AA3848" w:rsidRDefault="00AA3848">
      <w:pPr>
        <w:spacing w:after="120"/>
      </w:pPr>
    </w:p>
    <w:p w14:paraId="76BFA9C1" w14:textId="77777777" w:rsidR="00D90BC6" w:rsidRDefault="00D90BC6">
      <w:pPr>
        <w:keepNext/>
        <w:spacing w:before="280" w:after="120"/>
        <w:rPr>
          <w:b/>
          <w:color w:val="1B365D"/>
          <w:sz w:val="26"/>
        </w:rPr>
      </w:pPr>
      <w:r>
        <w:rPr>
          <w:b/>
          <w:color w:val="1B365D"/>
          <w:sz w:val="26"/>
        </w:rPr>
        <w:br w:type="page"/>
      </w:r>
    </w:p>
    <w:p w14:paraId="789AF890" w14:textId="77777777" w:rsidR="00D90BC6" w:rsidRDefault="00407892" w:rsidP="00D90BC6">
      <w:pPr>
        <w:keepNext/>
        <w:spacing w:before="280" w:after="120"/>
      </w:pPr>
      <w:r>
        <w:rPr>
          <w:b/>
          <w:color w:val="1B365D"/>
          <w:sz w:val="26"/>
        </w:rPr>
        <w:lastRenderedPageBreak/>
        <w:t>SECTION 7: FINANCIAL STATUS &amp; QUESTIONNAIRE</w:t>
      </w:r>
    </w:p>
    <w:p w14:paraId="497AE5B1" w14:textId="14220809" w:rsidR="00D90BC6" w:rsidRPr="00930C0A" w:rsidRDefault="00D90BC6" w:rsidP="00D90BC6">
      <w:pPr>
        <w:keepNext/>
        <w:spacing w:before="280" w:after="120"/>
      </w:pPr>
      <w:r>
        <w:rPr>
          <w:rFonts w:ascii="Arial" w:hAnsi="Arial"/>
        </w:rPr>
        <w:t>7.1.1 List all outstanding debts (</w:t>
      </w:r>
      <w:r>
        <w:t>mortgage payments, rent, credit cards, medical bills, child support, alimony, loans, school loans, automobile loans, automobile repair, utility bills, tax liens, and other outstanding debt</w:t>
      </w:r>
      <w:r w:rsidRPr="00930C0A">
        <w:rPr>
          <w:rFonts w:ascii="Arial" w:hAnsi="Arial"/>
        </w:rPr>
        <w:t>, etc.). Indicate if past due.</w:t>
      </w:r>
      <w:r>
        <w:rPr>
          <w:rFonts w:ascii="Arial" w:hAnsi="Arial"/>
        </w:rPr>
        <w:t xml:space="preserve"> Should additional space be necessary, provide explanation on the Narrative Page referencing page number and item number (section)</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152"/>
        <w:gridCol w:w="1296"/>
        <w:gridCol w:w="1327"/>
        <w:gridCol w:w="1440"/>
        <w:gridCol w:w="1697"/>
        <w:gridCol w:w="2173"/>
        <w:gridCol w:w="995"/>
      </w:tblGrid>
      <w:tr w:rsidR="00AA3848" w14:paraId="3465AA80" w14:textId="77777777" w:rsidTr="00D90BC6">
        <w:trPr>
          <w:jc w:val="center"/>
        </w:trPr>
        <w:tc>
          <w:tcPr>
            <w:tcW w:w="1152" w:type="dxa"/>
            <w:shd w:val="clear" w:color="auto" w:fill="1B365D"/>
            <w:tcMar>
              <w:top w:w="70" w:type="dxa"/>
              <w:left w:w="100" w:type="dxa"/>
              <w:bottom w:w="70" w:type="dxa"/>
              <w:right w:w="100" w:type="dxa"/>
            </w:tcMar>
          </w:tcPr>
          <w:p w14:paraId="4C8C139D" w14:textId="77777777" w:rsidR="00AA3848" w:rsidRDefault="00407892">
            <w:pPr>
              <w:spacing w:before="40" w:after="40"/>
            </w:pPr>
            <w:r>
              <w:rPr>
                <w:b/>
                <w:color w:val="FFFFFF"/>
                <w:sz w:val="19"/>
              </w:rPr>
              <w:t>Loan Date</w:t>
            </w:r>
          </w:p>
        </w:tc>
        <w:tc>
          <w:tcPr>
            <w:tcW w:w="1296" w:type="dxa"/>
            <w:shd w:val="clear" w:color="auto" w:fill="1B365D"/>
            <w:tcMar>
              <w:top w:w="70" w:type="dxa"/>
              <w:left w:w="100" w:type="dxa"/>
              <w:bottom w:w="70" w:type="dxa"/>
              <w:right w:w="100" w:type="dxa"/>
            </w:tcMar>
          </w:tcPr>
          <w:p w14:paraId="34D95164" w14:textId="77777777" w:rsidR="00AA3848" w:rsidRDefault="00407892">
            <w:pPr>
              <w:spacing w:before="40" w:after="40"/>
            </w:pPr>
            <w:r>
              <w:rPr>
                <w:b/>
                <w:color w:val="FFFFFF"/>
                <w:sz w:val="19"/>
              </w:rPr>
              <w:t>Loan Amount</w:t>
            </w:r>
          </w:p>
        </w:tc>
        <w:tc>
          <w:tcPr>
            <w:tcW w:w="1327" w:type="dxa"/>
            <w:shd w:val="clear" w:color="auto" w:fill="1B365D"/>
            <w:tcMar>
              <w:top w:w="70" w:type="dxa"/>
              <w:left w:w="100" w:type="dxa"/>
              <w:bottom w:w="70" w:type="dxa"/>
              <w:right w:w="100" w:type="dxa"/>
            </w:tcMar>
          </w:tcPr>
          <w:p w14:paraId="10143DA0" w14:textId="77777777" w:rsidR="00AA3848" w:rsidRDefault="00407892">
            <w:pPr>
              <w:spacing w:before="40" w:after="40"/>
            </w:pPr>
            <w:r>
              <w:rPr>
                <w:b/>
                <w:color w:val="FFFFFF"/>
                <w:sz w:val="19"/>
              </w:rPr>
              <w:t>Monthly Payment</w:t>
            </w:r>
          </w:p>
        </w:tc>
        <w:tc>
          <w:tcPr>
            <w:tcW w:w="1440" w:type="dxa"/>
            <w:shd w:val="clear" w:color="auto" w:fill="1B365D"/>
            <w:tcMar>
              <w:top w:w="70" w:type="dxa"/>
              <w:left w:w="100" w:type="dxa"/>
              <w:bottom w:w="70" w:type="dxa"/>
              <w:right w:w="100" w:type="dxa"/>
            </w:tcMar>
          </w:tcPr>
          <w:p w14:paraId="738CE3DC" w14:textId="77777777" w:rsidR="00AA3848" w:rsidRDefault="00407892">
            <w:pPr>
              <w:spacing w:before="40" w:after="40"/>
            </w:pPr>
            <w:r>
              <w:rPr>
                <w:b/>
                <w:color w:val="FFFFFF"/>
                <w:sz w:val="19"/>
              </w:rPr>
              <w:t>Current Balance</w:t>
            </w:r>
          </w:p>
        </w:tc>
        <w:tc>
          <w:tcPr>
            <w:tcW w:w="1697" w:type="dxa"/>
            <w:shd w:val="clear" w:color="auto" w:fill="1B365D"/>
            <w:tcMar>
              <w:top w:w="70" w:type="dxa"/>
              <w:left w:w="100" w:type="dxa"/>
              <w:bottom w:w="70" w:type="dxa"/>
              <w:right w:w="100" w:type="dxa"/>
            </w:tcMar>
          </w:tcPr>
          <w:p w14:paraId="7F0E6CB9" w14:textId="77777777" w:rsidR="00AA3848" w:rsidRDefault="00407892">
            <w:pPr>
              <w:spacing w:before="40" w:after="40"/>
            </w:pPr>
            <w:r>
              <w:rPr>
                <w:b/>
                <w:color w:val="FFFFFF"/>
                <w:sz w:val="19"/>
              </w:rPr>
              <w:t>Purpose of Debt</w:t>
            </w:r>
          </w:p>
        </w:tc>
        <w:tc>
          <w:tcPr>
            <w:tcW w:w="2173" w:type="dxa"/>
            <w:shd w:val="clear" w:color="auto" w:fill="1B365D"/>
            <w:tcMar>
              <w:top w:w="70" w:type="dxa"/>
              <w:left w:w="100" w:type="dxa"/>
              <w:bottom w:w="70" w:type="dxa"/>
              <w:right w:w="100" w:type="dxa"/>
            </w:tcMar>
          </w:tcPr>
          <w:p w14:paraId="676DF482" w14:textId="77777777" w:rsidR="00AA3848" w:rsidRDefault="00407892">
            <w:pPr>
              <w:spacing w:before="40" w:after="40"/>
            </w:pPr>
            <w:r>
              <w:rPr>
                <w:b/>
                <w:color w:val="FFFFFF"/>
                <w:sz w:val="19"/>
              </w:rPr>
              <w:t>Lending Institution / Address</w:t>
            </w:r>
          </w:p>
        </w:tc>
        <w:tc>
          <w:tcPr>
            <w:tcW w:w="995" w:type="dxa"/>
            <w:shd w:val="clear" w:color="auto" w:fill="1B365D"/>
            <w:tcMar>
              <w:top w:w="70" w:type="dxa"/>
              <w:left w:w="100" w:type="dxa"/>
              <w:bottom w:w="70" w:type="dxa"/>
              <w:right w:w="100" w:type="dxa"/>
            </w:tcMar>
          </w:tcPr>
          <w:p w14:paraId="004A1073" w14:textId="77777777" w:rsidR="00AA3848" w:rsidRDefault="00407892">
            <w:pPr>
              <w:spacing w:before="40" w:after="40"/>
            </w:pPr>
            <w:r>
              <w:rPr>
                <w:b/>
                <w:color w:val="FFFFFF"/>
                <w:sz w:val="19"/>
              </w:rPr>
              <w:t>Past Due?</w:t>
            </w:r>
          </w:p>
        </w:tc>
      </w:tr>
      <w:tr w:rsidR="00AA3848" w14:paraId="135BC895" w14:textId="77777777" w:rsidTr="00D90BC6">
        <w:trPr>
          <w:jc w:val="center"/>
        </w:trPr>
        <w:tc>
          <w:tcPr>
            <w:tcW w:w="1152" w:type="dxa"/>
            <w:shd w:val="clear" w:color="auto" w:fill="FFFFFF"/>
            <w:tcMar>
              <w:top w:w="70" w:type="dxa"/>
              <w:left w:w="100" w:type="dxa"/>
              <w:bottom w:w="70" w:type="dxa"/>
              <w:right w:w="100" w:type="dxa"/>
            </w:tcMar>
          </w:tcPr>
          <w:p w14:paraId="3B4AB61C"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296" w:type="dxa"/>
            <w:shd w:val="clear" w:color="auto" w:fill="FFFFFF"/>
            <w:tcMar>
              <w:top w:w="70" w:type="dxa"/>
              <w:left w:w="100" w:type="dxa"/>
              <w:bottom w:w="70" w:type="dxa"/>
              <w:right w:w="100" w:type="dxa"/>
            </w:tcMar>
          </w:tcPr>
          <w:p w14:paraId="3C392E95" w14:textId="77777777" w:rsidR="00AA3848" w:rsidRDefault="00407892">
            <w:pPr>
              <w:spacing w:before="40" w:after="40"/>
            </w:pPr>
            <w:r>
              <w:rPr>
                <w:color w:val="141414"/>
                <w:sz w:val="19"/>
              </w:rPr>
              <w:t>$[        ]</w:t>
            </w:r>
          </w:p>
        </w:tc>
        <w:tc>
          <w:tcPr>
            <w:tcW w:w="1327" w:type="dxa"/>
            <w:shd w:val="clear" w:color="auto" w:fill="FFFFFF"/>
            <w:tcMar>
              <w:top w:w="70" w:type="dxa"/>
              <w:left w:w="100" w:type="dxa"/>
              <w:bottom w:w="70" w:type="dxa"/>
              <w:right w:w="100" w:type="dxa"/>
            </w:tcMar>
          </w:tcPr>
          <w:p w14:paraId="78BCDEDF" w14:textId="77777777" w:rsidR="00AA3848" w:rsidRDefault="00407892">
            <w:pPr>
              <w:spacing w:before="40" w:after="40"/>
            </w:pPr>
            <w:r>
              <w:rPr>
                <w:color w:val="141414"/>
                <w:sz w:val="19"/>
              </w:rPr>
              <w:t>$[        ]</w:t>
            </w:r>
          </w:p>
        </w:tc>
        <w:tc>
          <w:tcPr>
            <w:tcW w:w="1440" w:type="dxa"/>
            <w:shd w:val="clear" w:color="auto" w:fill="FFFFFF"/>
            <w:tcMar>
              <w:top w:w="70" w:type="dxa"/>
              <w:left w:w="100" w:type="dxa"/>
              <w:bottom w:w="70" w:type="dxa"/>
              <w:right w:w="100" w:type="dxa"/>
            </w:tcMar>
          </w:tcPr>
          <w:p w14:paraId="00BEFB90" w14:textId="77777777" w:rsidR="00AA3848" w:rsidRDefault="00407892">
            <w:pPr>
              <w:spacing w:before="40" w:after="40"/>
            </w:pPr>
            <w:r>
              <w:rPr>
                <w:color w:val="141414"/>
                <w:sz w:val="19"/>
              </w:rPr>
              <w:t>$[        ]</w:t>
            </w:r>
          </w:p>
        </w:tc>
        <w:tc>
          <w:tcPr>
            <w:tcW w:w="1697" w:type="dxa"/>
            <w:shd w:val="clear" w:color="auto" w:fill="FFFFFF"/>
            <w:tcMar>
              <w:top w:w="70" w:type="dxa"/>
              <w:left w:w="100" w:type="dxa"/>
              <w:bottom w:w="70" w:type="dxa"/>
              <w:right w:w="100" w:type="dxa"/>
            </w:tcMar>
          </w:tcPr>
          <w:p w14:paraId="39C5822E" w14:textId="77777777" w:rsidR="00AA3848" w:rsidRDefault="00407892">
            <w:pPr>
              <w:spacing w:before="40" w:after="40"/>
            </w:pPr>
            <w:r>
              <w:rPr>
                <w:color w:val="141414"/>
                <w:sz w:val="19"/>
              </w:rPr>
              <w:t xml:space="preserve">[ </w:t>
            </w:r>
            <w:proofErr w:type="gramStart"/>
            <w:r>
              <w:rPr>
                <w:color w:val="141414"/>
                <w:sz w:val="19"/>
              </w:rPr>
              <w:t>Purpose ]</w:t>
            </w:r>
            <w:proofErr w:type="gramEnd"/>
          </w:p>
        </w:tc>
        <w:tc>
          <w:tcPr>
            <w:tcW w:w="2173" w:type="dxa"/>
            <w:shd w:val="clear" w:color="auto" w:fill="FFFFFF"/>
            <w:tcMar>
              <w:top w:w="70" w:type="dxa"/>
              <w:left w:w="100" w:type="dxa"/>
              <w:bottom w:w="70" w:type="dxa"/>
              <w:right w:w="100" w:type="dxa"/>
            </w:tcMar>
          </w:tcPr>
          <w:p w14:paraId="691FE165" w14:textId="77777777" w:rsidR="00AA3848" w:rsidRDefault="00407892">
            <w:pPr>
              <w:spacing w:before="40" w:after="40"/>
            </w:pPr>
            <w:r>
              <w:rPr>
                <w:color w:val="141414"/>
                <w:sz w:val="19"/>
              </w:rPr>
              <w:t xml:space="preserve">[ Lender Name &amp; </w:t>
            </w:r>
            <w:proofErr w:type="gramStart"/>
            <w:r>
              <w:rPr>
                <w:color w:val="141414"/>
                <w:sz w:val="19"/>
              </w:rPr>
              <w:t>Address ]</w:t>
            </w:r>
            <w:proofErr w:type="gramEnd"/>
          </w:p>
        </w:tc>
        <w:tc>
          <w:tcPr>
            <w:tcW w:w="995" w:type="dxa"/>
            <w:shd w:val="clear" w:color="auto" w:fill="FFFFFF"/>
            <w:tcMar>
              <w:top w:w="70" w:type="dxa"/>
              <w:left w:w="100" w:type="dxa"/>
              <w:bottom w:w="70" w:type="dxa"/>
              <w:right w:w="100" w:type="dxa"/>
            </w:tcMar>
          </w:tcPr>
          <w:p w14:paraId="0716DE53" w14:textId="77777777" w:rsidR="00AA3848" w:rsidRDefault="00407892">
            <w:pPr>
              <w:spacing w:before="40" w:after="40"/>
            </w:pPr>
            <w:proofErr w:type="gramStart"/>
            <w:r>
              <w:rPr>
                <w:color w:val="141414"/>
                <w:sz w:val="19"/>
              </w:rPr>
              <w:t>[  ]</w:t>
            </w:r>
            <w:proofErr w:type="gramEnd"/>
            <w:r>
              <w:rPr>
                <w:color w:val="141414"/>
                <w:sz w:val="19"/>
              </w:rPr>
              <w:t xml:space="preserve"> Y  [  ] N</w:t>
            </w:r>
          </w:p>
        </w:tc>
      </w:tr>
      <w:tr w:rsidR="00567519" w14:paraId="66A03445" w14:textId="77777777" w:rsidTr="00D90BC6">
        <w:trPr>
          <w:jc w:val="center"/>
        </w:trPr>
        <w:tc>
          <w:tcPr>
            <w:tcW w:w="1152" w:type="dxa"/>
            <w:shd w:val="clear" w:color="auto" w:fill="FFFFFF"/>
            <w:tcMar>
              <w:top w:w="70" w:type="dxa"/>
              <w:left w:w="100" w:type="dxa"/>
              <w:bottom w:w="70" w:type="dxa"/>
              <w:right w:w="100" w:type="dxa"/>
            </w:tcMar>
          </w:tcPr>
          <w:p w14:paraId="5E7DEB56" w14:textId="783ADA93" w:rsidR="00567519" w:rsidRDefault="00567519" w:rsidP="00567519">
            <w:pPr>
              <w:spacing w:before="40" w:after="40"/>
              <w:rPr>
                <w:color w:val="141414"/>
                <w:sz w:val="19"/>
              </w:rPr>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296" w:type="dxa"/>
            <w:shd w:val="clear" w:color="auto" w:fill="FFFFFF"/>
            <w:tcMar>
              <w:top w:w="70" w:type="dxa"/>
              <w:left w:w="100" w:type="dxa"/>
              <w:bottom w:w="70" w:type="dxa"/>
              <w:right w:w="100" w:type="dxa"/>
            </w:tcMar>
          </w:tcPr>
          <w:p w14:paraId="1FBA2107" w14:textId="04E01F02" w:rsidR="00567519" w:rsidRDefault="00567519" w:rsidP="00567519">
            <w:pPr>
              <w:spacing w:before="40" w:after="40"/>
              <w:rPr>
                <w:color w:val="141414"/>
                <w:sz w:val="19"/>
              </w:rPr>
            </w:pPr>
            <w:r>
              <w:rPr>
                <w:color w:val="141414"/>
                <w:sz w:val="19"/>
              </w:rPr>
              <w:t>$[        ]</w:t>
            </w:r>
          </w:p>
        </w:tc>
        <w:tc>
          <w:tcPr>
            <w:tcW w:w="1327" w:type="dxa"/>
            <w:shd w:val="clear" w:color="auto" w:fill="FFFFFF"/>
            <w:tcMar>
              <w:top w:w="70" w:type="dxa"/>
              <w:left w:w="100" w:type="dxa"/>
              <w:bottom w:w="70" w:type="dxa"/>
              <w:right w:w="100" w:type="dxa"/>
            </w:tcMar>
          </w:tcPr>
          <w:p w14:paraId="4291DAC4" w14:textId="25124EE5" w:rsidR="00567519" w:rsidRDefault="00567519" w:rsidP="00567519">
            <w:pPr>
              <w:spacing w:before="40" w:after="40"/>
              <w:rPr>
                <w:color w:val="141414"/>
                <w:sz w:val="19"/>
              </w:rPr>
            </w:pPr>
            <w:r>
              <w:rPr>
                <w:color w:val="141414"/>
                <w:sz w:val="19"/>
              </w:rPr>
              <w:t>$[        ]</w:t>
            </w:r>
          </w:p>
        </w:tc>
        <w:tc>
          <w:tcPr>
            <w:tcW w:w="1440" w:type="dxa"/>
            <w:shd w:val="clear" w:color="auto" w:fill="FFFFFF"/>
            <w:tcMar>
              <w:top w:w="70" w:type="dxa"/>
              <w:left w:w="100" w:type="dxa"/>
              <w:bottom w:w="70" w:type="dxa"/>
              <w:right w:w="100" w:type="dxa"/>
            </w:tcMar>
          </w:tcPr>
          <w:p w14:paraId="70826725" w14:textId="4A695F63" w:rsidR="00567519" w:rsidRDefault="00567519" w:rsidP="00567519">
            <w:pPr>
              <w:spacing w:before="40" w:after="40"/>
              <w:rPr>
                <w:color w:val="141414"/>
                <w:sz w:val="19"/>
              </w:rPr>
            </w:pPr>
            <w:r>
              <w:rPr>
                <w:color w:val="141414"/>
                <w:sz w:val="19"/>
              </w:rPr>
              <w:t>$[        ]</w:t>
            </w:r>
          </w:p>
        </w:tc>
        <w:tc>
          <w:tcPr>
            <w:tcW w:w="1697" w:type="dxa"/>
            <w:shd w:val="clear" w:color="auto" w:fill="FFFFFF"/>
            <w:tcMar>
              <w:top w:w="70" w:type="dxa"/>
              <w:left w:w="100" w:type="dxa"/>
              <w:bottom w:w="70" w:type="dxa"/>
              <w:right w:w="100" w:type="dxa"/>
            </w:tcMar>
          </w:tcPr>
          <w:p w14:paraId="55BBDD64" w14:textId="477D3BA5" w:rsidR="00567519" w:rsidRDefault="00567519" w:rsidP="00567519">
            <w:pPr>
              <w:spacing w:before="40" w:after="40"/>
              <w:rPr>
                <w:color w:val="141414"/>
                <w:sz w:val="19"/>
              </w:rPr>
            </w:pPr>
            <w:r>
              <w:rPr>
                <w:color w:val="141414"/>
                <w:sz w:val="19"/>
              </w:rPr>
              <w:t xml:space="preserve">[ </w:t>
            </w:r>
            <w:proofErr w:type="gramStart"/>
            <w:r>
              <w:rPr>
                <w:color w:val="141414"/>
                <w:sz w:val="19"/>
              </w:rPr>
              <w:t>Purpose ]</w:t>
            </w:r>
            <w:proofErr w:type="gramEnd"/>
          </w:p>
        </w:tc>
        <w:tc>
          <w:tcPr>
            <w:tcW w:w="2173" w:type="dxa"/>
            <w:shd w:val="clear" w:color="auto" w:fill="FFFFFF"/>
            <w:tcMar>
              <w:top w:w="70" w:type="dxa"/>
              <w:left w:w="100" w:type="dxa"/>
              <w:bottom w:w="70" w:type="dxa"/>
              <w:right w:w="100" w:type="dxa"/>
            </w:tcMar>
          </w:tcPr>
          <w:p w14:paraId="23293559" w14:textId="2A660B40" w:rsidR="00567519" w:rsidRDefault="00567519" w:rsidP="00567519">
            <w:pPr>
              <w:spacing w:before="40" w:after="40"/>
              <w:rPr>
                <w:color w:val="141414"/>
                <w:sz w:val="19"/>
              </w:rPr>
            </w:pPr>
            <w:r>
              <w:rPr>
                <w:color w:val="141414"/>
                <w:sz w:val="19"/>
              </w:rPr>
              <w:t xml:space="preserve">[ Lender Name &amp; </w:t>
            </w:r>
            <w:proofErr w:type="gramStart"/>
            <w:r>
              <w:rPr>
                <w:color w:val="141414"/>
                <w:sz w:val="19"/>
              </w:rPr>
              <w:t>Address ]</w:t>
            </w:r>
            <w:proofErr w:type="gramEnd"/>
          </w:p>
        </w:tc>
        <w:tc>
          <w:tcPr>
            <w:tcW w:w="995" w:type="dxa"/>
            <w:shd w:val="clear" w:color="auto" w:fill="FFFFFF"/>
            <w:tcMar>
              <w:top w:w="70" w:type="dxa"/>
              <w:left w:w="100" w:type="dxa"/>
              <w:bottom w:w="70" w:type="dxa"/>
              <w:right w:w="100" w:type="dxa"/>
            </w:tcMar>
          </w:tcPr>
          <w:p w14:paraId="7EF06002" w14:textId="27CA55B7" w:rsidR="00567519" w:rsidRDefault="00567519" w:rsidP="00567519">
            <w:pPr>
              <w:spacing w:before="40" w:after="40"/>
              <w:rPr>
                <w:color w:val="141414"/>
                <w:sz w:val="19"/>
              </w:rPr>
            </w:pPr>
            <w:proofErr w:type="gramStart"/>
            <w:r>
              <w:rPr>
                <w:color w:val="141414"/>
                <w:sz w:val="19"/>
              </w:rPr>
              <w:t>[  ]</w:t>
            </w:r>
            <w:proofErr w:type="gramEnd"/>
            <w:r>
              <w:rPr>
                <w:color w:val="141414"/>
                <w:sz w:val="19"/>
              </w:rPr>
              <w:t xml:space="preserve"> Y  [  ] N</w:t>
            </w:r>
          </w:p>
        </w:tc>
      </w:tr>
      <w:tr w:rsidR="00567519" w14:paraId="531529C9" w14:textId="77777777" w:rsidTr="00D90BC6">
        <w:trPr>
          <w:jc w:val="center"/>
        </w:trPr>
        <w:tc>
          <w:tcPr>
            <w:tcW w:w="1152" w:type="dxa"/>
            <w:shd w:val="clear" w:color="auto" w:fill="F9FBFD"/>
            <w:tcMar>
              <w:top w:w="70" w:type="dxa"/>
              <w:left w:w="100" w:type="dxa"/>
              <w:bottom w:w="70" w:type="dxa"/>
              <w:right w:w="100" w:type="dxa"/>
            </w:tcMar>
          </w:tcPr>
          <w:p w14:paraId="432AB8F9" w14:textId="77777777" w:rsidR="00567519" w:rsidRDefault="00567519" w:rsidP="00567519">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296" w:type="dxa"/>
            <w:shd w:val="clear" w:color="auto" w:fill="F9FBFD"/>
            <w:tcMar>
              <w:top w:w="70" w:type="dxa"/>
              <w:left w:w="100" w:type="dxa"/>
              <w:bottom w:w="70" w:type="dxa"/>
              <w:right w:w="100" w:type="dxa"/>
            </w:tcMar>
          </w:tcPr>
          <w:p w14:paraId="5906EED0" w14:textId="77777777" w:rsidR="00567519" w:rsidRDefault="00567519" w:rsidP="00567519">
            <w:pPr>
              <w:spacing w:before="40" w:after="40"/>
            </w:pPr>
            <w:r>
              <w:rPr>
                <w:color w:val="141414"/>
                <w:sz w:val="19"/>
              </w:rPr>
              <w:t>$[        ]</w:t>
            </w:r>
          </w:p>
        </w:tc>
        <w:tc>
          <w:tcPr>
            <w:tcW w:w="1327" w:type="dxa"/>
            <w:shd w:val="clear" w:color="auto" w:fill="F9FBFD"/>
            <w:tcMar>
              <w:top w:w="70" w:type="dxa"/>
              <w:left w:w="100" w:type="dxa"/>
              <w:bottom w:w="70" w:type="dxa"/>
              <w:right w:w="100" w:type="dxa"/>
            </w:tcMar>
          </w:tcPr>
          <w:p w14:paraId="7A0490E7" w14:textId="77777777" w:rsidR="00567519" w:rsidRDefault="00567519" w:rsidP="00567519">
            <w:pPr>
              <w:spacing w:before="40" w:after="40"/>
            </w:pPr>
            <w:r>
              <w:rPr>
                <w:color w:val="141414"/>
                <w:sz w:val="19"/>
              </w:rPr>
              <w:t>$[        ]</w:t>
            </w:r>
          </w:p>
        </w:tc>
        <w:tc>
          <w:tcPr>
            <w:tcW w:w="1440" w:type="dxa"/>
            <w:shd w:val="clear" w:color="auto" w:fill="F9FBFD"/>
            <w:tcMar>
              <w:top w:w="70" w:type="dxa"/>
              <w:left w:w="100" w:type="dxa"/>
              <w:bottom w:w="70" w:type="dxa"/>
              <w:right w:w="100" w:type="dxa"/>
            </w:tcMar>
          </w:tcPr>
          <w:p w14:paraId="1C37EAFA" w14:textId="77777777" w:rsidR="00567519" w:rsidRDefault="00567519" w:rsidP="00567519">
            <w:pPr>
              <w:spacing w:before="40" w:after="40"/>
            </w:pPr>
            <w:r>
              <w:rPr>
                <w:color w:val="141414"/>
                <w:sz w:val="19"/>
              </w:rPr>
              <w:t>$[        ]</w:t>
            </w:r>
          </w:p>
        </w:tc>
        <w:tc>
          <w:tcPr>
            <w:tcW w:w="1697" w:type="dxa"/>
            <w:shd w:val="clear" w:color="auto" w:fill="F9FBFD"/>
            <w:tcMar>
              <w:top w:w="70" w:type="dxa"/>
              <w:left w:w="100" w:type="dxa"/>
              <w:bottom w:w="70" w:type="dxa"/>
              <w:right w:w="100" w:type="dxa"/>
            </w:tcMar>
          </w:tcPr>
          <w:p w14:paraId="283E3271" w14:textId="77777777" w:rsidR="00567519" w:rsidRDefault="00567519" w:rsidP="00567519">
            <w:pPr>
              <w:spacing w:before="40" w:after="40"/>
            </w:pPr>
            <w:r>
              <w:rPr>
                <w:color w:val="141414"/>
                <w:sz w:val="19"/>
              </w:rPr>
              <w:t xml:space="preserve">[ </w:t>
            </w:r>
            <w:proofErr w:type="gramStart"/>
            <w:r>
              <w:rPr>
                <w:color w:val="141414"/>
                <w:sz w:val="19"/>
              </w:rPr>
              <w:t>Purpose ]</w:t>
            </w:r>
            <w:proofErr w:type="gramEnd"/>
          </w:p>
        </w:tc>
        <w:tc>
          <w:tcPr>
            <w:tcW w:w="2173" w:type="dxa"/>
            <w:shd w:val="clear" w:color="auto" w:fill="F9FBFD"/>
            <w:tcMar>
              <w:top w:w="70" w:type="dxa"/>
              <w:left w:w="100" w:type="dxa"/>
              <w:bottom w:w="70" w:type="dxa"/>
              <w:right w:w="100" w:type="dxa"/>
            </w:tcMar>
          </w:tcPr>
          <w:p w14:paraId="7521E6AC" w14:textId="77777777" w:rsidR="00567519" w:rsidRDefault="00567519" w:rsidP="00567519">
            <w:pPr>
              <w:spacing w:before="40" w:after="40"/>
            </w:pPr>
            <w:r>
              <w:rPr>
                <w:color w:val="141414"/>
                <w:sz w:val="19"/>
              </w:rPr>
              <w:t xml:space="preserve">[ Lender Name &amp; </w:t>
            </w:r>
            <w:proofErr w:type="gramStart"/>
            <w:r>
              <w:rPr>
                <w:color w:val="141414"/>
                <w:sz w:val="19"/>
              </w:rPr>
              <w:t>Address ]</w:t>
            </w:r>
            <w:proofErr w:type="gramEnd"/>
          </w:p>
        </w:tc>
        <w:tc>
          <w:tcPr>
            <w:tcW w:w="995" w:type="dxa"/>
            <w:shd w:val="clear" w:color="auto" w:fill="F9FBFD"/>
            <w:tcMar>
              <w:top w:w="70" w:type="dxa"/>
              <w:left w:w="100" w:type="dxa"/>
              <w:bottom w:w="70" w:type="dxa"/>
              <w:right w:w="100" w:type="dxa"/>
            </w:tcMar>
          </w:tcPr>
          <w:p w14:paraId="309B5B95" w14:textId="77777777" w:rsidR="00567519" w:rsidRDefault="00567519" w:rsidP="00567519">
            <w:pPr>
              <w:spacing w:before="40" w:after="40"/>
            </w:pPr>
            <w:proofErr w:type="gramStart"/>
            <w:r>
              <w:rPr>
                <w:color w:val="141414"/>
                <w:sz w:val="19"/>
              </w:rPr>
              <w:t>[  ]</w:t>
            </w:r>
            <w:proofErr w:type="gramEnd"/>
            <w:r>
              <w:rPr>
                <w:color w:val="141414"/>
                <w:sz w:val="19"/>
              </w:rPr>
              <w:t xml:space="preserve"> Y  [  ] N</w:t>
            </w:r>
          </w:p>
        </w:tc>
      </w:tr>
      <w:tr w:rsidR="00567519" w14:paraId="173FF419" w14:textId="77777777" w:rsidTr="00D90BC6">
        <w:trPr>
          <w:jc w:val="center"/>
        </w:trPr>
        <w:tc>
          <w:tcPr>
            <w:tcW w:w="1152" w:type="dxa"/>
            <w:shd w:val="clear" w:color="auto" w:fill="F9FBFD"/>
            <w:tcMar>
              <w:top w:w="70" w:type="dxa"/>
              <w:left w:w="100" w:type="dxa"/>
              <w:bottom w:w="70" w:type="dxa"/>
              <w:right w:w="100" w:type="dxa"/>
            </w:tcMar>
          </w:tcPr>
          <w:p w14:paraId="59BA77AF" w14:textId="442869F1" w:rsidR="00567519" w:rsidRDefault="00567519" w:rsidP="00567519">
            <w:pPr>
              <w:spacing w:before="40" w:after="40"/>
              <w:rPr>
                <w:color w:val="141414"/>
                <w:sz w:val="19"/>
              </w:rPr>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296" w:type="dxa"/>
            <w:shd w:val="clear" w:color="auto" w:fill="F9FBFD"/>
            <w:tcMar>
              <w:top w:w="70" w:type="dxa"/>
              <w:left w:w="100" w:type="dxa"/>
              <w:bottom w:w="70" w:type="dxa"/>
              <w:right w:w="100" w:type="dxa"/>
            </w:tcMar>
          </w:tcPr>
          <w:p w14:paraId="618E5FB8" w14:textId="5D752B26" w:rsidR="00567519" w:rsidRDefault="00567519" w:rsidP="00567519">
            <w:pPr>
              <w:spacing w:before="40" w:after="40"/>
              <w:rPr>
                <w:color w:val="141414"/>
                <w:sz w:val="19"/>
              </w:rPr>
            </w:pPr>
            <w:r>
              <w:rPr>
                <w:color w:val="141414"/>
                <w:sz w:val="19"/>
              </w:rPr>
              <w:t>$[        ]</w:t>
            </w:r>
          </w:p>
        </w:tc>
        <w:tc>
          <w:tcPr>
            <w:tcW w:w="1327" w:type="dxa"/>
            <w:shd w:val="clear" w:color="auto" w:fill="F9FBFD"/>
            <w:tcMar>
              <w:top w:w="70" w:type="dxa"/>
              <w:left w:w="100" w:type="dxa"/>
              <w:bottom w:w="70" w:type="dxa"/>
              <w:right w:w="100" w:type="dxa"/>
            </w:tcMar>
          </w:tcPr>
          <w:p w14:paraId="2DFB0C4F" w14:textId="73054085" w:rsidR="00567519" w:rsidRDefault="00567519" w:rsidP="00567519">
            <w:pPr>
              <w:spacing w:before="40" w:after="40"/>
              <w:rPr>
                <w:color w:val="141414"/>
                <w:sz w:val="19"/>
              </w:rPr>
            </w:pPr>
            <w:r>
              <w:rPr>
                <w:color w:val="141414"/>
                <w:sz w:val="19"/>
              </w:rPr>
              <w:t>$[        ]</w:t>
            </w:r>
          </w:p>
        </w:tc>
        <w:tc>
          <w:tcPr>
            <w:tcW w:w="1440" w:type="dxa"/>
            <w:shd w:val="clear" w:color="auto" w:fill="F9FBFD"/>
            <w:tcMar>
              <w:top w:w="70" w:type="dxa"/>
              <w:left w:w="100" w:type="dxa"/>
              <w:bottom w:w="70" w:type="dxa"/>
              <w:right w:w="100" w:type="dxa"/>
            </w:tcMar>
          </w:tcPr>
          <w:p w14:paraId="1313ECD9" w14:textId="2B8927DA" w:rsidR="00567519" w:rsidRDefault="00567519" w:rsidP="00567519">
            <w:pPr>
              <w:spacing w:before="40" w:after="40"/>
              <w:rPr>
                <w:color w:val="141414"/>
                <w:sz w:val="19"/>
              </w:rPr>
            </w:pPr>
            <w:r>
              <w:rPr>
                <w:color w:val="141414"/>
                <w:sz w:val="19"/>
              </w:rPr>
              <w:t>$[        ]</w:t>
            </w:r>
          </w:p>
        </w:tc>
        <w:tc>
          <w:tcPr>
            <w:tcW w:w="1697" w:type="dxa"/>
            <w:shd w:val="clear" w:color="auto" w:fill="F9FBFD"/>
            <w:tcMar>
              <w:top w:w="70" w:type="dxa"/>
              <w:left w:w="100" w:type="dxa"/>
              <w:bottom w:w="70" w:type="dxa"/>
              <w:right w:w="100" w:type="dxa"/>
            </w:tcMar>
          </w:tcPr>
          <w:p w14:paraId="7E71F282" w14:textId="47CAA1A6" w:rsidR="00567519" w:rsidRDefault="00567519" w:rsidP="00567519">
            <w:pPr>
              <w:spacing w:before="40" w:after="40"/>
              <w:rPr>
                <w:color w:val="141414"/>
                <w:sz w:val="19"/>
              </w:rPr>
            </w:pPr>
            <w:r>
              <w:rPr>
                <w:color w:val="141414"/>
                <w:sz w:val="19"/>
              </w:rPr>
              <w:t xml:space="preserve">[ </w:t>
            </w:r>
            <w:proofErr w:type="gramStart"/>
            <w:r>
              <w:rPr>
                <w:color w:val="141414"/>
                <w:sz w:val="19"/>
              </w:rPr>
              <w:t>Purpose ]</w:t>
            </w:r>
            <w:proofErr w:type="gramEnd"/>
          </w:p>
        </w:tc>
        <w:tc>
          <w:tcPr>
            <w:tcW w:w="2173" w:type="dxa"/>
            <w:shd w:val="clear" w:color="auto" w:fill="F9FBFD"/>
            <w:tcMar>
              <w:top w:w="70" w:type="dxa"/>
              <w:left w:w="100" w:type="dxa"/>
              <w:bottom w:w="70" w:type="dxa"/>
              <w:right w:w="100" w:type="dxa"/>
            </w:tcMar>
          </w:tcPr>
          <w:p w14:paraId="74714F79" w14:textId="43A833C6" w:rsidR="00567519" w:rsidRDefault="00567519" w:rsidP="00567519">
            <w:pPr>
              <w:spacing w:before="40" w:after="40"/>
              <w:rPr>
                <w:color w:val="141414"/>
                <w:sz w:val="19"/>
              </w:rPr>
            </w:pPr>
            <w:r>
              <w:rPr>
                <w:color w:val="141414"/>
                <w:sz w:val="19"/>
              </w:rPr>
              <w:t xml:space="preserve">[ Lender Name &amp; </w:t>
            </w:r>
            <w:proofErr w:type="gramStart"/>
            <w:r>
              <w:rPr>
                <w:color w:val="141414"/>
                <w:sz w:val="19"/>
              </w:rPr>
              <w:t>Address ]</w:t>
            </w:r>
            <w:proofErr w:type="gramEnd"/>
          </w:p>
        </w:tc>
        <w:tc>
          <w:tcPr>
            <w:tcW w:w="995" w:type="dxa"/>
            <w:shd w:val="clear" w:color="auto" w:fill="F9FBFD"/>
            <w:tcMar>
              <w:top w:w="70" w:type="dxa"/>
              <w:left w:w="100" w:type="dxa"/>
              <w:bottom w:w="70" w:type="dxa"/>
              <w:right w:w="100" w:type="dxa"/>
            </w:tcMar>
          </w:tcPr>
          <w:p w14:paraId="3A02C4AD" w14:textId="26D6FDEF" w:rsidR="00567519" w:rsidRDefault="00567519" w:rsidP="00567519">
            <w:pPr>
              <w:spacing w:before="40" w:after="40"/>
              <w:rPr>
                <w:color w:val="141414"/>
                <w:sz w:val="19"/>
              </w:rPr>
            </w:pPr>
            <w:proofErr w:type="gramStart"/>
            <w:r>
              <w:rPr>
                <w:color w:val="141414"/>
                <w:sz w:val="19"/>
              </w:rPr>
              <w:t>[  ]</w:t>
            </w:r>
            <w:proofErr w:type="gramEnd"/>
            <w:r>
              <w:rPr>
                <w:color w:val="141414"/>
                <w:sz w:val="19"/>
              </w:rPr>
              <w:t xml:space="preserve"> Y  [  ] N</w:t>
            </w:r>
          </w:p>
        </w:tc>
      </w:tr>
      <w:tr w:rsidR="00567519" w14:paraId="3F8FD30E" w14:textId="77777777" w:rsidTr="00D90BC6">
        <w:trPr>
          <w:jc w:val="center"/>
        </w:trPr>
        <w:tc>
          <w:tcPr>
            <w:tcW w:w="1152" w:type="dxa"/>
            <w:shd w:val="clear" w:color="auto" w:fill="FFFFFF"/>
            <w:tcMar>
              <w:top w:w="70" w:type="dxa"/>
              <w:left w:w="100" w:type="dxa"/>
              <w:bottom w:w="70" w:type="dxa"/>
              <w:right w:w="100" w:type="dxa"/>
            </w:tcMar>
          </w:tcPr>
          <w:p w14:paraId="6DF0E8DF" w14:textId="77777777" w:rsidR="00567519" w:rsidRDefault="00567519" w:rsidP="00567519">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296" w:type="dxa"/>
            <w:shd w:val="clear" w:color="auto" w:fill="FFFFFF"/>
            <w:tcMar>
              <w:top w:w="70" w:type="dxa"/>
              <w:left w:w="100" w:type="dxa"/>
              <w:bottom w:w="70" w:type="dxa"/>
              <w:right w:w="100" w:type="dxa"/>
            </w:tcMar>
          </w:tcPr>
          <w:p w14:paraId="4E229F95" w14:textId="77777777" w:rsidR="00567519" w:rsidRDefault="00567519" w:rsidP="00567519">
            <w:pPr>
              <w:spacing w:before="40" w:after="40"/>
            </w:pPr>
            <w:r>
              <w:rPr>
                <w:color w:val="141414"/>
                <w:sz w:val="19"/>
              </w:rPr>
              <w:t>$[        ]</w:t>
            </w:r>
          </w:p>
        </w:tc>
        <w:tc>
          <w:tcPr>
            <w:tcW w:w="1327" w:type="dxa"/>
            <w:shd w:val="clear" w:color="auto" w:fill="FFFFFF"/>
            <w:tcMar>
              <w:top w:w="70" w:type="dxa"/>
              <w:left w:w="100" w:type="dxa"/>
              <w:bottom w:w="70" w:type="dxa"/>
              <w:right w:w="100" w:type="dxa"/>
            </w:tcMar>
          </w:tcPr>
          <w:p w14:paraId="2150F89D" w14:textId="77777777" w:rsidR="00567519" w:rsidRDefault="00567519" w:rsidP="00567519">
            <w:pPr>
              <w:spacing w:before="40" w:after="40"/>
            </w:pPr>
            <w:r>
              <w:rPr>
                <w:color w:val="141414"/>
                <w:sz w:val="19"/>
              </w:rPr>
              <w:t>$[        ]</w:t>
            </w:r>
          </w:p>
        </w:tc>
        <w:tc>
          <w:tcPr>
            <w:tcW w:w="1440" w:type="dxa"/>
            <w:shd w:val="clear" w:color="auto" w:fill="FFFFFF"/>
            <w:tcMar>
              <w:top w:w="70" w:type="dxa"/>
              <w:left w:w="100" w:type="dxa"/>
              <w:bottom w:w="70" w:type="dxa"/>
              <w:right w:w="100" w:type="dxa"/>
            </w:tcMar>
          </w:tcPr>
          <w:p w14:paraId="3A5E5E93" w14:textId="77777777" w:rsidR="00567519" w:rsidRDefault="00567519" w:rsidP="00567519">
            <w:pPr>
              <w:spacing w:before="40" w:after="40"/>
            </w:pPr>
            <w:r>
              <w:rPr>
                <w:color w:val="141414"/>
                <w:sz w:val="19"/>
              </w:rPr>
              <w:t>$[        ]</w:t>
            </w:r>
          </w:p>
        </w:tc>
        <w:tc>
          <w:tcPr>
            <w:tcW w:w="1697" w:type="dxa"/>
            <w:shd w:val="clear" w:color="auto" w:fill="FFFFFF"/>
            <w:tcMar>
              <w:top w:w="70" w:type="dxa"/>
              <w:left w:w="100" w:type="dxa"/>
              <w:bottom w:w="70" w:type="dxa"/>
              <w:right w:w="100" w:type="dxa"/>
            </w:tcMar>
          </w:tcPr>
          <w:p w14:paraId="515F0871" w14:textId="77777777" w:rsidR="00567519" w:rsidRDefault="00567519" w:rsidP="00567519">
            <w:pPr>
              <w:spacing w:before="40" w:after="40"/>
            </w:pPr>
            <w:r>
              <w:rPr>
                <w:color w:val="141414"/>
                <w:sz w:val="19"/>
              </w:rPr>
              <w:t xml:space="preserve">[ </w:t>
            </w:r>
            <w:proofErr w:type="gramStart"/>
            <w:r>
              <w:rPr>
                <w:color w:val="141414"/>
                <w:sz w:val="19"/>
              </w:rPr>
              <w:t>Purpose ]</w:t>
            </w:r>
            <w:proofErr w:type="gramEnd"/>
          </w:p>
        </w:tc>
        <w:tc>
          <w:tcPr>
            <w:tcW w:w="2173" w:type="dxa"/>
            <w:shd w:val="clear" w:color="auto" w:fill="FFFFFF"/>
            <w:tcMar>
              <w:top w:w="70" w:type="dxa"/>
              <w:left w:w="100" w:type="dxa"/>
              <w:bottom w:w="70" w:type="dxa"/>
              <w:right w:w="100" w:type="dxa"/>
            </w:tcMar>
          </w:tcPr>
          <w:p w14:paraId="45D3A520" w14:textId="77777777" w:rsidR="00567519" w:rsidRDefault="00567519" w:rsidP="00567519">
            <w:pPr>
              <w:spacing w:before="40" w:after="40"/>
            </w:pPr>
            <w:r>
              <w:rPr>
                <w:color w:val="141414"/>
                <w:sz w:val="19"/>
              </w:rPr>
              <w:t xml:space="preserve">[ Lender Name &amp; </w:t>
            </w:r>
            <w:proofErr w:type="gramStart"/>
            <w:r>
              <w:rPr>
                <w:color w:val="141414"/>
                <w:sz w:val="19"/>
              </w:rPr>
              <w:t>Address ]</w:t>
            </w:r>
            <w:proofErr w:type="gramEnd"/>
          </w:p>
        </w:tc>
        <w:tc>
          <w:tcPr>
            <w:tcW w:w="995" w:type="dxa"/>
            <w:shd w:val="clear" w:color="auto" w:fill="FFFFFF"/>
            <w:tcMar>
              <w:top w:w="70" w:type="dxa"/>
              <w:left w:w="100" w:type="dxa"/>
              <w:bottom w:w="70" w:type="dxa"/>
              <w:right w:w="100" w:type="dxa"/>
            </w:tcMar>
          </w:tcPr>
          <w:p w14:paraId="6372A0CD" w14:textId="77777777" w:rsidR="00567519" w:rsidRDefault="00567519" w:rsidP="00567519">
            <w:pPr>
              <w:spacing w:before="40" w:after="40"/>
            </w:pPr>
            <w:proofErr w:type="gramStart"/>
            <w:r>
              <w:rPr>
                <w:color w:val="141414"/>
                <w:sz w:val="19"/>
              </w:rPr>
              <w:t>[  ]</w:t>
            </w:r>
            <w:proofErr w:type="gramEnd"/>
            <w:r>
              <w:rPr>
                <w:color w:val="141414"/>
                <w:sz w:val="19"/>
              </w:rPr>
              <w:t xml:space="preserve"> Y  [  ] N</w:t>
            </w:r>
          </w:p>
        </w:tc>
      </w:tr>
      <w:tr w:rsidR="00567519" w14:paraId="0FB4E505" w14:textId="77777777" w:rsidTr="00D90BC6">
        <w:trPr>
          <w:jc w:val="center"/>
        </w:trPr>
        <w:tc>
          <w:tcPr>
            <w:tcW w:w="1152" w:type="dxa"/>
            <w:shd w:val="clear" w:color="auto" w:fill="FFFFFF"/>
            <w:tcMar>
              <w:top w:w="70" w:type="dxa"/>
              <w:left w:w="100" w:type="dxa"/>
              <w:bottom w:w="70" w:type="dxa"/>
              <w:right w:w="100" w:type="dxa"/>
            </w:tcMar>
          </w:tcPr>
          <w:p w14:paraId="7FC74A25" w14:textId="73A1B3E8" w:rsidR="00567519" w:rsidRDefault="00567519" w:rsidP="00567519">
            <w:pPr>
              <w:spacing w:before="40" w:after="40"/>
              <w:rPr>
                <w:color w:val="141414"/>
                <w:sz w:val="19"/>
              </w:rPr>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296" w:type="dxa"/>
            <w:shd w:val="clear" w:color="auto" w:fill="FFFFFF"/>
            <w:tcMar>
              <w:top w:w="70" w:type="dxa"/>
              <w:left w:w="100" w:type="dxa"/>
              <w:bottom w:w="70" w:type="dxa"/>
              <w:right w:w="100" w:type="dxa"/>
            </w:tcMar>
          </w:tcPr>
          <w:p w14:paraId="1B7458AB" w14:textId="1D7FB8E7" w:rsidR="00567519" w:rsidRDefault="00567519" w:rsidP="00567519">
            <w:pPr>
              <w:spacing w:before="40" w:after="40"/>
              <w:rPr>
                <w:color w:val="141414"/>
                <w:sz w:val="19"/>
              </w:rPr>
            </w:pPr>
            <w:r>
              <w:rPr>
                <w:color w:val="141414"/>
                <w:sz w:val="19"/>
              </w:rPr>
              <w:t>$[        ]</w:t>
            </w:r>
          </w:p>
        </w:tc>
        <w:tc>
          <w:tcPr>
            <w:tcW w:w="1327" w:type="dxa"/>
            <w:shd w:val="clear" w:color="auto" w:fill="FFFFFF"/>
            <w:tcMar>
              <w:top w:w="70" w:type="dxa"/>
              <w:left w:w="100" w:type="dxa"/>
              <w:bottom w:w="70" w:type="dxa"/>
              <w:right w:w="100" w:type="dxa"/>
            </w:tcMar>
          </w:tcPr>
          <w:p w14:paraId="597A48E6" w14:textId="47E545DE" w:rsidR="00567519" w:rsidRDefault="00567519" w:rsidP="00567519">
            <w:pPr>
              <w:spacing w:before="40" w:after="40"/>
              <w:rPr>
                <w:color w:val="141414"/>
                <w:sz w:val="19"/>
              </w:rPr>
            </w:pPr>
            <w:r>
              <w:rPr>
                <w:color w:val="141414"/>
                <w:sz w:val="19"/>
              </w:rPr>
              <w:t>$[        ]</w:t>
            </w:r>
          </w:p>
        </w:tc>
        <w:tc>
          <w:tcPr>
            <w:tcW w:w="1440" w:type="dxa"/>
            <w:shd w:val="clear" w:color="auto" w:fill="FFFFFF"/>
            <w:tcMar>
              <w:top w:w="70" w:type="dxa"/>
              <w:left w:w="100" w:type="dxa"/>
              <w:bottom w:w="70" w:type="dxa"/>
              <w:right w:w="100" w:type="dxa"/>
            </w:tcMar>
          </w:tcPr>
          <w:p w14:paraId="434B82E9" w14:textId="41B62838" w:rsidR="00567519" w:rsidRDefault="00567519" w:rsidP="00567519">
            <w:pPr>
              <w:spacing w:before="40" w:after="40"/>
              <w:rPr>
                <w:color w:val="141414"/>
                <w:sz w:val="19"/>
              </w:rPr>
            </w:pPr>
            <w:r>
              <w:rPr>
                <w:color w:val="141414"/>
                <w:sz w:val="19"/>
              </w:rPr>
              <w:t>$[        ]</w:t>
            </w:r>
          </w:p>
        </w:tc>
        <w:tc>
          <w:tcPr>
            <w:tcW w:w="1697" w:type="dxa"/>
            <w:shd w:val="clear" w:color="auto" w:fill="FFFFFF"/>
            <w:tcMar>
              <w:top w:w="70" w:type="dxa"/>
              <w:left w:w="100" w:type="dxa"/>
              <w:bottom w:w="70" w:type="dxa"/>
              <w:right w:w="100" w:type="dxa"/>
            </w:tcMar>
          </w:tcPr>
          <w:p w14:paraId="42E9F8F0" w14:textId="0431CCA1" w:rsidR="00567519" w:rsidRDefault="00567519" w:rsidP="00567519">
            <w:pPr>
              <w:spacing w:before="40" w:after="40"/>
              <w:rPr>
                <w:color w:val="141414"/>
                <w:sz w:val="19"/>
              </w:rPr>
            </w:pPr>
            <w:r>
              <w:rPr>
                <w:color w:val="141414"/>
                <w:sz w:val="19"/>
              </w:rPr>
              <w:t xml:space="preserve">[ </w:t>
            </w:r>
            <w:proofErr w:type="gramStart"/>
            <w:r>
              <w:rPr>
                <w:color w:val="141414"/>
                <w:sz w:val="19"/>
              </w:rPr>
              <w:t>Purpose ]</w:t>
            </w:r>
            <w:proofErr w:type="gramEnd"/>
          </w:p>
        </w:tc>
        <w:tc>
          <w:tcPr>
            <w:tcW w:w="2173" w:type="dxa"/>
            <w:shd w:val="clear" w:color="auto" w:fill="FFFFFF"/>
            <w:tcMar>
              <w:top w:w="70" w:type="dxa"/>
              <w:left w:w="100" w:type="dxa"/>
              <w:bottom w:w="70" w:type="dxa"/>
              <w:right w:w="100" w:type="dxa"/>
            </w:tcMar>
          </w:tcPr>
          <w:p w14:paraId="24FFF64A" w14:textId="0583FFA1" w:rsidR="00567519" w:rsidRDefault="00567519" w:rsidP="00567519">
            <w:pPr>
              <w:spacing w:before="40" w:after="40"/>
              <w:rPr>
                <w:color w:val="141414"/>
                <w:sz w:val="19"/>
              </w:rPr>
            </w:pPr>
            <w:r>
              <w:rPr>
                <w:color w:val="141414"/>
                <w:sz w:val="19"/>
              </w:rPr>
              <w:t xml:space="preserve">[ Lender Name &amp; </w:t>
            </w:r>
            <w:proofErr w:type="gramStart"/>
            <w:r>
              <w:rPr>
                <w:color w:val="141414"/>
                <w:sz w:val="19"/>
              </w:rPr>
              <w:t>Address ]</w:t>
            </w:r>
            <w:proofErr w:type="gramEnd"/>
          </w:p>
        </w:tc>
        <w:tc>
          <w:tcPr>
            <w:tcW w:w="995" w:type="dxa"/>
            <w:shd w:val="clear" w:color="auto" w:fill="FFFFFF"/>
            <w:tcMar>
              <w:top w:w="70" w:type="dxa"/>
              <w:left w:w="100" w:type="dxa"/>
              <w:bottom w:w="70" w:type="dxa"/>
              <w:right w:w="100" w:type="dxa"/>
            </w:tcMar>
          </w:tcPr>
          <w:p w14:paraId="0A984C54" w14:textId="33F26D60" w:rsidR="00567519" w:rsidRDefault="00567519" w:rsidP="00567519">
            <w:pPr>
              <w:spacing w:before="40" w:after="40"/>
              <w:rPr>
                <w:color w:val="141414"/>
                <w:sz w:val="19"/>
              </w:rPr>
            </w:pPr>
            <w:proofErr w:type="gramStart"/>
            <w:r>
              <w:rPr>
                <w:color w:val="141414"/>
                <w:sz w:val="19"/>
              </w:rPr>
              <w:t>[  ]</w:t>
            </w:r>
            <w:proofErr w:type="gramEnd"/>
            <w:r>
              <w:rPr>
                <w:color w:val="141414"/>
                <w:sz w:val="19"/>
              </w:rPr>
              <w:t xml:space="preserve"> Y  [  ] N</w:t>
            </w:r>
          </w:p>
        </w:tc>
      </w:tr>
      <w:tr w:rsidR="00567519" w14:paraId="6A41AE63" w14:textId="77777777" w:rsidTr="00D90BC6">
        <w:trPr>
          <w:jc w:val="center"/>
        </w:trPr>
        <w:tc>
          <w:tcPr>
            <w:tcW w:w="1152" w:type="dxa"/>
            <w:shd w:val="clear" w:color="auto" w:fill="F9FBFD"/>
            <w:tcMar>
              <w:top w:w="70" w:type="dxa"/>
              <w:left w:w="100" w:type="dxa"/>
              <w:bottom w:w="70" w:type="dxa"/>
              <w:right w:w="100" w:type="dxa"/>
            </w:tcMar>
          </w:tcPr>
          <w:p w14:paraId="0BA0A039" w14:textId="77777777" w:rsidR="00567519" w:rsidRDefault="00567519" w:rsidP="00567519">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296" w:type="dxa"/>
            <w:shd w:val="clear" w:color="auto" w:fill="F9FBFD"/>
            <w:tcMar>
              <w:top w:w="70" w:type="dxa"/>
              <w:left w:w="100" w:type="dxa"/>
              <w:bottom w:w="70" w:type="dxa"/>
              <w:right w:w="100" w:type="dxa"/>
            </w:tcMar>
          </w:tcPr>
          <w:p w14:paraId="2C2F5FE8" w14:textId="77777777" w:rsidR="00567519" w:rsidRDefault="00567519" w:rsidP="00567519">
            <w:pPr>
              <w:spacing w:before="40" w:after="40"/>
            </w:pPr>
            <w:r>
              <w:rPr>
                <w:color w:val="141414"/>
                <w:sz w:val="19"/>
              </w:rPr>
              <w:t>$[        ]</w:t>
            </w:r>
          </w:p>
        </w:tc>
        <w:tc>
          <w:tcPr>
            <w:tcW w:w="1327" w:type="dxa"/>
            <w:shd w:val="clear" w:color="auto" w:fill="F9FBFD"/>
            <w:tcMar>
              <w:top w:w="70" w:type="dxa"/>
              <w:left w:w="100" w:type="dxa"/>
              <w:bottom w:w="70" w:type="dxa"/>
              <w:right w:w="100" w:type="dxa"/>
            </w:tcMar>
          </w:tcPr>
          <w:p w14:paraId="307F1FC6" w14:textId="77777777" w:rsidR="00567519" w:rsidRDefault="00567519" w:rsidP="00567519">
            <w:pPr>
              <w:spacing w:before="40" w:after="40"/>
            </w:pPr>
            <w:r>
              <w:rPr>
                <w:color w:val="141414"/>
                <w:sz w:val="19"/>
              </w:rPr>
              <w:t>$[        ]</w:t>
            </w:r>
          </w:p>
        </w:tc>
        <w:tc>
          <w:tcPr>
            <w:tcW w:w="1440" w:type="dxa"/>
            <w:shd w:val="clear" w:color="auto" w:fill="F9FBFD"/>
            <w:tcMar>
              <w:top w:w="70" w:type="dxa"/>
              <w:left w:w="100" w:type="dxa"/>
              <w:bottom w:w="70" w:type="dxa"/>
              <w:right w:w="100" w:type="dxa"/>
            </w:tcMar>
          </w:tcPr>
          <w:p w14:paraId="17F2B644" w14:textId="77777777" w:rsidR="00567519" w:rsidRDefault="00567519" w:rsidP="00567519">
            <w:pPr>
              <w:spacing w:before="40" w:after="40"/>
            </w:pPr>
            <w:r>
              <w:rPr>
                <w:color w:val="141414"/>
                <w:sz w:val="19"/>
              </w:rPr>
              <w:t>$[        ]</w:t>
            </w:r>
          </w:p>
        </w:tc>
        <w:tc>
          <w:tcPr>
            <w:tcW w:w="1697" w:type="dxa"/>
            <w:shd w:val="clear" w:color="auto" w:fill="F9FBFD"/>
            <w:tcMar>
              <w:top w:w="70" w:type="dxa"/>
              <w:left w:w="100" w:type="dxa"/>
              <w:bottom w:w="70" w:type="dxa"/>
              <w:right w:w="100" w:type="dxa"/>
            </w:tcMar>
          </w:tcPr>
          <w:p w14:paraId="5546FF2E" w14:textId="77777777" w:rsidR="00567519" w:rsidRDefault="00567519" w:rsidP="00567519">
            <w:pPr>
              <w:spacing w:before="40" w:after="40"/>
            </w:pPr>
            <w:r>
              <w:rPr>
                <w:color w:val="141414"/>
                <w:sz w:val="19"/>
              </w:rPr>
              <w:t xml:space="preserve">[ </w:t>
            </w:r>
            <w:proofErr w:type="gramStart"/>
            <w:r>
              <w:rPr>
                <w:color w:val="141414"/>
                <w:sz w:val="19"/>
              </w:rPr>
              <w:t>Purpose ]</w:t>
            </w:r>
            <w:proofErr w:type="gramEnd"/>
          </w:p>
        </w:tc>
        <w:tc>
          <w:tcPr>
            <w:tcW w:w="2173" w:type="dxa"/>
            <w:shd w:val="clear" w:color="auto" w:fill="F9FBFD"/>
            <w:tcMar>
              <w:top w:w="70" w:type="dxa"/>
              <w:left w:w="100" w:type="dxa"/>
              <w:bottom w:w="70" w:type="dxa"/>
              <w:right w:w="100" w:type="dxa"/>
            </w:tcMar>
          </w:tcPr>
          <w:p w14:paraId="1FB8758F" w14:textId="77777777" w:rsidR="00567519" w:rsidRDefault="00567519" w:rsidP="00567519">
            <w:pPr>
              <w:spacing w:before="40" w:after="40"/>
            </w:pPr>
            <w:r>
              <w:rPr>
                <w:color w:val="141414"/>
                <w:sz w:val="19"/>
              </w:rPr>
              <w:t xml:space="preserve">[ Lender Name &amp; </w:t>
            </w:r>
            <w:proofErr w:type="gramStart"/>
            <w:r>
              <w:rPr>
                <w:color w:val="141414"/>
                <w:sz w:val="19"/>
              </w:rPr>
              <w:t>Address ]</w:t>
            </w:r>
            <w:proofErr w:type="gramEnd"/>
          </w:p>
        </w:tc>
        <w:tc>
          <w:tcPr>
            <w:tcW w:w="995" w:type="dxa"/>
            <w:shd w:val="clear" w:color="auto" w:fill="F9FBFD"/>
            <w:tcMar>
              <w:top w:w="70" w:type="dxa"/>
              <w:left w:w="100" w:type="dxa"/>
              <w:bottom w:w="70" w:type="dxa"/>
              <w:right w:w="100" w:type="dxa"/>
            </w:tcMar>
          </w:tcPr>
          <w:p w14:paraId="0282AD5E" w14:textId="77777777" w:rsidR="00567519" w:rsidRDefault="00567519" w:rsidP="00567519">
            <w:pPr>
              <w:spacing w:before="40" w:after="40"/>
            </w:pPr>
            <w:proofErr w:type="gramStart"/>
            <w:r>
              <w:rPr>
                <w:color w:val="141414"/>
                <w:sz w:val="19"/>
              </w:rPr>
              <w:t>[  ]</w:t>
            </w:r>
            <w:proofErr w:type="gramEnd"/>
            <w:r>
              <w:rPr>
                <w:color w:val="141414"/>
                <w:sz w:val="19"/>
              </w:rPr>
              <w:t xml:space="preserve"> Y  [  ] N</w:t>
            </w:r>
          </w:p>
        </w:tc>
      </w:tr>
      <w:tr w:rsidR="00567519" w14:paraId="01DD57D7" w14:textId="77777777" w:rsidTr="00D90BC6">
        <w:trPr>
          <w:jc w:val="center"/>
        </w:trPr>
        <w:tc>
          <w:tcPr>
            <w:tcW w:w="1152" w:type="dxa"/>
            <w:shd w:val="clear" w:color="auto" w:fill="F9FBFD"/>
            <w:tcMar>
              <w:top w:w="70" w:type="dxa"/>
              <w:left w:w="100" w:type="dxa"/>
              <w:bottom w:w="70" w:type="dxa"/>
              <w:right w:w="100" w:type="dxa"/>
            </w:tcMar>
          </w:tcPr>
          <w:p w14:paraId="2E0D7B37" w14:textId="581C9F3B" w:rsidR="00567519" w:rsidRDefault="00567519" w:rsidP="00567519">
            <w:pPr>
              <w:spacing w:before="40" w:after="40"/>
              <w:rPr>
                <w:color w:val="141414"/>
                <w:sz w:val="19"/>
              </w:rPr>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296" w:type="dxa"/>
            <w:shd w:val="clear" w:color="auto" w:fill="F9FBFD"/>
            <w:tcMar>
              <w:top w:w="70" w:type="dxa"/>
              <w:left w:w="100" w:type="dxa"/>
              <w:bottom w:w="70" w:type="dxa"/>
              <w:right w:w="100" w:type="dxa"/>
            </w:tcMar>
          </w:tcPr>
          <w:p w14:paraId="563CC16C" w14:textId="5D15741F" w:rsidR="00567519" w:rsidRDefault="00567519" w:rsidP="00567519">
            <w:pPr>
              <w:spacing w:before="40" w:after="40"/>
              <w:rPr>
                <w:color w:val="141414"/>
                <w:sz w:val="19"/>
              </w:rPr>
            </w:pPr>
            <w:r>
              <w:rPr>
                <w:color w:val="141414"/>
                <w:sz w:val="19"/>
              </w:rPr>
              <w:t>$[        ]</w:t>
            </w:r>
          </w:p>
        </w:tc>
        <w:tc>
          <w:tcPr>
            <w:tcW w:w="1327" w:type="dxa"/>
            <w:shd w:val="clear" w:color="auto" w:fill="F9FBFD"/>
            <w:tcMar>
              <w:top w:w="70" w:type="dxa"/>
              <w:left w:w="100" w:type="dxa"/>
              <w:bottom w:w="70" w:type="dxa"/>
              <w:right w:w="100" w:type="dxa"/>
            </w:tcMar>
          </w:tcPr>
          <w:p w14:paraId="73D54145" w14:textId="1B14B35D" w:rsidR="00567519" w:rsidRDefault="00567519" w:rsidP="00567519">
            <w:pPr>
              <w:spacing w:before="40" w:after="40"/>
              <w:rPr>
                <w:color w:val="141414"/>
                <w:sz w:val="19"/>
              </w:rPr>
            </w:pPr>
            <w:r>
              <w:rPr>
                <w:color w:val="141414"/>
                <w:sz w:val="19"/>
              </w:rPr>
              <w:t>$[        ]</w:t>
            </w:r>
          </w:p>
        </w:tc>
        <w:tc>
          <w:tcPr>
            <w:tcW w:w="1440" w:type="dxa"/>
            <w:shd w:val="clear" w:color="auto" w:fill="F9FBFD"/>
            <w:tcMar>
              <w:top w:w="70" w:type="dxa"/>
              <w:left w:w="100" w:type="dxa"/>
              <w:bottom w:w="70" w:type="dxa"/>
              <w:right w:w="100" w:type="dxa"/>
            </w:tcMar>
          </w:tcPr>
          <w:p w14:paraId="5735E9A1" w14:textId="0431B20F" w:rsidR="00567519" w:rsidRDefault="00567519" w:rsidP="00567519">
            <w:pPr>
              <w:spacing w:before="40" w:after="40"/>
              <w:rPr>
                <w:color w:val="141414"/>
                <w:sz w:val="19"/>
              </w:rPr>
            </w:pPr>
            <w:r>
              <w:rPr>
                <w:color w:val="141414"/>
                <w:sz w:val="19"/>
              </w:rPr>
              <w:t>$[        ]</w:t>
            </w:r>
          </w:p>
        </w:tc>
        <w:tc>
          <w:tcPr>
            <w:tcW w:w="1697" w:type="dxa"/>
            <w:shd w:val="clear" w:color="auto" w:fill="F9FBFD"/>
            <w:tcMar>
              <w:top w:w="70" w:type="dxa"/>
              <w:left w:w="100" w:type="dxa"/>
              <w:bottom w:w="70" w:type="dxa"/>
              <w:right w:w="100" w:type="dxa"/>
            </w:tcMar>
          </w:tcPr>
          <w:p w14:paraId="4A509F2D" w14:textId="01889091" w:rsidR="00567519" w:rsidRDefault="00567519" w:rsidP="00567519">
            <w:pPr>
              <w:spacing w:before="40" w:after="40"/>
              <w:rPr>
                <w:color w:val="141414"/>
                <w:sz w:val="19"/>
              </w:rPr>
            </w:pPr>
            <w:r>
              <w:rPr>
                <w:color w:val="141414"/>
                <w:sz w:val="19"/>
              </w:rPr>
              <w:t xml:space="preserve">[ </w:t>
            </w:r>
            <w:proofErr w:type="gramStart"/>
            <w:r>
              <w:rPr>
                <w:color w:val="141414"/>
                <w:sz w:val="19"/>
              </w:rPr>
              <w:t>Purpose ]</w:t>
            </w:r>
            <w:proofErr w:type="gramEnd"/>
          </w:p>
        </w:tc>
        <w:tc>
          <w:tcPr>
            <w:tcW w:w="2173" w:type="dxa"/>
            <w:shd w:val="clear" w:color="auto" w:fill="F9FBFD"/>
            <w:tcMar>
              <w:top w:w="70" w:type="dxa"/>
              <w:left w:w="100" w:type="dxa"/>
              <w:bottom w:w="70" w:type="dxa"/>
              <w:right w:w="100" w:type="dxa"/>
            </w:tcMar>
          </w:tcPr>
          <w:p w14:paraId="11F76B73" w14:textId="6F1EB71B" w:rsidR="00567519" w:rsidRDefault="00567519" w:rsidP="00567519">
            <w:pPr>
              <w:spacing w:before="40" w:after="40"/>
              <w:rPr>
                <w:color w:val="141414"/>
                <w:sz w:val="19"/>
              </w:rPr>
            </w:pPr>
            <w:r>
              <w:rPr>
                <w:color w:val="141414"/>
                <w:sz w:val="19"/>
              </w:rPr>
              <w:t xml:space="preserve">[ Lender Name &amp; </w:t>
            </w:r>
            <w:proofErr w:type="gramStart"/>
            <w:r>
              <w:rPr>
                <w:color w:val="141414"/>
                <w:sz w:val="19"/>
              </w:rPr>
              <w:t>Address ]</w:t>
            </w:r>
            <w:proofErr w:type="gramEnd"/>
          </w:p>
        </w:tc>
        <w:tc>
          <w:tcPr>
            <w:tcW w:w="995" w:type="dxa"/>
            <w:shd w:val="clear" w:color="auto" w:fill="F9FBFD"/>
            <w:tcMar>
              <w:top w:w="70" w:type="dxa"/>
              <w:left w:w="100" w:type="dxa"/>
              <w:bottom w:w="70" w:type="dxa"/>
              <w:right w:w="100" w:type="dxa"/>
            </w:tcMar>
          </w:tcPr>
          <w:p w14:paraId="5BE1D60B" w14:textId="08637C00" w:rsidR="00567519" w:rsidRDefault="00567519" w:rsidP="00567519">
            <w:pPr>
              <w:spacing w:before="40" w:after="40"/>
              <w:rPr>
                <w:color w:val="141414"/>
                <w:sz w:val="19"/>
              </w:rPr>
            </w:pPr>
            <w:proofErr w:type="gramStart"/>
            <w:r>
              <w:rPr>
                <w:color w:val="141414"/>
                <w:sz w:val="19"/>
              </w:rPr>
              <w:t>[  ]</w:t>
            </w:r>
            <w:proofErr w:type="gramEnd"/>
            <w:r>
              <w:rPr>
                <w:color w:val="141414"/>
                <w:sz w:val="19"/>
              </w:rPr>
              <w:t xml:space="preserve"> Y  [  ] N</w:t>
            </w:r>
          </w:p>
        </w:tc>
      </w:tr>
      <w:tr w:rsidR="00567519" w14:paraId="5F6AABA2" w14:textId="77777777" w:rsidTr="00D90BC6">
        <w:trPr>
          <w:jc w:val="center"/>
        </w:trPr>
        <w:tc>
          <w:tcPr>
            <w:tcW w:w="1152" w:type="dxa"/>
            <w:shd w:val="clear" w:color="auto" w:fill="FFFFFF"/>
            <w:tcMar>
              <w:top w:w="70" w:type="dxa"/>
              <w:left w:w="100" w:type="dxa"/>
              <w:bottom w:w="70" w:type="dxa"/>
              <w:right w:w="100" w:type="dxa"/>
            </w:tcMar>
          </w:tcPr>
          <w:p w14:paraId="74CBF17E" w14:textId="77777777" w:rsidR="00567519" w:rsidRDefault="00567519" w:rsidP="00567519">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296" w:type="dxa"/>
            <w:shd w:val="clear" w:color="auto" w:fill="FFFFFF"/>
            <w:tcMar>
              <w:top w:w="70" w:type="dxa"/>
              <w:left w:w="100" w:type="dxa"/>
              <w:bottom w:w="70" w:type="dxa"/>
              <w:right w:w="100" w:type="dxa"/>
            </w:tcMar>
          </w:tcPr>
          <w:p w14:paraId="4EFC6456" w14:textId="77777777" w:rsidR="00567519" w:rsidRDefault="00567519" w:rsidP="00567519">
            <w:pPr>
              <w:spacing w:before="40" w:after="40"/>
            </w:pPr>
            <w:r>
              <w:rPr>
                <w:color w:val="141414"/>
                <w:sz w:val="19"/>
              </w:rPr>
              <w:t>$[        ]</w:t>
            </w:r>
          </w:p>
        </w:tc>
        <w:tc>
          <w:tcPr>
            <w:tcW w:w="1327" w:type="dxa"/>
            <w:shd w:val="clear" w:color="auto" w:fill="FFFFFF"/>
            <w:tcMar>
              <w:top w:w="70" w:type="dxa"/>
              <w:left w:w="100" w:type="dxa"/>
              <w:bottom w:w="70" w:type="dxa"/>
              <w:right w:w="100" w:type="dxa"/>
            </w:tcMar>
          </w:tcPr>
          <w:p w14:paraId="43A210EE" w14:textId="77777777" w:rsidR="00567519" w:rsidRDefault="00567519" w:rsidP="00567519">
            <w:pPr>
              <w:spacing w:before="40" w:after="40"/>
            </w:pPr>
            <w:r>
              <w:rPr>
                <w:color w:val="141414"/>
                <w:sz w:val="19"/>
              </w:rPr>
              <w:t>$[        ]</w:t>
            </w:r>
          </w:p>
        </w:tc>
        <w:tc>
          <w:tcPr>
            <w:tcW w:w="1440" w:type="dxa"/>
            <w:shd w:val="clear" w:color="auto" w:fill="FFFFFF"/>
            <w:tcMar>
              <w:top w:w="70" w:type="dxa"/>
              <w:left w:w="100" w:type="dxa"/>
              <w:bottom w:w="70" w:type="dxa"/>
              <w:right w:w="100" w:type="dxa"/>
            </w:tcMar>
          </w:tcPr>
          <w:p w14:paraId="3B70648F" w14:textId="77777777" w:rsidR="00567519" w:rsidRDefault="00567519" w:rsidP="00567519">
            <w:pPr>
              <w:spacing w:before="40" w:after="40"/>
            </w:pPr>
            <w:r>
              <w:rPr>
                <w:color w:val="141414"/>
                <w:sz w:val="19"/>
              </w:rPr>
              <w:t>$[        ]</w:t>
            </w:r>
          </w:p>
        </w:tc>
        <w:tc>
          <w:tcPr>
            <w:tcW w:w="1697" w:type="dxa"/>
            <w:shd w:val="clear" w:color="auto" w:fill="FFFFFF"/>
            <w:tcMar>
              <w:top w:w="70" w:type="dxa"/>
              <w:left w:w="100" w:type="dxa"/>
              <w:bottom w:w="70" w:type="dxa"/>
              <w:right w:w="100" w:type="dxa"/>
            </w:tcMar>
          </w:tcPr>
          <w:p w14:paraId="61CEA394" w14:textId="77777777" w:rsidR="00567519" w:rsidRDefault="00567519" w:rsidP="00567519">
            <w:pPr>
              <w:spacing w:before="40" w:after="40"/>
            </w:pPr>
            <w:r>
              <w:rPr>
                <w:color w:val="141414"/>
                <w:sz w:val="19"/>
              </w:rPr>
              <w:t xml:space="preserve">[ </w:t>
            </w:r>
            <w:proofErr w:type="gramStart"/>
            <w:r>
              <w:rPr>
                <w:color w:val="141414"/>
                <w:sz w:val="19"/>
              </w:rPr>
              <w:t>Purpose ]</w:t>
            </w:r>
            <w:proofErr w:type="gramEnd"/>
          </w:p>
        </w:tc>
        <w:tc>
          <w:tcPr>
            <w:tcW w:w="2173" w:type="dxa"/>
            <w:shd w:val="clear" w:color="auto" w:fill="FFFFFF"/>
            <w:tcMar>
              <w:top w:w="70" w:type="dxa"/>
              <w:left w:w="100" w:type="dxa"/>
              <w:bottom w:w="70" w:type="dxa"/>
              <w:right w:w="100" w:type="dxa"/>
            </w:tcMar>
          </w:tcPr>
          <w:p w14:paraId="4F66589B" w14:textId="77777777" w:rsidR="00567519" w:rsidRDefault="00567519" w:rsidP="00567519">
            <w:pPr>
              <w:spacing w:before="40" w:after="40"/>
            </w:pPr>
            <w:r>
              <w:rPr>
                <w:color w:val="141414"/>
                <w:sz w:val="19"/>
              </w:rPr>
              <w:t xml:space="preserve">[ Lender Name &amp; </w:t>
            </w:r>
            <w:proofErr w:type="gramStart"/>
            <w:r>
              <w:rPr>
                <w:color w:val="141414"/>
                <w:sz w:val="19"/>
              </w:rPr>
              <w:t>Address ]</w:t>
            </w:r>
            <w:proofErr w:type="gramEnd"/>
          </w:p>
        </w:tc>
        <w:tc>
          <w:tcPr>
            <w:tcW w:w="995" w:type="dxa"/>
            <w:shd w:val="clear" w:color="auto" w:fill="FFFFFF"/>
            <w:tcMar>
              <w:top w:w="70" w:type="dxa"/>
              <w:left w:w="100" w:type="dxa"/>
              <w:bottom w:w="70" w:type="dxa"/>
              <w:right w:w="100" w:type="dxa"/>
            </w:tcMar>
          </w:tcPr>
          <w:p w14:paraId="2462051B" w14:textId="77777777" w:rsidR="00567519" w:rsidRDefault="00567519" w:rsidP="00567519">
            <w:pPr>
              <w:spacing w:before="40" w:after="40"/>
            </w:pPr>
            <w:proofErr w:type="gramStart"/>
            <w:r>
              <w:rPr>
                <w:color w:val="141414"/>
                <w:sz w:val="19"/>
              </w:rPr>
              <w:t>[  ]</w:t>
            </w:r>
            <w:proofErr w:type="gramEnd"/>
            <w:r>
              <w:rPr>
                <w:color w:val="141414"/>
                <w:sz w:val="19"/>
              </w:rPr>
              <w:t xml:space="preserve"> Y  [  ] N</w:t>
            </w:r>
          </w:p>
        </w:tc>
      </w:tr>
    </w:tbl>
    <w:p w14:paraId="1A4742FD" w14:textId="77777777" w:rsidR="00AA3848" w:rsidRDefault="00AA3848">
      <w:pPr>
        <w:spacing w:after="12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880"/>
        <w:gridCol w:w="2160"/>
        <w:gridCol w:w="5040"/>
      </w:tblGrid>
      <w:tr w:rsidR="00AA3848" w14:paraId="49648970" w14:textId="77777777">
        <w:trPr>
          <w:jc w:val="center"/>
        </w:trPr>
        <w:tc>
          <w:tcPr>
            <w:tcW w:w="2880" w:type="dxa"/>
            <w:shd w:val="clear" w:color="auto" w:fill="1B365D"/>
            <w:tcMar>
              <w:top w:w="70" w:type="dxa"/>
              <w:left w:w="100" w:type="dxa"/>
              <w:bottom w:w="70" w:type="dxa"/>
              <w:right w:w="100" w:type="dxa"/>
            </w:tcMar>
          </w:tcPr>
          <w:p w14:paraId="3AE1B548" w14:textId="77777777" w:rsidR="00AA3848" w:rsidRDefault="00407892">
            <w:pPr>
              <w:spacing w:before="40" w:after="40"/>
            </w:pPr>
            <w:r>
              <w:rPr>
                <w:b/>
                <w:color w:val="FFFFFF"/>
                <w:sz w:val="19"/>
              </w:rPr>
              <w:t>Monthly Income Source</w:t>
            </w:r>
          </w:p>
        </w:tc>
        <w:tc>
          <w:tcPr>
            <w:tcW w:w="2160" w:type="dxa"/>
            <w:shd w:val="clear" w:color="auto" w:fill="1B365D"/>
            <w:tcMar>
              <w:top w:w="70" w:type="dxa"/>
              <w:left w:w="100" w:type="dxa"/>
              <w:bottom w:w="70" w:type="dxa"/>
              <w:right w:w="100" w:type="dxa"/>
            </w:tcMar>
          </w:tcPr>
          <w:p w14:paraId="7FF46F08" w14:textId="77777777" w:rsidR="00AA3848" w:rsidRDefault="00407892">
            <w:pPr>
              <w:spacing w:before="40" w:after="40"/>
            </w:pPr>
            <w:r>
              <w:rPr>
                <w:b/>
                <w:color w:val="FFFFFF"/>
                <w:sz w:val="19"/>
              </w:rPr>
              <w:t>Gross Amount</w:t>
            </w:r>
          </w:p>
        </w:tc>
        <w:tc>
          <w:tcPr>
            <w:tcW w:w="5040" w:type="dxa"/>
            <w:shd w:val="clear" w:color="auto" w:fill="1B365D"/>
            <w:tcMar>
              <w:top w:w="70" w:type="dxa"/>
              <w:left w:w="100" w:type="dxa"/>
              <w:bottom w:w="70" w:type="dxa"/>
              <w:right w:w="100" w:type="dxa"/>
            </w:tcMar>
          </w:tcPr>
          <w:p w14:paraId="5F548AFA" w14:textId="739A0558" w:rsidR="00AA3848" w:rsidRDefault="00567519">
            <w:pPr>
              <w:spacing w:before="40" w:after="40"/>
            </w:pPr>
            <w:r>
              <w:rPr>
                <w:b/>
                <w:color w:val="FFFFFF"/>
                <w:sz w:val="19"/>
              </w:rPr>
              <w:t>Source of income</w:t>
            </w:r>
          </w:p>
        </w:tc>
      </w:tr>
      <w:tr w:rsidR="00AA3848" w14:paraId="5617A9D8" w14:textId="77777777">
        <w:trPr>
          <w:jc w:val="center"/>
        </w:trPr>
        <w:tc>
          <w:tcPr>
            <w:tcW w:w="2880" w:type="dxa"/>
            <w:shd w:val="clear" w:color="auto" w:fill="FFFFFF"/>
            <w:tcMar>
              <w:top w:w="70" w:type="dxa"/>
              <w:left w:w="100" w:type="dxa"/>
              <w:bottom w:w="70" w:type="dxa"/>
              <w:right w:w="100" w:type="dxa"/>
            </w:tcMar>
          </w:tcPr>
          <w:p w14:paraId="30F967C1" w14:textId="4466906D" w:rsidR="00AA3848" w:rsidRDefault="00567519">
            <w:pPr>
              <w:spacing w:before="40" w:after="40"/>
            </w:pPr>
            <w:r>
              <w:rPr>
                <w:color w:val="141414"/>
                <w:sz w:val="19"/>
              </w:rPr>
              <w:t xml:space="preserve">7.2.1 </w:t>
            </w:r>
            <w:r w:rsidR="00407892">
              <w:rPr>
                <w:color w:val="141414"/>
                <w:sz w:val="19"/>
              </w:rPr>
              <w:t>Applicant Gross Income:</w:t>
            </w:r>
          </w:p>
        </w:tc>
        <w:tc>
          <w:tcPr>
            <w:tcW w:w="2160" w:type="dxa"/>
            <w:shd w:val="clear" w:color="auto" w:fill="FFFFFF"/>
            <w:tcMar>
              <w:top w:w="70" w:type="dxa"/>
              <w:left w:w="100" w:type="dxa"/>
              <w:bottom w:w="70" w:type="dxa"/>
              <w:right w:w="100" w:type="dxa"/>
            </w:tcMar>
          </w:tcPr>
          <w:p w14:paraId="6B0E1753" w14:textId="77777777" w:rsidR="00AA3848" w:rsidRDefault="00407892">
            <w:pPr>
              <w:spacing w:before="40" w:after="40"/>
            </w:pPr>
            <w:r>
              <w:rPr>
                <w:color w:val="141414"/>
                <w:sz w:val="19"/>
              </w:rPr>
              <w:t xml:space="preserve">$[          </w:t>
            </w:r>
            <w:proofErr w:type="gramStart"/>
            <w:r>
              <w:rPr>
                <w:color w:val="141414"/>
                <w:sz w:val="19"/>
              </w:rPr>
              <w:t xml:space="preserve">  ]</w:t>
            </w:r>
            <w:proofErr w:type="gramEnd"/>
            <w:r>
              <w:rPr>
                <w:color w:val="141414"/>
                <w:sz w:val="19"/>
              </w:rPr>
              <w:t xml:space="preserve"> / Mo</w:t>
            </w:r>
          </w:p>
        </w:tc>
        <w:tc>
          <w:tcPr>
            <w:tcW w:w="5040" w:type="dxa"/>
            <w:shd w:val="clear" w:color="auto" w:fill="FFFFFF"/>
            <w:tcMar>
              <w:top w:w="70" w:type="dxa"/>
              <w:left w:w="100" w:type="dxa"/>
              <w:bottom w:w="70" w:type="dxa"/>
              <w:right w:w="100" w:type="dxa"/>
            </w:tcMar>
          </w:tcPr>
          <w:p w14:paraId="16A1BE8B" w14:textId="6C38ADDF" w:rsidR="00AA3848" w:rsidRDefault="00407892">
            <w:pPr>
              <w:spacing w:before="40" w:after="40"/>
            </w:pPr>
            <w:r>
              <w:rPr>
                <w:color w:val="141414"/>
                <w:sz w:val="19"/>
              </w:rPr>
              <w:t xml:space="preserve"> [                    ]</w:t>
            </w:r>
          </w:p>
        </w:tc>
      </w:tr>
      <w:tr w:rsidR="00AA3848" w14:paraId="19075B41" w14:textId="77777777">
        <w:trPr>
          <w:jc w:val="center"/>
        </w:trPr>
        <w:tc>
          <w:tcPr>
            <w:tcW w:w="2880" w:type="dxa"/>
            <w:shd w:val="clear" w:color="auto" w:fill="F9FBFD"/>
            <w:tcMar>
              <w:top w:w="70" w:type="dxa"/>
              <w:left w:w="100" w:type="dxa"/>
              <w:bottom w:w="70" w:type="dxa"/>
              <w:right w:w="100" w:type="dxa"/>
            </w:tcMar>
          </w:tcPr>
          <w:p w14:paraId="64DBAB05" w14:textId="68FF52CD" w:rsidR="00AA3848" w:rsidRDefault="00567519">
            <w:pPr>
              <w:spacing w:before="40" w:after="40"/>
            </w:pPr>
            <w:r>
              <w:rPr>
                <w:color w:val="141414"/>
                <w:sz w:val="19"/>
              </w:rPr>
              <w:t xml:space="preserve">7.3.1 </w:t>
            </w:r>
            <w:r w:rsidR="00407892">
              <w:rPr>
                <w:color w:val="141414"/>
                <w:sz w:val="19"/>
              </w:rPr>
              <w:t>Spouse Gross Income:</w:t>
            </w:r>
          </w:p>
        </w:tc>
        <w:tc>
          <w:tcPr>
            <w:tcW w:w="2160" w:type="dxa"/>
            <w:shd w:val="clear" w:color="auto" w:fill="F9FBFD"/>
            <w:tcMar>
              <w:top w:w="70" w:type="dxa"/>
              <w:left w:w="100" w:type="dxa"/>
              <w:bottom w:w="70" w:type="dxa"/>
              <w:right w:w="100" w:type="dxa"/>
            </w:tcMar>
          </w:tcPr>
          <w:p w14:paraId="5A3CB9B4" w14:textId="77777777" w:rsidR="00AA3848" w:rsidRDefault="00407892">
            <w:pPr>
              <w:spacing w:before="40" w:after="40"/>
            </w:pPr>
            <w:r>
              <w:rPr>
                <w:color w:val="141414"/>
                <w:sz w:val="19"/>
              </w:rPr>
              <w:t xml:space="preserve">$[          </w:t>
            </w:r>
            <w:proofErr w:type="gramStart"/>
            <w:r>
              <w:rPr>
                <w:color w:val="141414"/>
                <w:sz w:val="19"/>
              </w:rPr>
              <w:t xml:space="preserve">  ]</w:t>
            </w:r>
            <w:proofErr w:type="gramEnd"/>
            <w:r>
              <w:rPr>
                <w:color w:val="141414"/>
                <w:sz w:val="19"/>
              </w:rPr>
              <w:t xml:space="preserve"> / Mo</w:t>
            </w:r>
          </w:p>
        </w:tc>
        <w:tc>
          <w:tcPr>
            <w:tcW w:w="5040" w:type="dxa"/>
            <w:shd w:val="clear" w:color="auto" w:fill="F9FBFD"/>
            <w:tcMar>
              <w:top w:w="70" w:type="dxa"/>
              <w:left w:w="100" w:type="dxa"/>
              <w:bottom w:w="70" w:type="dxa"/>
              <w:right w:w="100" w:type="dxa"/>
            </w:tcMar>
          </w:tcPr>
          <w:p w14:paraId="66AD14E4" w14:textId="23D49C20" w:rsidR="00AA3848" w:rsidRDefault="00407892">
            <w:pPr>
              <w:spacing w:before="40" w:after="40"/>
            </w:pPr>
            <w:r>
              <w:rPr>
                <w:color w:val="141414"/>
                <w:sz w:val="19"/>
              </w:rPr>
              <w:t xml:space="preserve"> [                    ]</w:t>
            </w:r>
          </w:p>
        </w:tc>
      </w:tr>
    </w:tbl>
    <w:p w14:paraId="4A4479B8" w14:textId="77777777" w:rsidR="00AA3848" w:rsidRDefault="00AA3848">
      <w:pPr>
        <w:spacing w:after="120"/>
      </w:pPr>
    </w:p>
    <w:p w14:paraId="02245010" w14:textId="77777777" w:rsidR="00926AAD" w:rsidRDefault="00926AAD"/>
    <w:p w14:paraId="699286B9" w14:textId="77777777" w:rsidR="00926AAD" w:rsidRDefault="00926AAD"/>
    <w:p w14:paraId="0D31F185" w14:textId="77777777" w:rsidR="00926AAD" w:rsidRDefault="00926AAD"/>
    <w:p w14:paraId="5AF771EC" w14:textId="77777777" w:rsidR="00926AAD" w:rsidRDefault="00926AAD"/>
    <w:p w14:paraId="0E79E216" w14:textId="343063C3" w:rsidR="00926AAD" w:rsidRDefault="00926AAD" w:rsidP="00926AAD">
      <w:pPr>
        <w:keepNext/>
        <w:spacing w:before="280" w:after="120"/>
      </w:pPr>
      <w:r>
        <w:rPr>
          <w:b/>
          <w:color w:val="1B365D"/>
          <w:sz w:val="26"/>
        </w:rPr>
        <w:lastRenderedPageBreak/>
        <w:t>SECTION 7: FINANCIAL STATUS &amp; QUESTIONNAIRE (continued)</w:t>
      </w:r>
    </w:p>
    <w:p w14:paraId="774F4AE9" w14:textId="63C0110E" w:rsidR="00926AAD" w:rsidRDefault="00926AAD"/>
    <w:tbl>
      <w:tblPr>
        <w:tblW w:w="1010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0100"/>
      </w:tblGrid>
      <w:tr w:rsidR="00926AAD" w14:paraId="571B0EC5" w14:textId="77777777" w:rsidTr="00926AAD">
        <w:trPr>
          <w:jc w:val="center"/>
        </w:trPr>
        <w:tc>
          <w:tcPr>
            <w:tcW w:w="10100" w:type="dxa"/>
            <w:shd w:val="clear" w:color="auto" w:fill="1B365D"/>
            <w:tcMar>
              <w:top w:w="70" w:type="dxa"/>
              <w:left w:w="100" w:type="dxa"/>
              <w:bottom w:w="70" w:type="dxa"/>
              <w:right w:w="100" w:type="dxa"/>
            </w:tcMar>
          </w:tcPr>
          <w:p w14:paraId="5C8E3884" w14:textId="673BAC56" w:rsidR="00926AAD" w:rsidRDefault="00926AAD" w:rsidP="00A25CFD">
            <w:pPr>
              <w:spacing w:before="40" w:after="40"/>
            </w:pPr>
            <w:r>
              <w:rPr>
                <w:b/>
                <w:color w:val="FFFFFF"/>
                <w:sz w:val="19"/>
              </w:rPr>
              <w:t>Checking / Savings Accounts</w:t>
            </w:r>
          </w:p>
        </w:tc>
      </w:tr>
      <w:tr w:rsidR="00926AAD" w14:paraId="1EA36D58" w14:textId="77777777" w:rsidTr="00926AAD">
        <w:trPr>
          <w:jc w:val="center"/>
        </w:trPr>
        <w:tc>
          <w:tcPr>
            <w:tcW w:w="10100" w:type="dxa"/>
            <w:shd w:val="clear" w:color="auto" w:fill="FFFFFF"/>
            <w:tcMar>
              <w:top w:w="70" w:type="dxa"/>
              <w:left w:w="100" w:type="dxa"/>
              <w:bottom w:w="70" w:type="dxa"/>
              <w:right w:w="100" w:type="dxa"/>
            </w:tcMar>
          </w:tcPr>
          <w:p w14:paraId="16E65DA6" w14:textId="64469741" w:rsidR="00926AAD" w:rsidRDefault="002F2A57" w:rsidP="00A25CFD">
            <w:pPr>
              <w:spacing w:before="40" w:after="40"/>
            </w:pPr>
            <w:r>
              <w:rPr>
                <w:color w:val="141414"/>
                <w:sz w:val="19"/>
              </w:rPr>
              <w:t xml:space="preserve">7.4 </w:t>
            </w:r>
            <w:r w:rsidR="00926AAD">
              <w:rPr>
                <w:color w:val="141414"/>
                <w:sz w:val="19"/>
              </w:rPr>
              <w:t xml:space="preserve">Checking Account?  </w:t>
            </w:r>
            <w:proofErr w:type="gramStart"/>
            <w:r w:rsidR="00926AAD">
              <w:rPr>
                <w:color w:val="141414"/>
                <w:sz w:val="19"/>
              </w:rPr>
              <w:t>[  ]</w:t>
            </w:r>
            <w:proofErr w:type="gramEnd"/>
            <w:r w:rsidR="00926AAD">
              <w:rPr>
                <w:color w:val="141414"/>
                <w:sz w:val="19"/>
              </w:rPr>
              <w:t xml:space="preserve"> Yes  [  ] No  Bank: [                    ]</w:t>
            </w:r>
          </w:p>
        </w:tc>
      </w:tr>
      <w:tr w:rsidR="00926AAD" w14:paraId="41938878" w14:textId="77777777" w:rsidTr="00926AAD">
        <w:trPr>
          <w:jc w:val="center"/>
        </w:trPr>
        <w:tc>
          <w:tcPr>
            <w:tcW w:w="10100" w:type="dxa"/>
            <w:shd w:val="clear" w:color="auto" w:fill="F9FBFD"/>
            <w:tcMar>
              <w:top w:w="70" w:type="dxa"/>
              <w:left w:w="100" w:type="dxa"/>
              <w:bottom w:w="70" w:type="dxa"/>
              <w:right w:w="100" w:type="dxa"/>
            </w:tcMar>
          </w:tcPr>
          <w:p w14:paraId="539977BE" w14:textId="03D4F097" w:rsidR="00926AAD" w:rsidRDefault="002F2A57" w:rsidP="00A25CFD">
            <w:pPr>
              <w:spacing w:before="40" w:after="40"/>
            </w:pPr>
            <w:r>
              <w:rPr>
                <w:color w:val="141414"/>
                <w:sz w:val="19"/>
              </w:rPr>
              <w:t xml:space="preserve">7.5 </w:t>
            </w:r>
            <w:r w:rsidR="00926AAD">
              <w:rPr>
                <w:color w:val="141414"/>
                <w:sz w:val="19"/>
              </w:rPr>
              <w:t xml:space="preserve">Savings Account?   </w:t>
            </w:r>
            <w:proofErr w:type="gramStart"/>
            <w:r w:rsidR="00926AAD">
              <w:rPr>
                <w:color w:val="141414"/>
                <w:sz w:val="19"/>
              </w:rPr>
              <w:t>[  ]</w:t>
            </w:r>
            <w:proofErr w:type="gramEnd"/>
            <w:r w:rsidR="00926AAD">
              <w:rPr>
                <w:color w:val="141414"/>
                <w:sz w:val="19"/>
              </w:rPr>
              <w:t xml:space="preserve"> Yes  [  ] No  Bank: [                    ]</w:t>
            </w:r>
          </w:p>
        </w:tc>
      </w:tr>
    </w:tbl>
    <w:p w14:paraId="1B6B22F7" w14:textId="77777777" w:rsidR="00567519" w:rsidRDefault="00567519">
      <w:pPr>
        <w:keepNext/>
        <w:spacing w:before="200" w:after="80"/>
        <w:rPr>
          <w:b/>
          <w:color w:val="2F5496"/>
          <w:sz w:val="22"/>
        </w:rPr>
      </w:pPr>
    </w:p>
    <w:p w14:paraId="3FFE6F05" w14:textId="661DAC62" w:rsidR="00AA3848" w:rsidRDefault="00407892">
      <w:pPr>
        <w:keepNext/>
        <w:spacing w:before="200" w:after="80"/>
      </w:pPr>
      <w:r>
        <w:rPr>
          <w:b/>
          <w:color w:val="2F5496"/>
          <w:sz w:val="22"/>
        </w:rPr>
        <w:t>Financial Questionnaire</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720"/>
        <w:gridCol w:w="7200"/>
        <w:gridCol w:w="2160"/>
      </w:tblGrid>
      <w:tr w:rsidR="00AA3848" w14:paraId="49853740" w14:textId="77777777">
        <w:trPr>
          <w:jc w:val="center"/>
        </w:trPr>
        <w:tc>
          <w:tcPr>
            <w:tcW w:w="720" w:type="dxa"/>
            <w:shd w:val="clear" w:color="auto" w:fill="1B365D"/>
            <w:tcMar>
              <w:top w:w="70" w:type="dxa"/>
              <w:left w:w="100" w:type="dxa"/>
              <w:bottom w:w="70" w:type="dxa"/>
              <w:right w:w="100" w:type="dxa"/>
            </w:tcMar>
          </w:tcPr>
          <w:p w14:paraId="1EF5F13A" w14:textId="77777777" w:rsidR="00AA3848" w:rsidRDefault="00407892">
            <w:pPr>
              <w:spacing w:before="40" w:after="40"/>
            </w:pPr>
            <w:r>
              <w:rPr>
                <w:b/>
                <w:color w:val="FFFFFF"/>
                <w:sz w:val="19"/>
              </w:rPr>
              <w:t>#</w:t>
            </w:r>
          </w:p>
        </w:tc>
        <w:tc>
          <w:tcPr>
            <w:tcW w:w="7200" w:type="dxa"/>
            <w:shd w:val="clear" w:color="auto" w:fill="1B365D"/>
            <w:tcMar>
              <w:top w:w="70" w:type="dxa"/>
              <w:left w:w="100" w:type="dxa"/>
              <w:bottom w:w="70" w:type="dxa"/>
              <w:right w:w="100" w:type="dxa"/>
            </w:tcMar>
          </w:tcPr>
          <w:p w14:paraId="5C3412D0" w14:textId="77777777" w:rsidR="00AA3848" w:rsidRDefault="00407892">
            <w:pPr>
              <w:spacing w:before="40" w:after="40"/>
            </w:pPr>
            <w:r>
              <w:rPr>
                <w:b/>
                <w:color w:val="FFFFFF"/>
                <w:sz w:val="19"/>
              </w:rPr>
              <w:t>Financial Question</w:t>
            </w:r>
          </w:p>
        </w:tc>
        <w:tc>
          <w:tcPr>
            <w:tcW w:w="2160" w:type="dxa"/>
            <w:shd w:val="clear" w:color="auto" w:fill="1B365D"/>
            <w:tcMar>
              <w:top w:w="70" w:type="dxa"/>
              <w:left w:w="100" w:type="dxa"/>
              <w:bottom w:w="70" w:type="dxa"/>
              <w:right w:w="100" w:type="dxa"/>
            </w:tcMar>
          </w:tcPr>
          <w:p w14:paraId="54C2A01C" w14:textId="77777777" w:rsidR="00AA3848" w:rsidRDefault="00407892">
            <w:pPr>
              <w:spacing w:before="40" w:after="40"/>
            </w:pPr>
            <w:r>
              <w:rPr>
                <w:b/>
                <w:color w:val="FFFFFF"/>
                <w:sz w:val="19"/>
              </w:rPr>
              <w:t>Response</w:t>
            </w:r>
          </w:p>
        </w:tc>
      </w:tr>
      <w:tr w:rsidR="00AA3848" w14:paraId="66E0A37F" w14:textId="77777777">
        <w:trPr>
          <w:jc w:val="center"/>
        </w:trPr>
        <w:tc>
          <w:tcPr>
            <w:tcW w:w="720" w:type="dxa"/>
            <w:shd w:val="clear" w:color="auto" w:fill="FFFFFF"/>
            <w:tcMar>
              <w:top w:w="70" w:type="dxa"/>
              <w:left w:w="100" w:type="dxa"/>
              <w:bottom w:w="70" w:type="dxa"/>
              <w:right w:w="100" w:type="dxa"/>
            </w:tcMar>
          </w:tcPr>
          <w:p w14:paraId="16A56D5E" w14:textId="77777777" w:rsidR="00AA3848" w:rsidRDefault="00407892">
            <w:pPr>
              <w:spacing w:before="40" w:after="40"/>
            </w:pPr>
            <w:r>
              <w:rPr>
                <w:color w:val="141414"/>
                <w:sz w:val="19"/>
              </w:rPr>
              <w:t>7.6</w:t>
            </w:r>
          </w:p>
        </w:tc>
        <w:tc>
          <w:tcPr>
            <w:tcW w:w="7200" w:type="dxa"/>
            <w:shd w:val="clear" w:color="auto" w:fill="FFFFFF"/>
            <w:tcMar>
              <w:top w:w="70" w:type="dxa"/>
              <w:left w:w="100" w:type="dxa"/>
              <w:bottom w:w="70" w:type="dxa"/>
              <w:right w:w="100" w:type="dxa"/>
            </w:tcMar>
          </w:tcPr>
          <w:p w14:paraId="63615DD4" w14:textId="77777777" w:rsidR="00AA3848" w:rsidRDefault="00407892">
            <w:pPr>
              <w:spacing w:before="40" w:after="40"/>
            </w:pPr>
            <w:r>
              <w:rPr>
                <w:color w:val="141414"/>
                <w:sz w:val="19"/>
              </w:rPr>
              <w:t>Have you ever had your wages attached or garnished?</w:t>
            </w:r>
          </w:p>
        </w:tc>
        <w:tc>
          <w:tcPr>
            <w:tcW w:w="2160" w:type="dxa"/>
            <w:shd w:val="clear" w:color="auto" w:fill="FFFFFF"/>
            <w:tcMar>
              <w:top w:w="70" w:type="dxa"/>
              <w:left w:w="100" w:type="dxa"/>
              <w:bottom w:w="70" w:type="dxa"/>
              <w:right w:w="100" w:type="dxa"/>
            </w:tcMar>
          </w:tcPr>
          <w:p w14:paraId="29596E13"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7867A022" w14:textId="77777777">
        <w:trPr>
          <w:jc w:val="center"/>
        </w:trPr>
        <w:tc>
          <w:tcPr>
            <w:tcW w:w="720" w:type="dxa"/>
            <w:shd w:val="clear" w:color="auto" w:fill="F9FBFD"/>
            <w:tcMar>
              <w:top w:w="70" w:type="dxa"/>
              <w:left w:w="100" w:type="dxa"/>
              <w:bottom w:w="70" w:type="dxa"/>
              <w:right w:w="100" w:type="dxa"/>
            </w:tcMar>
          </w:tcPr>
          <w:p w14:paraId="52ED1BBF" w14:textId="77777777" w:rsidR="00AA3848" w:rsidRDefault="00407892">
            <w:pPr>
              <w:spacing w:before="40" w:after="40"/>
            </w:pPr>
            <w:r>
              <w:rPr>
                <w:color w:val="141414"/>
                <w:sz w:val="19"/>
              </w:rPr>
              <w:t>7.7</w:t>
            </w:r>
          </w:p>
        </w:tc>
        <w:tc>
          <w:tcPr>
            <w:tcW w:w="7200" w:type="dxa"/>
            <w:shd w:val="clear" w:color="auto" w:fill="F9FBFD"/>
            <w:tcMar>
              <w:top w:w="70" w:type="dxa"/>
              <w:left w:w="100" w:type="dxa"/>
              <w:bottom w:w="70" w:type="dxa"/>
              <w:right w:w="100" w:type="dxa"/>
            </w:tcMar>
          </w:tcPr>
          <w:p w14:paraId="6D4E5BB4" w14:textId="77777777" w:rsidR="00AA3848" w:rsidRDefault="00407892">
            <w:pPr>
              <w:spacing w:before="40" w:after="40"/>
            </w:pPr>
            <w:r>
              <w:rPr>
                <w:color w:val="141414"/>
                <w:sz w:val="19"/>
              </w:rPr>
              <w:t>Do you have any immediate civil action pending against you?</w:t>
            </w:r>
          </w:p>
        </w:tc>
        <w:tc>
          <w:tcPr>
            <w:tcW w:w="2160" w:type="dxa"/>
            <w:shd w:val="clear" w:color="auto" w:fill="F9FBFD"/>
            <w:tcMar>
              <w:top w:w="70" w:type="dxa"/>
              <w:left w:w="100" w:type="dxa"/>
              <w:bottom w:w="70" w:type="dxa"/>
              <w:right w:w="100" w:type="dxa"/>
            </w:tcMar>
          </w:tcPr>
          <w:p w14:paraId="7221091D"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3130C6E7" w14:textId="77777777">
        <w:trPr>
          <w:jc w:val="center"/>
        </w:trPr>
        <w:tc>
          <w:tcPr>
            <w:tcW w:w="720" w:type="dxa"/>
            <w:shd w:val="clear" w:color="auto" w:fill="FFFFFF"/>
            <w:tcMar>
              <w:top w:w="70" w:type="dxa"/>
              <w:left w:w="100" w:type="dxa"/>
              <w:bottom w:w="70" w:type="dxa"/>
              <w:right w:w="100" w:type="dxa"/>
            </w:tcMar>
          </w:tcPr>
          <w:p w14:paraId="3A772945" w14:textId="77777777" w:rsidR="00AA3848" w:rsidRDefault="00407892">
            <w:pPr>
              <w:spacing w:before="40" w:after="40"/>
            </w:pPr>
            <w:r>
              <w:rPr>
                <w:color w:val="141414"/>
                <w:sz w:val="19"/>
              </w:rPr>
              <w:t>7.8</w:t>
            </w:r>
          </w:p>
        </w:tc>
        <w:tc>
          <w:tcPr>
            <w:tcW w:w="7200" w:type="dxa"/>
            <w:shd w:val="clear" w:color="auto" w:fill="FFFFFF"/>
            <w:tcMar>
              <w:top w:w="70" w:type="dxa"/>
              <w:left w:w="100" w:type="dxa"/>
              <w:bottom w:w="70" w:type="dxa"/>
              <w:right w:w="100" w:type="dxa"/>
            </w:tcMar>
          </w:tcPr>
          <w:p w14:paraId="08770BB8" w14:textId="77777777" w:rsidR="00AA3848" w:rsidRDefault="00407892">
            <w:pPr>
              <w:spacing w:before="40" w:after="40"/>
            </w:pPr>
            <w:r>
              <w:rPr>
                <w:color w:val="141414"/>
                <w:sz w:val="19"/>
              </w:rPr>
              <w:t>Have you ever been a party to a small claims or civil court action?</w:t>
            </w:r>
          </w:p>
        </w:tc>
        <w:tc>
          <w:tcPr>
            <w:tcW w:w="2160" w:type="dxa"/>
            <w:shd w:val="clear" w:color="auto" w:fill="FFFFFF"/>
            <w:tcMar>
              <w:top w:w="70" w:type="dxa"/>
              <w:left w:w="100" w:type="dxa"/>
              <w:bottom w:w="70" w:type="dxa"/>
              <w:right w:w="100" w:type="dxa"/>
            </w:tcMar>
          </w:tcPr>
          <w:p w14:paraId="5A09488A"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1FC296E6" w14:textId="77777777">
        <w:trPr>
          <w:jc w:val="center"/>
        </w:trPr>
        <w:tc>
          <w:tcPr>
            <w:tcW w:w="720" w:type="dxa"/>
            <w:shd w:val="clear" w:color="auto" w:fill="F9FBFD"/>
            <w:tcMar>
              <w:top w:w="70" w:type="dxa"/>
              <w:left w:w="100" w:type="dxa"/>
              <w:bottom w:w="70" w:type="dxa"/>
              <w:right w:w="100" w:type="dxa"/>
            </w:tcMar>
          </w:tcPr>
          <w:p w14:paraId="374B4D8E" w14:textId="77777777" w:rsidR="00AA3848" w:rsidRDefault="00407892">
            <w:pPr>
              <w:spacing w:before="40" w:after="40"/>
            </w:pPr>
            <w:r>
              <w:rPr>
                <w:color w:val="141414"/>
                <w:sz w:val="19"/>
              </w:rPr>
              <w:t>7.9</w:t>
            </w:r>
          </w:p>
        </w:tc>
        <w:tc>
          <w:tcPr>
            <w:tcW w:w="7200" w:type="dxa"/>
            <w:shd w:val="clear" w:color="auto" w:fill="F9FBFD"/>
            <w:tcMar>
              <w:top w:w="70" w:type="dxa"/>
              <w:left w:w="100" w:type="dxa"/>
              <w:bottom w:w="70" w:type="dxa"/>
              <w:right w:w="100" w:type="dxa"/>
            </w:tcMar>
          </w:tcPr>
          <w:p w14:paraId="5EEB1EEB" w14:textId="77777777" w:rsidR="00AA3848" w:rsidRDefault="00407892">
            <w:pPr>
              <w:spacing w:before="40" w:after="40"/>
            </w:pPr>
            <w:r>
              <w:rPr>
                <w:color w:val="141414"/>
                <w:sz w:val="19"/>
              </w:rPr>
              <w:t>Have you ever had a judgment rendered against you?</w:t>
            </w:r>
          </w:p>
        </w:tc>
        <w:tc>
          <w:tcPr>
            <w:tcW w:w="2160" w:type="dxa"/>
            <w:shd w:val="clear" w:color="auto" w:fill="F9FBFD"/>
            <w:tcMar>
              <w:top w:w="70" w:type="dxa"/>
              <w:left w:w="100" w:type="dxa"/>
              <w:bottom w:w="70" w:type="dxa"/>
              <w:right w:w="100" w:type="dxa"/>
            </w:tcMar>
          </w:tcPr>
          <w:p w14:paraId="7D0E1182"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690B866F" w14:textId="77777777">
        <w:trPr>
          <w:jc w:val="center"/>
        </w:trPr>
        <w:tc>
          <w:tcPr>
            <w:tcW w:w="720" w:type="dxa"/>
            <w:shd w:val="clear" w:color="auto" w:fill="FFFFFF"/>
            <w:tcMar>
              <w:top w:w="70" w:type="dxa"/>
              <w:left w:w="100" w:type="dxa"/>
              <w:bottom w:w="70" w:type="dxa"/>
              <w:right w:w="100" w:type="dxa"/>
            </w:tcMar>
          </w:tcPr>
          <w:p w14:paraId="0723B3F9" w14:textId="77777777" w:rsidR="00AA3848" w:rsidRDefault="00407892">
            <w:pPr>
              <w:spacing w:before="40" w:after="40"/>
            </w:pPr>
            <w:r>
              <w:rPr>
                <w:color w:val="141414"/>
                <w:sz w:val="19"/>
              </w:rPr>
              <w:t>7.10</w:t>
            </w:r>
          </w:p>
        </w:tc>
        <w:tc>
          <w:tcPr>
            <w:tcW w:w="7200" w:type="dxa"/>
            <w:shd w:val="clear" w:color="auto" w:fill="FFFFFF"/>
            <w:tcMar>
              <w:top w:w="70" w:type="dxa"/>
              <w:left w:w="100" w:type="dxa"/>
              <w:bottom w:w="70" w:type="dxa"/>
              <w:right w:w="100" w:type="dxa"/>
            </w:tcMar>
          </w:tcPr>
          <w:p w14:paraId="7FBC16B1" w14:textId="77777777" w:rsidR="00AA3848" w:rsidRDefault="00407892">
            <w:pPr>
              <w:spacing w:before="40" w:after="40"/>
            </w:pPr>
            <w:r>
              <w:rPr>
                <w:color w:val="141414"/>
                <w:sz w:val="19"/>
              </w:rPr>
              <w:t>Have you ever filed for bankruptcy or been declared bankrupt?</w:t>
            </w:r>
          </w:p>
        </w:tc>
        <w:tc>
          <w:tcPr>
            <w:tcW w:w="2160" w:type="dxa"/>
            <w:shd w:val="clear" w:color="auto" w:fill="FFFFFF"/>
            <w:tcMar>
              <w:top w:w="70" w:type="dxa"/>
              <w:left w:w="100" w:type="dxa"/>
              <w:bottom w:w="70" w:type="dxa"/>
              <w:right w:w="100" w:type="dxa"/>
            </w:tcMar>
          </w:tcPr>
          <w:p w14:paraId="6DBF9030"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15EA0927" w14:textId="77777777">
        <w:trPr>
          <w:jc w:val="center"/>
        </w:trPr>
        <w:tc>
          <w:tcPr>
            <w:tcW w:w="720" w:type="dxa"/>
            <w:shd w:val="clear" w:color="auto" w:fill="F9FBFD"/>
            <w:tcMar>
              <w:top w:w="70" w:type="dxa"/>
              <w:left w:w="100" w:type="dxa"/>
              <w:bottom w:w="70" w:type="dxa"/>
              <w:right w:w="100" w:type="dxa"/>
            </w:tcMar>
          </w:tcPr>
          <w:p w14:paraId="7A313A0B" w14:textId="77777777" w:rsidR="00AA3848" w:rsidRDefault="00407892">
            <w:pPr>
              <w:spacing w:before="40" w:after="40"/>
            </w:pPr>
            <w:r>
              <w:rPr>
                <w:color w:val="141414"/>
                <w:sz w:val="19"/>
              </w:rPr>
              <w:t>7.11</w:t>
            </w:r>
          </w:p>
        </w:tc>
        <w:tc>
          <w:tcPr>
            <w:tcW w:w="7200" w:type="dxa"/>
            <w:shd w:val="clear" w:color="auto" w:fill="F9FBFD"/>
            <w:tcMar>
              <w:top w:w="70" w:type="dxa"/>
              <w:left w:w="100" w:type="dxa"/>
              <w:bottom w:w="70" w:type="dxa"/>
              <w:right w:w="100" w:type="dxa"/>
            </w:tcMar>
          </w:tcPr>
          <w:p w14:paraId="4D8CC383" w14:textId="77777777" w:rsidR="00AA3848" w:rsidRDefault="00407892">
            <w:pPr>
              <w:spacing w:before="40" w:after="40"/>
            </w:pPr>
            <w:r>
              <w:rPr>
                <w:color w:val="141414"/>
                <w:sz w:val="19"/>
              </w:rPr>
              <w:t>Have you ever been refused life, automobile, health, or other insurance?</w:t>
            </w:r>
          </w:p>
        </w:tc>
        <w:tc>
          <w:tcPr>
            <w:tcW w:w="2160" w:type="dxa"/>
            <w:shd w:val="clear" w:color="auto" w:fill="F9FBFD"/>
            <w:tcMar>
              <w:top w:w="70" w:type="dxa"/>
              <w:left w:w="100" w:type="dxa"/>
              <w:bottom w:w="70" w:type="dxa"/>
              <w:right w:w="100" w:type="dxa"/>
            </w:tcMar>
          </w:tcPr>
          <w:p w14:paraId="2C355AD3"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14C3525D" w14:textId="77777777">
        <w:trPr>
          <w:jc w:val="center"/>
        </w:trPr>
        <w:tc>
          <w:tcPr>
            <w:tcW w:w="720" w:type="dxa"/>
            <w:shd w:val="clear" w:color="auto" w:fill="FFFFFF"/>
            <w:tcMar>
              <w:top w:w="70" w:type="dxa"/>
              <w:left w:w="100" w:type="dxa"/>
              <w:bottom w:w="70" w:type="dxa"/>
              <w:right w:w="100" w:type="dxa"/>
            </w:tcMar>
          </w:tcPr>
          <w:p w14:paraId="4E6DCEFF" w14:textId="77777777" w:rsidR="00AA3848" w:rsidRDefault="00407892">
            <w:pPr>
              <w:spacing w:before="40" w:after="40"/>
            </w:pPr>
            <w:r>
              <w:rPr>
                <w:color w:val="141414"/>
                <w:sz w:val="19"/>
              </w:rPr>
              <w:t>7.12</w:t>
            </w:r>
          </w:p>
        </w:tc>
        <w:tc>
          <w:tcPr>
            <w:tcW w:w="7200" w:type="dxa"/>
            <w:shd w:val="clear" w:color="auto" w:fill="FFFFFF"/>
            <w:tcMar>
              <w:top w:w="70" w:type="dxa"/>
              <w:left w:w="100" w:type="dxa"/>
              <w:bottom w:w="70" w:type="dxa"/>
              <w:right w:w="100" w:type="dxa"/>
            </w:tcMar>
          </w:tcPr>
          <w:p w14:paraId="65AADE75" w14:textId="77777777" w:rsidR="00AA3848" w:rsidRDefault="00407892">
            <w:pPr>
              <w:spacing w:before="40" w:after="40"/>
            </w:pPr>
            <w:r>
              <w:rPr>
                <w:color w:val="141414"/>
                <w:sz w:val="19"/>
              </w:rPr>
              <w:t>Have you ever been refused credit?</w:t>
            </w:r>
          </w:p>
        </w:tc>
        <w:tc>
          <w:tcPr>
            <w:tcW w:w="2160" w:type="dxa"/>
            <w:shd w:val="clear" w:color="auto" w:fill="FFFFFF"/>
            <w:tcMar>
              <w:top w:w="70" w:type="dxa"/>
              <w:left w:w="100" w:type="dxa"/>
              <w:bottom w:w="70" w:type="dxa"/>
              <w:right w:w="100" w:type="dxa"/>
            </w:tcMar>
          </w:tcPr>
          <w:p w14:paraId="672515D4"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787C59A1" w14:textId="77777777">
        <w:trPr>
          <w:jc w:val="center"/>
        </w:trPr>
        <w:tc>
          <w:tcPr>
            <w:tcW w:w="720" w:type="dxa"/>
            <w:shd w:val="clear" w:color="auto" w:fill="F9FBFD"/>
            <w:tcMar>
              <w:top w:w="70" w:type="dxa"/>
              <w:left w:w="100" w:type="dxa"/>
              <w:bottom w:w="70" w:type="dxa"/>
              <w:right w:w="100" w:type="dxa"/>
            </w:tcMar>
          </w:tcPr>
          <w:p w14:paraId="243B864A" w14:textId="77777777" w:rsidR="00AA3848" w:rsidRDefault="00407892">
            <w:pPr>
              <w:spacing w:before="40" w:after="40"/>
            </w:pPr>
            <w:r>
              <w:rPr>
                <w:color w:val="141414"/>
                <w:sz w:val="19"/>
              </w:rPr>
              <w:t>7.13</w:t>
            </w:r>
          </w:p>
        </w:tc>
        <w:tc>
          <w:tcPr>
            <w:tcW w:w="7200" w:type="dxa"/>
            <w:shd w:val="clear" w:color="auto" w:fill="F9FBFD"/>
            <w:tcMar>
              <w:top w:w="70" w:type="dxa"/>
              <w:left w:w="100" w:type="dxa"/>
              <w:bottom w:w="70" w:type="dxa"/>
              <w:right w:w="100" w:type="dxa"/>
            </w:tcMar>
          </w:tcPr>
          <w:p w14:paraId="1A9B89D2" w14:textId="77777777" w:rsidR="00AA3848" w:rsidRDefault="00407892">
            <w:pPr>
              <w:spacing w:before="40" w:after="40"/>
            </w:pPr>
            <w:r>
              <w:rPr>
                <w:color w:val="141414"/>
                <w:sz w:val="19"/>
              </w:rPr>
              <w:t>Have you ever had any property repossessed?</w:t>
            </w:r>
          </w:p>
        </w:tc>
        <w:tc>
          <w:tcPr>
            <w:tcW w:w="2160" w:type="dxa"/>
            <w:shd w:val="clear" w:color="auto" w:fill="F9FBFD"/>
            <w:tcMar>
              <w:top w:w="70" w:type="dxa"/>
              <w:left w:w="100" w:type="dxa"/>
              <w:bottom w:w="70" w:type="dxa"/>
              <w:right w:w="100" w:type="dxa"/>
            </w:tcMar>
          </w:tcPr>
          <w:p w14:paraId="5C02F4F6"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62C1D71B" w14:textId="77777777">
        <w:trPr>
          <w:jc w:val="center"/>
        </w:trPr>
        <w:tc>
          <w:tcPr>
            <w:tcW w:w="720" w:type="dxa"/>
            <w:shd w:val="clear" w:color="auto" w:fill="FFFFFF"/>
            <w:tcMar>
              <w:top w:w="70" w:type="dxa"/>
              <w:left w:w="100" w:type="dxa"/>
              <w:bottom w:w="70" w:type="dxa"/>
              <w:right w:w="100" w:type="dxa"/>
            </w:tcMar>
          </w:tcPr>
          <w:p w14:paraId="558774A4" w14:textId="77777777" w:rsidR="00AA3848" w:rsidRDefault="00407892">
            <w:pPr>
              <w:spacing w:before="40" w:after="40"/>
            </w:pPr>
            <w:r>
              <w:rPr>
                <w:color w:val="141414"/>
                <w:sz w:val="19"/>
              </w:rPr>
              <w:t>7.14</w:t>
            </w:r>
          </w:p>
        </w:tc>
        <w:tc>
          <w:tcPr>
            <w:tcW w:w="7200" w:type="dxa"/>
            <w:shd w:val="clear" w:color="auto" w:fill="FFFFFF"/>
            <w:tcMar>
              <w:top w:w="70" w:type="dxa"/>
              <w:left w:w="100" w:type="dxa"/>
              <w:bottom w:w="70" w:type="dxa"/>
              <w:right w:w="100" w:type="dxa"/>
            </w:tcMar>
          </w:tcPr>
          <w:p w14:paraId="48929ADC" w14:textId="77777777" w:rsidR="00AA3848" w:rsidRDefault="00407892">
            <w:pPr>
              <w:spacing w:before="40" w:after="40"/>
            </w:pPr>
            <w:r>
              <w:rPr>
                <w:color w:val="141414"/>
                <w:sz w:val="19"/>
              </w:rPr>
              <w:t>Have you ever had a debt or bill turned over to a collection agency?</w:t>
            </w:r>
          </w:p>
        </w:tc>
        <w:tc>
          <w:tcPr>
            <w:tcW w:w="2160" w:type="dxa"/>
            <w:shd w:val="clear" w:color="auto" w:fill="FFFFFF"/>
            <w:tcMar>
              <w:top w:w="70" w:type="dxa"/>
              <w:left w:w="100" w:type="dxa"/>
              <w:bottom w:w="70" w:type="dxa"/>
              <w:right w:w="100" w:type="dxa"/>
            </w:tcMar>
          </w:tcPr>
          <w:p w14:paraId="3B4BB740"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3D17BF28" w14:textId="77777777">
        <w:trPr>
          <w:jc w:val="center"/>
        </w:trPr>
        <w:tc>
          <w:tcPr>
            <w:tcW w:w="720" w:type="dxa"/>
            <w:shd w:val="clear" w:color="auto" w:fill="F9FBFD"/>
            <w:tcMar>
              <w:top w:w="70" w:type="dxa"/>
              <w:left w:w="100" w:type="dxa"/>
              <w:bottom w:w="70" w:type="dxa"/>
              <w:right w:w="100" w:type="dxa"/>
            </w:tcMar>
          </w:tcPr>
          <w:p w14:paraId="4166243D" w14:textId="77777777" w:rsidR="00AA3848" w:rsidRDefault="00407892">
            <w:pPr>
              <w:spacing w:before="40" w:after="40"/>
            </w:pPr>
            <w:r>
              <w:rPr>
                <w:color w:val="141414"/>
                <w:sz w:val="19"/>
              </w:rPr>
              <w:t>7.15</w:t>
            </w:r>
          </w:p>
        </w:tc>
        <w:tc>
          <w:tcPr>
            <w:tcW w:w="7200" w:type="dxa"/>
            <w:shd w:val="clear" w:color="auto" w:fill="F9FBFD"/>
            <w:tcMar>
              <w:top w:w="70" w:type="dxa"/>
              <w:left w:w="100" w:type="dxa"/>
              <w:bottom w:w="70" w:type="dxa"/>
              <w:right w:w="100" w:type="dxa"/>
            </w:tcMar>
          </w:tcPr>
          <w:p w14:paraId="0689148D" w14:textId="77777777" w:rsidR="00AA3848" w:rsidRDefault="00407892">
            <w:pPr>
              <w:spacing w:before="40" w:after="40"/>
            </w:pPr>
            <w:r>
              <w:rPr>
                <w:color w:val="141414"/>
                <w:sz w:val="19"/>
              </w:rPr>
              <w:t>Are you delinquent on any debt?</w:t>
            </w:r>
          </w:p>
        </w:tc>
        <w:tc>
          <w:tcPr>
            <w:tcW w:w="2160" w:type="dxa"/>
            <w:shd w:val="clear" w:color="auto" w:fill="F9FBFD"/>
            <w:tcMar>
              <w:top w:w="70" w:type="dxa"/>
              <w:left w:w="100" w:type="dxa"/>
              <w:bottom w:w="70" w:type="dxa"/>
              <w:right w:w="100" w:type="dxa"/>
            </w:tcMar>
          </w:tcPr>
          <w:p w14:paraId="53E61746"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60974F7F" w14:textId="77777777">
        <w:trPr>
          <w:jc w:val="center"/>
        </w:trPr>
        <w:tc>
          <w:tcPr>
            <w:tcW w:w="720" w:type="dxa"/>
            <w:shd w:val="clear" w:color="auto" w:fill="FFFFFF"/>
            <w:tcMar>
              <w:top w:w="70" w:type="dxa"/>
              <w:left w:w="100" w:type="dxa"/>
              <w:bottom w:w="70" w:type="dxa"/>
              <w:right w:w="100" w:type="dxa"/>
            </w:tcMar>
          </w:tcPr>
          <w:p w14:paraId="530D3C7E" w14:textId="77777777" w:rsidR="00AA3848" w:rsidRDefault="00407892">
            <w:pPr>
              <w:spacing w:before="40" w:after="40"/>
            </w:pPr>
            <w:r>
              <w:rPr>
                <w:color w:val="141414"/>
                <w:sz w:val="19"/>
              </w:rPr>
              <w:t>7.16</w:t>
            </w:r>
          </w:p>
        </w:tc>
        <w:tc>
          <w:tcPr>
            <w:tcW w:w="7200" w:type="dxa"/>
            <w:shd w:val="clear" w:color="auto" w:fill="FFFFFF"/>
            <w:tcMar>
              <w:top w:w="70" w:type="dxa"/>
              <w:left w:w="100" w:type="dxa"/>
              <w:bottom w:w="70" w:type="dxa"/>
              <w:right w:w="100" w:type="dxa"/>
            </w:tcMar>
          </w:tcPr>
          <w:p w14:paraId="3DD69B3E" w14:textId="77777777" w:rsidR="00AA3848" w:rsidRDefault="00407892">
            <w:pPr>
              <w:spacing w:before="40" w:after="40"/>
            </w:pPr>
            <w:r>
              <w:rPr>
                <w:color w:val="141414"/>
                <w:sz w:val="19"/>
              </w:rPr>
              <w:t>Have you ever been bonded or had a bond refused?</w:t>
            </w:r>
          </w:p>
        </w:tc>
        <w:tc>
          <w:tcPr>
            <w:tcW w:w="2160" w:type="dxa"/>
            <w:shd w:val="clear" w:color="auto" w:fill="FFFFFF"/>
            <w:tcMar>
              <w:top w:w="70" w:type="dxa"/>
              <w:left w:w="100" w:type="dxa"/>
              <w:bottom w:w="70" w:type="dxa"/>
              <w:right w:w="100" w:type="dxa"/>
            </w:tcMar>
          </w:tcPr>
          <w:p w14:paraId="6D0E81D2"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0F0FCF40" w14:textId="77777777">
        <w:trPr>
          <w:jc w:val="center"/>
        </w:trPr>
        <w:tc>
          <w:tcPr>
            <w:tcW w:w="720" w:type="dxa"/>
            <w:shd w:val="clear" w:color="auto" w:fill="F9FBFD"/>
            <w:tcMar>
              <w:top w:w="70" w:type="dxa"/>
              <w:left w:w="100" w:type="dxa"/>
              <w:bottom w:w="70" w:type="dxa"/>
              <w:right w:w="100" w:type="dxa"/>
            </w:tcMar>
          </w:tcPr>
          <w:p w14:paraId="27D19EDE" w14:textId="77777777" w:rsidR="00AA3848" w:rsidRDefault="00407892">
            <w:pPr>
              <w:spacing w:before="40" w:after="40"/>
            </w:pPr>
            <w:r>
              <w:rPr>
                <w:color w:val="141414"/>
                <w:sz w:val="19"/>
              </w:rPr>
              <w:t>7.17</w:t>
            </w:r>
          </w:p>
        </w:tc>
        <w:tc>
          <w:tcPr>
            <w:tcW w:w="7200" w:type="dxa"/>
            <w:shd w:val="clear" w:color="auto" w:fill="F9FBFD"/>
            <w:tcMar>
              <w:top w:w="70" w:type="dxa"/>
              <w:left w:w="100" w:type="dxa"/>
              <w:bottom w:w="70" w:type="dxa"/>
              <w:right w:w="100" w:type="dxa"/>
            </w:tcMar>
          </w:tcPr>
          <w:p w14:paraId="2FC87B6C" w14:textId="77777777" w:rsidR="00AA3848" w:rsidRDefault="00407892">
            <w:pPr>
              <w:spacing w:before="40" w:after="40"/>
            </w:pPr>
            <w:r>
              <w:rPr>
                <w:color w:val="141414"/>
                <w:sz w:val="19"/>
              </w:rPr>
              <w:t>Have you ever intentionally skipped out on a bill, debt, or financial obligation?</w:t>
            </w:r>
          </w:p>
        </w:tc>
        <w:tc>
          <w:tcPr>
            <w:tcW w:w="2160" w:type="dxa"/>
            <w:shd w:val="clear" w:color="auto" w:fill="F9FBFD"/>
            <w:tcMar>
              <w:top w:w="70" w:type="dxa"/>
              <w:left w:w="100" w:type="dxa"/>
              <w:bottom w:w="70" w:type="dxa"/>
              <w:right w:w="100" w:type="dxa"/>
            </w:tcMar>
          </w:tcPr>
          <w:p w14:paraId="3933B0BB"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06357582" w14:textId="77777777">
        <w:trPr>
          <w:jc w:val="center"/>
        </w:trPr>
        <w:tc>
          <w:tcPr>
            <w:tcW w:w="720" w:type="dxa"/>
            <w:shd w:val="clear" w:color="auto" w:fill="FFFFFF"/>
            <w:tcMar>
              <w:top w:w="70" w:type="dxa"/>
              <w:left w:w="100" w:type="dxa"/>
              <w:bottom w:w="70" w:type="dxa"/>
              <w:right w:w="100" w:type="dxa"/>
            </w:tcMar>
          </w:tcPr>
          <w:p w14:paraId="6C8E9181" w14:textId="77777777" w:rsidR="00AA3848" w:rsidRDefault="00407892">
            <w:pPr>
              <w:spacing w:before="40" w:after="40"/>
            </w:pPr>
            <w:r>
              <w:rPr>
                <w:color w:val="141414"/>
                <w:sz w:val="19"/>
              </w:rPr>
              <w:t>7.18</w:t>
            </w:r>
          </w:p>
        </w:tc>
        <w:tc>
          <w:tcPr>
            <w:tcW w:w="7200" w:type="dxa"/>
            <w:shd w:val="clear" w:color="auto" w:fill="FFFFFF"/>
            <w:tcMar>
              <w:top w:w="70" w:type="dxa"/>
              <w:left w:w="100" w:type="dxa"/>
              <w:bottom w:w="70" w:type="dxa"/>
              <w:right w:w="100" w:type="dxa"/>
            </w:tcMar>
          </w:tcPr>
          <w:p w14:paraId="3470F81A" w14:textId="77777777" w:rsidR="00AA3848" w:rsidRDefault="00407892">
            <w:pPr>
              <w:spacing w:before="40" w:after="40"/>
            </w:pPr>
            <w:r>
              <w:rPr>
                <w:color w:val="141414"/>
                <w:sz w:val="19"/>
              </w:rPr>
              <w:t>Do you owe money to a former employer?</w:t>
            </w:r>
          </w:p>
        </w:tc>
        <w:tc>
          <w:tcPr>
            <w:tcW w:w="2160" w:type="dxa"/>
            <w:shd w:val="clear" w:color="auto" w:fill="FFFFFF"/>
            <w:tcMar>
              <w:top w:w="70" w:type="dxa"/>
              <w:left w:w="100" w:type="dxa"/>
              <w:bottom w:w="70" w:type="dxa"/>
              <w:right w:w="100" w:type="dxa"/>
            </w:tcMar>
          </w:tcPr>
          <w:p w14:paraId="6CEAC932"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60FC5D94" w14:textId="77777777">
        <w:trPr>
          <w:jc w:val="center"/>
        </w:trPr>
        <w:tc>
          <w:tcPr>
            <w:tcW w:w="720" w:type="dxa"/>
            <w:shd w:val="clear" w:color="auto" w:fill="F9FBFD"/>
            <w:tcMar>
              <w:top w:w="70" w:type="dxa"/>
              <w:left w:w="100" w:type="dxa"/>
              <w:bottom w:w="70" w:type="dxa"/>
              <w:right w:w="100" w:type="dxa"/>
            </w:tcMar>
          </w:tcPr>
          <w:p w14:paraId="4BE9B6E5" w14:textId="77777777" w:rsidR="00AA3848" w:rsidRDefault="00407892">
            <w:pPr>
              <w:spacing w:before="40" w:after="40"/>
            </w:pPr>
            <w:r>
              <w:rPr>
                <w:color w:val="141414"/>
                <w:sz w:val="19"/>
              </w:rPr>
              <w:t>7.19</w:t>
            </w:r>
          </w:p>
        </w:tc>
        <w:tc>
          <w:tcPr>
            <w:tcW w:w="7200" w:type="dxa"/>
            <w:shd w:val="clear" w:color="auto" w:fill="F9FBFD"/>
            <w:tcMar>
              <w:top w:w="70" w:type="dxa"/>
              <w:left w:w="100" w:type="dxa"/>
              <w:bottom w:w="70" w:type="dxa"/>
              <w:right w:w="100" w:type="dxa"/>
            </w:tcMar>
          </w:tcPr>
          <w:p w14:paraId="601A51A5" w14:textId="77777777" w:rsidR="00AA3848" w:rsidRDefault="00407892">
            <w:pPr>
              <w:spacing w:before="40" w:after="40"/>
            </w:pPr>
            <w:r>
              <w:rPr>
                <w:color w:val="141414"/>
                <w:sz w:val="19"/>
              </w:rPr>
              <w:t>Do you presently owe a gambling debt?</w:t>
            </w:r>
          </w:p>
        </w:tc>
        <w:tc>
          <w:tcPr>
            <w:tcW w:w="2160" w:type="dxa"/>
            <w:shd w:val="clear" w:color="auto" w:fill="F9FBFD"/>
            <w:tcMar>
              <w:top w:w="70" w:type="dxa"/>
              <w:left w:w="100" w:type="dxa"/>
              <w:bottom w:w="70" w:type="dxa"/>
              <w:right w:w="100" w:type="dxa"/>
            </w:tcMar>
          </w:tcPr>
          <w:p w14:paraId="6CBB1AB4"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0534FBCB" w14:textId="77777777">
        <w:trPr>
          <w:jc w:val="center"/>
        </w:trPr>
        <w:tc>
          <w:tcPr>
            <w:tcW w:w="720" w:type="dxa"/>
            <w:shd w:val="clear" w:color="auto" w:fill="FFFFFF"/>
            <w:tcMar>
              <w:top w:w="70" w:type="dxa"/>
              <w:left w:w="100" w:type="dxa"/>
              <w:bottom w:w="70" w:type="dxa"/>
              <w:right w:w="100" w:type="dxa"/>
            </w:tcMar>
          </w:tcPr>
          <w:p w14:paraId="4C9EF013" w14:textId="77777777" w:rsidR="00AA3848" w:rsidRDefault="00407892">
            <w:pPr>
              <w:spacing w:before="40" w:after="40"/>
            </w:pPr>
            <w:r>
              <w:rPr>
                <w:color w:val="141414"/>
                <w:sz w:val="19"/>
              </w:rPr>
              <w:t>7.20</w:t>
            </w:r>
          </w:p>
        </w:tc>
        <w:tc>
          <w:tcPr>
            <w:tcW w:w="7200" w:type="dxa"/>
            <w:shd w:val="clear" w:color="auto" w:fill="FFFFFF"/>
            <w:tcMar>
              <w:top w:w="70" w:type="dxa"/>
              <w:left w:w="100" w:type="dxa"/>
              <w:bottom w:w="70" w:type="dxa"/>
              <w:right w:w="100" w:type="dxa"/>
            </w:tcMar>
          </w:tcPr>
          <w:p w14:paraId="086CE5AB" w14:textId="77777777" w:rsidR="00AA3848" w:rsidRDefault="00407892">
            <w:pPr>
              <w:spacing w:before="40" w:after="40"/>
            </w:pPr>
            <w:r>
              <w:rPr>
                <w:color w:val="141414"/>
                <w:sz w:val="19"/>
              </w:rPr>
              <w:t>Have you ever been evicted?</w:t>
            </w:r>
          </w:p>
        </w:tc>
        <w:tc>
          <w:tcPr>
            <w:tcW w:w="2160" w:type="dxa"/>
            <w:shd w:val="clear" w:color="auto" w:fill="FFFFFF"/>
            <w:tcMar>
              <w:top w:w="70" w:type="dxa"/>
              <w:left w:w="100" w:type="dxa"/>
              <w:bottom w:w="70" w:type="dxa"/>
              <w:right w:w="100" w:type="dxa"/>
            </w:tcMar>
          </w:tcPr>
          <w:p w14:paraId="54B37FA7"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6B8ED2D2" w14:textId="77777777">
        <w:trPr>
          <w:jc w:val="center"/>
        </w:trPr>
        <w:tc>
          <w:tcPr>
            <w:tcW w:w="720" w:type="dxa"/>
            <w:shd w:val="clear" w:color="auto" w:fill="F9FBFD"/>
            <w:tcMar>
              <w:top w:w="70" w:type="dxa"/>
              <w:left w:w="100" w:type="dxa"/>
              <w:bottom w:w="70" w:type="dxa"/>
              <w:right w:w="100" w:type="dxa"/>
            </w:tcMar>
          </w:tcPr>
          <w:p w14:paraId="5CAC5138" w14:textId="77777777" w:rsidR="00AA3848" w:rsidRDefault="00407892">
            <w:pPr>
              <w:spacing w:before="40" w:after="40"/>
            </w:pPr>
            <w:r>
              <w:rPr>
                <w:color w:val="141414"/>
                <w:sz w:val="19"/>
              </w:rPr>
              <w:t>7.21</w:t>
            </w:r>
          </w:p>
        </w:tc>
        <w:tc>
          <w:tcPr>
            <w:tcW w:w="7200" w:type="dxa"/>
            <w:shd w:val="clear" w:color="auto" w:fill="F9FBFD"/>
            <w:tcMar>
              <w:top w:w="70" w:type="dxa"/>
              <w:left w:w="100" w:type="dxa"/>
              <w:bottom w:w="70" w:type="dxa"/>
              <w:right w:w="100" w:type="dxa"/>
            </w:tcMar>
          </w:tcPr>
          <w:p w14:paraId="59B4AD34" w14:textId="77777777" w:rsidR="00AA3848" w:rsidRDefault="00407892">
            <w:pPr>
              <w:spacing w:before="40" w:after="40"/>
            </w:pPr>
            <w:r>
              <w:rPr>
                <w:color w:val="141414"/>
                <w:sz w:val="19"/>
              </w:rPr>
              <w:t>If employed by APD, do you anticipate any income other than your police salary?</w:t>
            </w:r>
          </w:p>
        </w:tc>
        <w:tc>
          <w:tcPr>
            <w:tcW w:w="2160" w:type="dxa"/>
            <w:shd w:val="clear" w:color="auto" w:fill="F9FBFD"/>
            <w:tcMar>
              <w:top w:w="70" w:type="dxa"/>
              <w:left w:w="100" w:type="dxa"/>
              <w:bottom w:w="70" w:type="dxa"/>
              <w:right w:w="100" w:type="dxa"/>
            </w:tcMar>
          </w:tcPr>
          <w:p w14:paraId="03659842"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066F9DE6" w14:textId="77777777">
        <w:trPr>
          <w:jc w:val="center"/>
        </w:trPr>
        <w:tc>
          <w:tcPr>
            <w:tcW w:w="720" w:type="dxa"/>
            <w:shd w:val="clear" w:color="auto" w:fill="FFFFFF"/>
            <w:tcMar>
              <w:top w:w="70" w:type="dxa"/>
              <w:left w:w="100" w:type="dxa"/>
              <w:bottom w:w="70" w:type="dxa"/>
              <w:right w:w="100" w:type="dxa"/>
            </w:tcMar>
          </w:tcPr>
          <w:p w14:paraId="613AC0FE" w14:textId="77777777" w:rsidR="00AA3848" w:rsidRDefault="00407892">
            <w:pPr>
              <w:spacing w:before="40" w:after="40"/>
            </w:pPr>
            <w:r>
              <w:rPr>
                <w:color w:val="141414"/>
                <w:sz w:val="19"/>
              </w:rPr>
              <w:t>EXP</w:t>
            </w:r>
          </w:p>
        </w:tc>
        <w:tc>
          <w:tcPr>
            <w:tcW w:w="7200" w:type="dxa"/>
            <w:shd w:val="clear" w:color="auto" w:fill="FFFFFF"/>
            <w:tcMar>
              <w:top w:w="70" w:type="dxa"/>
              <w:left w:w="100" w:type="dxa"/>
              <w:bottom w:w="70" w:type="dxa"/>
              <w:right w:w="100" w:type="dxa"/>
            </w:tcMar>
          </w:tcPr>
          <w:p w14:paraId="260AB01C" w14:textId="77777777" w:rsidR="00AA3848" w:rsidRDefault="00407892">
            <w:pPr>
              <w:spacing w:before="40" w:after="40"/>
            </w:pPr>
            <w:r>
              <w:rPr>
                <w:color w:val="141414"/>
                <w:sz w:val="19"/>
              </w:rPr>
              <w:t>If YES to any item (7.6 through 7.21), explain below referencing item number:</w:t>
            </w:r>
          </w:p>
        </w:tc>
        <w:tc>
          <w:tcPr>
            <w:tcW w:w="2160" w:type="dxa"/>
            <w:shd w:val="clear" w:color="auto" w:fill="FFFFFF"/>
            <w:tcMar>
              <w:top w:w="70" w:type="dxa"/>
              <w:left w:w="100" w:type="dxa"/>
              <w:bottom w:w="70" w:type="dxa"/>
              <w:right w:w="100" w:type="dxa"/>
            </w:tcMar>
          </w:tcPr>
          <w:p w14:paraId="0312E1DD" w14:textId="77777777" w:rsidR="00AA3848" w:rsidRDefault="00407892">
            <w:pPr>
              <w:spacing w:before="40" w:after="40"/>
            </w:pPr>
            <w:r>
              <w:rPr>
                <w:i/>
                <w:color w:val="6E6E6E"/>
                <w:sz w:val="19"/>
              </w:rPr>
              <w:t xml:space="preserve">[ Click / Type Detailed Explanation </w:t>
            </w:r>
            <w:proofErr w:type="gramStart"/>
            <w:r>
              <w:rPr>
                <w:i/>
                <w:color w:val="6E6E6E"/>
                <w:sz w:val="19"/>
              </w:rPr>
              <w:t>Here ]</w:t>
            </w:r>
            <w:proofErr w:type="gramEnd"/>
          </w:p>
        </w:tc>
      </w:tr>
    </w:tbl>
    <w:p w14:paraId="03094665" w14:textId="77777777" w:rsidR="00AA3848" w:rsidRDefault="00AA3848">
      <w:pPr>
        <w:spacing w:after="120"/>
      </w:pPr>
    </w:p>
    <w:p w14:paraId="15DE3FE4" w14:textId="77777777" w:rsidR="00AA3848" w:rsidRDefault="00407892">
      <w:pPr>
        <w:keepNext/>
        <w:spacing w:before="280" w:after="120"/>
      </w:pPr>
      <w:r>
        <w:rPr>
          <w:b/>
          <w:color w:val="1B365D"/>
          <w:sz w:val="26"/>
        </w:rPr>
        <w:lastRenderedPageBreak/>
        <w:t>SECTION 8: ARREST RECORD AND CRIMINAL ACTIVITY</w:t>
      </w:r>
    </w:p>
    <w:p w14:paraId="0A45C2B0" w14:textId="2A3A3784" w:rsidR="00AA3848" w:rsidRDefault="00926AAD">
      <w:r>
        <w:t xml:space="preserve">8.1.1 </w:t>
      </w:r>
      <w:r w:rsidR="00407892">
        <w:t>List all arrests or convictions for any offense committed:</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584"/>
        <w:gridCol w:w="2592"/>
        <w:gridCol w:w="3312"/>
        <w:gridCol w:w="2592"/>
      </w:tblGrid>
      <w:tr w:rsidR="00AA3848" w14:paraId="0AE00575" w14:textId="77777777" w:rsidTr="00926AAD">
        <w:trPr>
          <w:jc w:val="center"/>
        </w:trPr>
        <w:tc>
          <w:tcPr>
            <w:tcW w:w="1584" w:type="dxa"/>
            <w:shd w:val="clear" w:color="auto" w:fill="1B365D"/>
            <w:tcMar>
              <w:top w:w="70" w:type="dxa"/>
              <w:left w:w="100" w:type="dxa"/>
              <w:bottom w:w="70" w:type="dxa"/>
              <w:right w:w="100" w:type="dxa"/>
            </w:tcMar>
          </w:tcPr>
          <w:p w14:paraId="314A87A0" w14:textId="77777777" w:rsidR="00AA3848" w:rsidRDefault="00407892">
            <w:pPr>
              <w:spacing w:before="40" w:after="40"/>
            </w:pPr>
            <w:r>
              <w:rPr>
                <w:b/>
                <w:color w:val="FFFFFF"/>
                <w:sz w:val="19"/>
              </w:rPr>
              <w:t>Date</w:t>
            </w:r>
          </w:p>
        </w:tc>
        <w:tc>
          <w:tcPr>
            <w:tcW w:w="2592" w:type="dxa"/>
            <w:shd w:val="clear" w:color="auto" w:fill="1B365D"/>
            <w:tcMar>
              <w:top w:w="70" w:type="dxa"/>
              <w:left w:w="100" w:type="dxa"/>
              <w:bottom w:w="70" w:type="dxa"/>
              <w:right w:w="100" w:type="dxa"/>
            </w:tcMar>
          </w:tcPr>
          <w:p w14:paraId="1341DF2C" w14:textId="77777777" w:rsidR="00AA3848" w:rsidRDefault="00407892">
            <w:pPr>
              <w:spacing w:before="40" w:after="40"/>
            </w:pPr>
            <w:r>
              <w:rPr>
                <w:b/>
                <w:color w:val="FFFFFF"/>
                <w:sz w:val="19"/>
              </w:rPr>
              <w:t>Location (City, State)</w:t>
            </w:r>
          </w:p>
        </w:tc>
        <w:tc>
          <w:tcPr>
            <w:tcW w:w="3312" w:type="dxa"/>
            <w:shd w:val="clear" w:color="auto" w:fill="1B365D"/>
            <w:tcMar>
              <w:top w:w="70" w:type="dxa"/>
              <w:left w:w="100" w:type="dxa"/>
              <w:bottom w:w="70" w:type="dxa"/>
              <w:right w:w="100" w:type="dxa"/>
            </w:tcMar>
          </w:tcPr>
          <w:p w14:paraId="611B6310" w14:textId="77777777" w:rsidR="00AA3848" w:rsidRDefault="00407892">
            <w:pPr>
              <w:spacing w:before="40" w:after="40"/>
            </w:pPr>
            <w:r>
              <w:rPr>
                <w:b/>
                <w:color w:val="FFFFFF"/>
                <w:sz w:val="19"/>
              </w:rPr>
              <w:t>Offense Charged</w:t>
            </w:r>
          </w:p>
        </w:tc>
        <w:tc>
          <w:tcPr>
            <w:tcW w:w="2592" w:type="dxa"/>
            <w:shd w:val="clear" w:color="auto" w:fill="1B365D"/>
            <w:tcMar>
              <w:top w:w="70" w:type="dxa"/>
              <w:left w:w="100" w:type="dxa"/>
              <w:bottom w:w="70" w:type="dxa"/>
              <w:right w:w="100" w:type="dxa"/>
            </w:tcMar>
          </w:tcPr>
          <w:p w14:paraId="72B452F9" w14:textId="77777777" w:rsidR="00AA3848" w:rsidRDefault="00407892">
            <w:pPr>
              <w:spacing w:before="40" w:after="40"/>
            </w:pPr>
            <w:r>
              <w:rPr>
                <w:b/>
                <w:color w:val="FFFFFF"/>
                <w:sz w:val="19"/>
              </w:rPr>
              <w:t>Case Disposition</w:t>
            </w:r>
          </w:p>
        </w:tc>
      </w:tr>
      <w:tr w:rsidR="00AA3848" w14:paraId="013AC8F1" w14:textId="77777777" w:rsidTr="00926AAD">
        <w:trPr>
          <w:jc w:val="center"/>
        </w:trPr>
        <w:tc>
          <w:tcPr>
            <w:tcW w:w="1584" w:type="dxa"/>
            <w:shd w:val="clear" w:color="auto" w:fill="FFFFFF"/>
            <w:tcMar>
              <w:top w:w="70" w:type="dxa"/>
              <w:left w:w="100" w:type="dxa"/>
              <w:bottom w:w="70" w:type="dxa"/>
              <w:right w:w="100" w:type="dxa"/>
            </w:tcMar>
          </w:tcPr>
          <w:p w14:paraId="4F3E1BAA"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2592" w:type="dxa"/>
            <w:shd w:val="clear" w:color="auto" w:fill="FFFFFF"/>
            <w:tcMar>
              <w:top w:w="70" w:type="dxa"/>
              <w:left w:w="100" w:type="dxa"/>
              <w:bottom w:w="70" w:type="dxa"/>
              <w:right w:w="100" w:type="dxa"/>
            </w:tcMar>
          </w:tcPr>
          <w:p w14:paraId="1CB83183" w14:textId="77777777" w:rsidR="00AA3848" w:rsidRDefault="00407892">
            <w:pPr>
              <w:spacing w:before="40" w:after="40"/>
            </w:pPr>
            <w:r>
              <w:rPr>
                <w:color w:val="141414"/>
                <w:sz w:val="19"/>
              </w:rPr>
              <w:t xml:space="preserve">[ City, </w:t>
            </w:r>
            <w:proofErr w:type="gramStart"/>
            <w:r>
              <w:rPr>
                <w:color w:val="141414"/>
                <w:sz w:val="19"/>
              </w:rPr>
              <w:t>State ]</w:t>
            </w:r>
            <w:proofErr w:type="gramEnd"/>
          </w:p>
        </w:tc>
        <w:tc>
          <w:tcPr>
            <w:tcW w:w="3312" w:type="dxa"/>
            <w:shd w:val="clear" w:color="auto" w:fill="FFFFFF"/>
            <w:tcMar>
              <w:top w:w="70" w:type="dxa"/>
              <w:left w:w="100" w:type="dxa"/>
              <w:bottom w:w="70" w:type="dxa"/>
              <w:right w:w="100" w:type="dxa"/>
            </w:tcMar>
          </w:tcPr>
          <w:p w14:paraId="61501F84" w14:textId="77777777" w:rsidR="00AA3848" w:rsidRDefault="00407892">
            <w:pPr>
              <w:spacing w:before="40" w:after="40"/>
            </w:pPr>
            <w:r>
              <w:rPr>
                <w:color w:val="141414"/>
                <w:sz w:val="19"/>
              </w:rPr>
              <w:t xml:space="preserve">[ Offense </w:t>
            </w:r>
            <w:proofErr w:type="gramStart"/>
            <w:r>
              <w:rPr>
                <w:color w:val="141414"/>
                <w:sz w:val="19"/>
              </w:rPr>
              <w:t>Charged ]</w:t>
            </w:r>
            <w:proofErr w:type="gramEnd"/>
          </w:p>
        </w:tc>
        <w:tc>
          <w:tcPr>
            <w:tcW w:w="2592" w:type="dxa"/>
            <w:shd w:val="clear" w:color="auto" w:fill="FFFFFF"/>
            <w:tcMar>
              <w:top w:w="70" w:type="dxa"/>
              <w:left w:w="100" w:type="dxa"/>
              <w:bottom w:w="70" w:type="dxa"/>
              <w:right w:w="100" w:type="dxa"/>
            </w:tcMar>
          </w:tcPr>
          <w:p w14:paraId="59D5FC3E" w14:textId="77777777" w:rsidR="00AA3848" w:rsidRDefault="00407892">
            <w:pPr>
              <w:spacing w:before="40" w:after="40"/>
            </w:pPr>
            <w:r>
              <w:rPr>
                <w:color w:val="141414"/>
                <w:sz w:val="19"/>
              </w:rPr>
              <w:t xml:space="preserve">[ Case </w:t>
            </w:r>
            <w:proofErr w:type="gramStart"/>
            <w:r>
              <w:rPr>
                <w:color w:val="141414"/>
                <w:sz w:val="19"/>
              </w:rPr>
              <w:t>Disposition ]</w:t>
            </w:r>
            <w:proofErr w:type="gramEnd"/>
          </w:p>
        </w:tc>
      </w:tr>
      <w:tr w:rsidR="00AA3848" w14:paraId="418689B0" w14:textId="77777777" w:rsidTr="00926AAD">
        <w:trPr>
          <w:jc w:val="center"/>
        </w:trPr>
        <w:tc>
          <w:tcPr>
            <w:tcW w:w="1584" w:type="dxa"/>
            <w:shd w:val="clear" w:color="auto" w:fill="F9FBFD"/>
            <w:tcMar>
              <w:top w:w="70" w:type="dxa"/>
              <w:left w:w="100" w:type="dxa"/>
              <w:bottom w:w="70" w:type="dxa"/>
              <w:right w:w="100" w:type="dxa"/>
            </w:tcMar>
          </w:tcPr>
          <w:p w14:paraId="473B870A"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2592" w:type="dxa"/>
            <w:shd w:val="clear" w:color="auto" w:fill="F9FBFD"/>
            <w:tcMar>
              <w:top w:w="70" w:type="dxa"/>
              <w:left w:w="100" w:type="dxa"/>
              <w:bottom w:w="70" w:type="dxa"/>
              <w:right w:w="100" w:type="dxa"/>
            </w:tcMar>
          </w:tcPr>
          <w:p w14:paraId="51B85B08" w14:textId="77777777" w:rsidR="00AA3848" w:rsidRDefault="00407892">
            <w:pPr>
              <w:spacing w:before="40" w:after="40"/>
            </w:pPr>
            <w:r>
              <w:rPr>
                <w:color w:val="141414"/>
                <w:sz w:val="19"/>
              </w:rPr>
              <w:t xml:space="preserve">[ City, </w:t>
            </w:r>
            <w:proofErr w:type="gramStart"/>
            <w:r>
              <w:rPr>
                <w:color w:val="141414"/>
                <w:sz w:val="19"/>
              </w:rPr>
              <w:t>State ]</w:t>
            </w:r>
            <w:proofErr w:type="gramEnd"/>
          </w:p>
        </w:tc>
        <w:tc>
          <w:tcPr>
            <w:tcW w:w="3312" w:type="dxa"/>
            <w:shd w:val="clear" w:color="auto" w:fill="F9FBFD"/>
            <w:tcMar>
              <w:top w:w="70" w:type="dxa"/>
              <w:left w:w="100" w:type="dxa"/>
              <w:bottom w:w="70" w:type="dxa"/>
              <w:right w:w="100" w:type="dxa"/>
            </w:tcMar>
          </w:tcPr>
          <w:p w14:paraId="28892364" w14:textId="77777777" w:rsidR="00AA3848" w:rsidRDefault="00407892">
            <w:pPr>
              <w:spacing w:before="40" w:after="40"/>
            </w:pPr>
            <w:r>
              <w:rPr>
                <w:color w:val="141414"/>
                <w:sz w:val="19"/>
              </w:rPr>
              <w:t xml:space="preserve">[ Offense </w:t>
            </w:r>
            <w:proofErr w:type="gramStart"/>
            <w:r>
              <w:rPr>
                <w:color w:val="141414"/>
                <w:sz w:val="19"/>
              </w:rPr>
              <w:t>Charged ]</w:t>
            </w:r>
            <w:proofErr w:type="gramEnd"/>
          </w:p>
        </w:tc>
        <w:tc>
          <w:tcPr>
            <w:tcW w:w="2592" w:type="dxa"/>
            <w:shd w:val="clear" w:color="auto" w:fill="F9FBFD"/>
            <w:tcMar>
              <w:top w:w="70" w:type="dxa"/>
              <w:left w:w="100" w:type="dxa"/>
              <w:bottom w:w="70" w:type="dxa"/>
              <w:right w:w="100" w:type="dxa"/>
            </w:tcMar>
          </w:tcPr>
          <w:p w14:paraId="301F72DE" w14:textId="77777777" w:rsidR="00AA3848" w:rsidRDefault="00407892">
            <w:pPr>
              <w:spacing w:before="40" w:after="40"/>
            </w:pPr>
            <w:r>
              <w:rPr>
                <w:color w:val="141414"/>
                <w:sz w:val="19"/>
              </w:rPr>
              <w:t xml:space="preserve">[ Case </w:t>
            </w:r>
            <w:proofErr w:type="gramStart"/>
            <w:r>
              <w:rPr>
                <w:color w:val="141414"/>
                <w:sz w:val="19"/>
              </w:rPr>
              <w:t>Disposition ]</w:t>
            </w:r>
            <w:proofErr w:type="gramEnd"/>
          </w:p>
        </w:tc>
      </w:tr>
      <w:tr w:rsidR="00AA3848" w14:paraId="5B7E4B3B" w14:textId="77777777" w:rsidTr="00926AAD">
        <w:trPr>
          <w:jc w:val="center"/>
        </w:trPr>
        <w:tc>
          <w:tcPr>
            <w:tcW w:w="1584" w:type="dxa"/>
            <w:shd w:val="clear" w:color="auto" w:fill="FFFFFF"/>
            <w:tcMar>
              <w:top w:w="70" w:type="dxa"/>
              <w:left w:w="100" w:type="dxa"/>
              <w:bottom w:w="70" w:type="dxa"/>
              <w:right w:w="100" w:type="dxa"/>
            </w:tcMar>
          </w:tcPr>
          <w:p w14:paraId="615CF303"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2592" w:type="dxa"/>
            <w:shd w:val="clear" w:color="auto" w:fill="FFFFFF"/>
            <w:tcMar>
              <w:top w:w="70" w:type="dxa"/>
              <w:left w:w="100" w:type="dxa"/>
              <w:bottom w:w="70" w:type="dxa"/>
              <w:right w:w="100" w:type="dxa"/>
            </w:tcMar>
          </w:tcPr>
          <w:p w14:paraId="45E39E45" w14:textId="77777777" w:rsidR="00AA3848" w:rsidRDefault="00407892">
            <w:pPr>
              <w:spacing w:before="40" w:after="40"/>
            </w:pPr>
            <w:r>
              <w:rPr>
                <w:color w:val="141414"/>
                <w:sz w:val="19"/>
              </w:rPr>
              <w:t xml:space="preserve">[ City, </w:t>
            </w:r>
            <w:proofErr w:type="gramStart"/>
            <w:r>
              <w:rPr>
                <w:color w:val="141414"/>
                <w:sz w:val="19"/>
              </w:rPr>
              <w:t>State ]</w:t>
            </w:r>
            <w:proofErr w:type="gramEnd"/>
          </w:p>
        </w:tc>
        <w:tc>
          <w:tcPr>
            <w:tcW w:w="3312" w:type="dxa"/>
            <w:shd w:val="clear" w:color="auto" w:fill="FFFFFF"/>
            <w:tcMar>
              <w:top w:w="70" w:type="dxa"/>
              <w:left w:w="100" w:type="dxa"/>
              <w:bottom w:w="70" w:type="dxa"/>
              <w:right w:w="100" w:type="dxa"/>
            </w:tcMar>
          </w:tcPr>
          <w:p w14:paraId="483B9149" w14:textId="77777777" w:rsidR="00AA3848" w:rsidRDefault="00407892">
            <w:pPr>
              <w:spacing w:before="40" w:after="40"/>
            </w:pPr>
            <w:r>
              <w:rPr>
                <w:color w:val="141414"/>
                <w:sz w:val="19"/>
              </w:rPr>
              <w:t xml:space="preserve">[ Offense </w:t>
            </w:r>
            <w:proofErr w:type="gramStart"/>
            <w:r>
              <w:rPr>
                <w:color w:val="141414"/>
                <w:sz w:val="19"/>
              </w:rPr>
              <w:t>Charged ]</w:t>
            </w:r>
            <w:proofErr w:type="gramEnd"/>
          </w:p>
        </w:tc>
        <w:tc>
          <w:tcPr>
            <w:tcW w:w="2592" w:type="dxa"/>
            <w:shd w:val="clear" w:color="auto" w:fill="FFFFFF"/>
            <w:tcMar>
              <w:top w:w="70" w:type="dxa"/>
              <w:left w:w="100" w:type="dxa"/>
              <w:bottom w:w="70" w:type="dxa"/>
              <w:right w:w="100" w:type="dxa"/>
            </w:tcMar>
          </w:tcPr>
          <w:p w14:paraId="30417DA7" w14:textId="77777777" w:rsidR="00AA3848" w:rsidRDefault="00407892">
            <w:pPr>
              <w:spacing w:before="40" w:after="40"/>
            </w:pPr>
            <w:r>
              <w:rPr>
                <w:color w:val="141414"/>
                <w:sz w:val="19"/>
              </w:rPr>
              <w:t xml:space="preserve">[ Case </w:t>
            </w:r>
            <w:proofErr w:type="gramStart"/>
            <w:r>
              <w:rPr>
                <w:color w:val="141414"/>
                <w:sz w:val="19"/>
              </w:rPr>
              <w:t>Disposition ]</w:t>
            </w:r>
            <w:proofErr w:type="gramEnd"/>
          </w:p>
        </w:tc>
      </w:tr>
      <w:tr w:rsidR="00926AAD" w14:paraId="1C6D377D" w14:textId="77777777" w:rsidTr="00926AAD">
        <w:trPr>
          <w:jc w:val="center"/>
        </w:trPr>
        <w:tc>
          <w:tcPr>
            <w:tcW w:w="1584" w:type="dxa"/>
            <w:shd w:val="clear" w:color="auto" w:fill="FFFFFF"/>
            <w:tcMar>
              <w:top w:w="70" w:type="dxa"/>
              <w:left w:w="100" w:type="dxa"/>
              <w:bottom w:w="70" w:type="dxa"/>
              <w:right w:w="100" w:type="dxa"/>
            </w:tcMar>
          </w:tcPr>
          <w:p w14:paraId="5ADC7754" w14:textId="2266A0FD" w:rsidR="00926AAD" w:rsidRDefault="00926AAD" w:rsidP="00926AAD">
            <w:pPr>
              <w:spacing w:before="40" w:after="40"/>
              <w:rPr>
                <w:color w:val="141414"/>
                <w:sz w:val="19"/>
              </w:rPr>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2592" w:type="dxa"/>
            <w:shd w:val="clear" w:color="auto" w:fill="FFFFFF"/>
            <w:tcMar>
              <w:top w:w="70" w:type="dxa"/>
              <w:left w:w="100" w:type="dxa"/>
              <w:bottom w:w="70" w:type="dxa"/>
              <w:right w:w="100" w:type="dxa"/>
            </w:tcMar>
          </w:tcPr>
          <w:p w14:paraId="56DAC86E" w14:textId="563AC361" w:rsidR="00926AAD" w:rsidRDefault="00926AAD" w:rsidP="00926AAD">
            <w:pPr>
              <w:spacing w:before="40" w:after="40"/>
              <w:rPr>
                <w:color w:val="141414"/>
                <w:sz w:val="19"/>
              </w:rPr>
            </w:pPr>
            <w:r>
              <w:rPr>
                <w:color w:val="141414"/>
                <w:sz w:val="19"/>
              </w:rPr>
              <w:t xml:space="preserve">[ City, </w:t>
            </w:r>
            <w:proofErr w:type="gramStart"/>
            <w:r>
              <w:rPr>
                <w:color w:val="141414"/>
                <w:sz w:val="19"/>
              </w:rPr>
              <w:t>State ]</w:t>
            </w:r>
            <w:proofErr w:type="gramEnd"/>
          </w:p>
        </w:tc>
        <w:tc>
          <w:tcPr>
            <w:tcW w:w="3312" w:type="dxa"/>
            <w:shd w:val="clear" w:color="auto" w:fill="FFFFFF"/>
            <w:tcMar>
              <w:top w:w="70" w:type="dxa"/>
              <w:left w:w="100" w:type="dxa"/>
              <w:bottom w:w="70" w:type="dxa"/>
              <w:right w:w="100" w:type="dxa"/>
            </w:tcMar>
          </w:tcPr>
          <w:p w14:paraId="2247F88F" w14:textId="2766464B" w:rsidR="00926AAD" w:rsidRDefault="00926AAD" w:rsidP="00926AAD">
            <w:pPr>
              <w:spacing w:before="40" w:after="40"/>
              <w:rPr>
                <w:color w:val="141414"/>
                <w:sz w:val="19"/>
              </w:rPr>
            </w:pPr>
            <w:r>
              <w:rPr>
                <w:color w:val="141414"/>
                <w:sz w:val="19"/>
              </w:rPr>
              <w:t xml:space="preserve">[ Offense </w:t>
            </w:r>
            <w:proofErr w:type="gramStart"/>
            <w:r>
              <w:rPr>
                <w:color w:val="141414"/>
                <w:sz w:val="19"/>
              </w:rPr>
              <w:t>Charged ]</w:t>
            </w:r>
            <w:proofErr w:type="gramEnd"/>
          </w:p>
        </w:tc>
        <w:tc>
          <w:tcPr>
            <w:tcW w:w="2592" w:type="dxa"/>
            <w:shd w:val="clear" w:color="auto" w:fill="FFFFFF"/>
            <w:tcMar>
              <w:top w:w="70" w:type="dxa"/>
              <w:left w:w="100" w:type="dxa"/>
              <w:bottom w:w="70" w:type="dxa"/>
              <w:right w:w="100" w:type="dxa"/>
            </w:tcMar>
          </w:tcPr>
          <w:p w14:paraId="3E173C33" w14:textId="19A36DDC" w:rsidR="00926AAD" w:rsidRDefault="00926AAD" w:rsidP="00926AAD">
            <w:pPr>
              <w:spacing w:before="40" w:after="40"/>
              <w:rPr>
                <w:color w:val="141414"/>
                <w:sz w:val="19"/>
              </w:rPr>
            </w:pPr>
            <w:r>
              <w:rPr>
                <w:color w:val="141414"/>
                <w:sz w:val="19"/>
              </w:rPr>
              <w:t xml:space="preserve">[ Case </w:t>
            </w:r>
            <w:proofErr w:type="gramStart"/>
            <w:r>
              <w:rPr>
                <w:color w:val="141414"/>
                <w:sz w:val="19"/>
              </w:rPr>
              <w:t>Disposition ]</w:t>
            </w:r>
            <w:proofErr w:type="gramEnd"/>
          </w:p>
        </w:tc>
      </w:tr>
    </w:tbl>
    <w:p w14:paraId="1718EEED" w14:textId="77777777" w:rsidR="00AA3848" w:rsidRDefault="00AA3848">
      <w:pPr>
        <w:spacing w:after="120"/>
      </w:pPr>
    </w:p>
    <w:p w14:paraId="3292C16E" w14:textId="77777777" w:rsidR="00AA3848" w:rsidRDefault="00407892">
      <w:pPr>
        <w:keepNext/>
        <w:spacing w:before="200" w:after="80"/>
      </w:pPr>
      <w:r>
        <w:rPr>
          <w:b/>
          <w:color w:val="2F5496"/>
          <w:sz w:val="22"/>
        </w:rPr>
        <w:t>Criminal Questionnaire</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720"/>
        <w:gridCol w:w="7200"/>
        <w:gridCol w:w="2160"/>
      </w:tblGrid>
      <w:tr w:rsidR="00AA3848" w14:paraId="0E49197F" w14:textId="77777777">
        <w:trPr>
          <w:jc w:val="center"/>
        </w:trPr>
        <w:tc>
          <w:tcPr>
            <w:tcW w:w="720" w:type="dxa"/>
            <w:shd w:val="clear" w:color="auto" w:fill="1B365D"/>
            <w:tcMar>
              <w:top w:w="70" w:type="dxa"/>
              <w:left w:w="100" w:type="dxa"/>
              <w:bottom w:w="70" w:type="dxa"/>
              <w:right w:w="100" w:type="dxa"/>
            </w:tcMar>
          </w:tcPr>
          <w:p w14:paraId="43136FCE" w14:textId="77777777" w:rsidR="00AA3848" w:rsidRDefault="00407892">
            <w:pPr>
              <w:spacing w:before="40" w:after="40"/>
            </w:pPr>
            <w:r>
              <w:rPr>
                <w:b/>
                <w:color w:val="FFFFFF"/>
                <w:sz w:val="19"/>
              </w:rPr>
              <w:t>#</w:t>
            </w:r>
          </w:p>
        </w:tc>
        <w:tc>
          <w:tcPr>
            <w:tcW w:w="7200" w:type="dxa"/>
            <w:shd w:val="clear" w:color="auto" w:fill="1B365D"/>
            <w:tcMar>
              <w:top w:w="70" w:type="dxa"/>
              <w:left w:w="100" w:type="dxa"/>
              <w:bottom w:w="70" w:type="dxa"/>
              <w:right w:w="100" w:type="dxa"/>
            </w:tcMar>
          </w:tcPr>
          <w:p w14:paraId="5BB4F951" w14:textId="77777777" w:rsidR="00AA3848" w:rsidRDefault="00407892">
            <w:pPr>
              <w:spacing w:before="40" w:after="40"/>
            </w:pPr>
            <w:r>
              <w:rPr>
                <w:b/>
                <w:color w:val="FFFFFF"/>
                <w:sz w:val="19"/>
              </w:rPr>
              <w:t>Question</w:t>
            </w:r>
          </w:p>
        </w:tc>
        <w:tc>
          <w:tcPr>
            <w:tcW w:w="2160" w:type="dxa"/>
            <w:shd w:val="clear" w:color="auto" w:fill="1B365D"/>
            <w:tcMar>
              <w:top w:w="70" w:type="dxa"/>
              <w:left w:w="100" w:type="dxa"/>
              <w:bottom w:w="70" w:type="dxa"/>
              <w:right w:w="100" w:type="dxa"/>
            </w:tcMar>
          </w:tcPr>
          <w:p w14:paraId="48CD7D34" w14:textId="77777777" w:rsidR="00AA3848" w:rsidRDefault="00407892">
            <w:pPr>
              <w:spacing w:before="40" w:after="40"/>
            </w:pPr>
            <w:r>
              <w:rPr>
                <w:b/>
                <w:color w:val="FFFFFF"/>
                <w:sz w:val="19"/>
              </w:rPr>
              <w:t>Response</w:t>
            </w:r>
          </w:p>
        </w:tc>
      </w:tr>
      <w:tr w:rsidR="00AA3848" w14:paraId="5C02D64D" w14:textId="77777777">
        <w:trPr>
          <w:jc w:val="center"/>
        </w:trPr>
        <w:tc>
          <w:tcPr>
            <w:tcW w:w="720" w:type="dxa"/>
            <w:shd w:val="clear" w:color="auto" w:fill="FFFFFF"/>
            <w:tcMar>
              <w:top w:w="70" w:type="dxa"/>
              <w:left w:w="100" w:type="dxa"/>
              <w:bottom w:w="70" w:type="dxa"/>
              <w:right w:w="100" w:type="dxa"/>
            </w:tcMar>
          </w:tcPr>
          <w:p w14:paraId="2563DC4E" w14:textId="77777777" w:rsidR="00AA3848" w:rsidRDefault="00407892">
            <w:pPr>
              <w:spacing w:before="40" w:after="40"/>
            </w:pPr>
            <w:r>
              <w:rPr>
                <w:color w:val="141414"/>
                <w:sz w:val="19"/>
              </w:rPr>
              <w:t>8.2</w:t>
            </w:r>
          </w:p>
        </w:tc>
        <w:tc>
          <w:tcPr>
            <w:tcW w:w="7200" w:type="dxa"/>
            <w:shd w:val="clear" w:color="auto" w:fill="FFFFFF"/>
            <w:tcMar>
              <w:top w:w="70" w:type="dxa"/>
              <w:left w:w="100" w:type="dxa"/>
              <w:bottom w:w="70" w:type="dxa"/>
              <w:right w:w="100" w:type="dxa"/>
            </w:tcMar>
          </w:tcPr>
          <w:p w14:paraId="03075489" w14:textId="77777777" w:rsidR="00AA3848" w:rsidRDefault="00407892">
            <w:pPr>
              <w:spacing w:before="40" w:after="40"/>
            </w:pPr>
            <w:r>
              <w:rPr>
                <w:color w:val="141414"/>
                <w:sz w:val="19"/>
              </w:rPr>
              <w:t>Have you ever been accused of a sexual crime?</w:t>
            </w:r>
          </w:p>
        </w:tc>
        <w:tc>
          <w:tcPr>
            <w:tcW w:w="2160" w:type="dxa"/>
            <w:shd w:val="clear" w:color="auto" w:fill="FFFFFF"/>
            <w:tcMar>
              <w:top w:w="70" w:type="dxa"/>
              <w:left w:w="100" w:type="dxa"/>
              <w:bottom w:w="70" w:type="dxa"/>
              <w:right w:w="100" w:type="dxa"/>
            </w:tcMar>
          </w:tcPr>
          <w:p w14:paraId="4B42C816"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5E152B68" w14:textId="77777777">
        <w:trPr>
          <w:jc w:val="center"/>
        </w:trPr>
        <w:tc>
          <w:tcPr>
            <w:tcW w:w="720" w:type="dxa"/>
            <w:shd w:val="clear" w:color="auto" w:fill="F9FBFD"/>
            <w:tcMar>
              <w:top w:w="70" w:type="dxa"/>
              <w:left w:w="100" w:type="dxa"/>
              <w:bottom w:w="70" w:type="dxa"/>
              <w:right w:w="100" w:type="dxa"/>
            </w:tcMar>
          </w:tcPr>
          <w:p w14:paraId="73E41E70" w14:textId="77777777" w:rsidR="00AA3848" w:rsidRDefault="00407892">
            <w:pPr>
              <w:spacing w:before="40" w:after="40"/>
            </w:pPr>
            <w:r>
              <w:rPr>
                <w:color w:val="141414"/>
                <w:sz w:val="19"/>
              </w:rPr>
              <w:t>8.3</w:t>
            </w:r>
          </w:p>
        </w:tc>
        <w:tc>
          <w:tcPr>
            <w:tcW w:w="7200" w:type="dxa"/>
            <w:shd w:val="clear" w:color="auto" w:fill="F9FBFD"/>
            <w:tcMar>
              <w:top w:w="70" w:type="dxa"/>
              <w:left w:w="100" w:type="dxa"/>
              <w:bottom w:w="70" w:type="dxa"/>
              <w:right w:w="100" w:type="dxa"/>
            </w:tcMar>
          </w:tcPr>
          <w:p w14:paraId="1170A00F" w14:textId="77777777" w:rsidR="00AA3848" w:rsidRDefault="00407892">
            <w:pPr>
              <w:spacing w:before="40" w:after="40"/>
            </w:pPr>
            <w:r>
              <w:rPr>
                <w:color w:val="141414"/>
                <w:sz w:val="19"/>
              </w:rPr>
              <w:t>Has a warrant ever been issued for your arrest?</w:t>
            </w:r>
          </w:p>
        </w:tc>
        <w:tc>
          <w:tcPr>
            <w:tcW w:w="2160" w:type="dxa"/>
            <w:shd w:val="clear" w:color="auto" w:fill="F9FBFD"/>
            <w:tcMar>
              <w:top w:w="70" w:type="dxa"/>
              <w:left w:w="100" w:type="dxa"/>
              <w:bottom w:w="70" w:type="dxa"/>
              <w:right w:w="100" w:type="dxa"/>
            </w:tcMar>
          </w:tcPr>
          <w:p w14:paraId="28B90C2F"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10C0C094" w14:textId="77777777">
        <w:trPr>
          <w:jc w:val="center"/>
        </w:trPr>
        <w:tc>
          <w:tcPr>
            <w:tcW w:w="720" w:type="dxa"/>
            <w:shd w:val="clear" w:color="auto" w:fill="FFFFFF"/>
            <w:tcMar>
              <w:top w:w="70" w:type="dxa"/>
              <w:left w:w="100" w:type="dxa"/>
              <w:bottom w:w="70" w:type="dxa"/>
              <w:right w:w="100" w:type="dxa"/>
            </w:tcMar>
          </w:tcPr>
          <w:p w14:paraId="6D2F27CB" w14:textId="77777777" w:rsidR="00AA3848" w:rsidRDefault="00407892">
            <w:pPr>
              <w:spacing w:before="40" w:after="40"/>
            </w:pPr>
            <w:r>
              <w:rPr>
                <w:color w:val="141414"/>
                <w:sz w:val="19"/>
              </w:rPr>
              <w:t>8.4</w:t>
            </w:r>
          </w:p>
        </w:tc>
        <w:tc>
          <w:tcPr>
            <w:tcW w:w="7200" w:type="dxa"/>
            <w:shd w:val="clear" w:color="auto" w:fill="FFFFFF"/>
            <w:tcMar>
              <w:top w:w="70" w:type="dxa"/>
              <w:left w:w="100" w:type="dxa"/>
              <w:bottom w:w="70" w:type="dxa"/>
              <w:right w:w="100" w:type="dxa"/>
            </w:tcMar>
          </w:tcPr>
          <w:p w14:paraId="45168FFB" w14:textId="77777777" w:rsidR="00AA3848" w:rsidRDefault="00407892">
            <w:pPr>
              <w:spacing w:before="40" w:after="40"/>
            </w:pPr>
            <w:r>
              <w:rPr>
                <w:color w:val="141414"/>
                <w:sz w:val="19"/>
              </w:rPr>
              <w:t>Are there any outstanding warrants for your arrest at this time?</w:t>
            </w:r>
          </w:p>
        </w:tc>
        <w:tc>
          <w:tcPr>
            <w:tcW w:w="2160" w:type="dxa"/>
            <w:shd w:val="clear" w:color="auto" w:fill="FFFFFF"/>
            <w:tcMar>
              <w:top w:w="70" w:type="dxa"/>
              <w:left w:w="100" w:type="dxa"/>
              <w:bottom w:w="70" w:type="dxa"/>
              <w:right w:w="100" w:type="dxa"/>
            </w:tcMar>
          </w:tcPr>
          <w:p w14:paraId="0D9E6621"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302EED6D" w14:textId="77777777">
        <w:trPr>
          <w:jc w:val="center"/>
        </w:trPr>
        <w:tc>
          <w:tcPr>
            <w:tcW w:w="720" w:type="dxa"/>
            <w:shd w:val="clear" w:color="auto" w:fill="F9FBFD"/>
            <w:tcMar>
              <w:top w:w="70" w:type="dxa"/>
              <w:left w:w="100" w:type="dxa"/>
              <w:bottom w:w="70" w:type="dxa"/>
              <w:right w:w="100" w:type="dxa"/>
            </w:tcMar>
          </w:tcPr>
          <w:p w14:paraId="4DA8B745" w14:textId="77777777" w:rsidR="00AA3848" w:rsidRDefault="00407892">
            <w:pPr>
              <w:spacing w:before="40" w:after="40"/>
            </w:pPr>
            <w:r>
              <w:rPr>
                <w:color w:val="141414"/>
                <w:sz w:val="19"/>
              </w:rPr>
              <w:t>8.5</w:t>
            </w:r>
          </w:p>
        </w:tc>
        <w:tc>
          <w:tcPr>
            <w:tcW w:w="7200" w:type="dxa"/>
            <w:shd w:val="clear" w:color="auto" w:fill="F9FBFD"/>
            <w:tcMar>
              <w:top w:w="70" w:type="dxa"/>
              <w:left w:w="100" w:type="dxa"/>
              <w:bottom w:w="70" w:type="dxa"/>
              <w:right w:w="100" w:type="dxa"/>
            </w:tcMar>
          </w:tcPr>
          <w:p w14:paraId="5C8BB32C" w14:textId="77777777" w:rsidR="00AA3848" w:rsidRDefault="00407892">
            <w:pPr>
              <w:spacing w:before="40" w:after="40"/>
            </w:pPr>
            <w:r>
              <w:rPr>
                <w:color w:val="141414"/>
                <w:sz w:val="19"/>
              </w:rPr>
              <w:t>Have you ever been questioned and released by police for any reason?</w:t>
            </w:r>
          </w:p>
        </w:tc>
        <w:tc>
          <w:tcPr>
            <w:tcW w:w="2160" w:type="dxa"/>
            <w:shd w:val="clear" w:color="auto" w:fill="F9FBFD"/>
            <w:tcMar>
              <w:top w:w="70" w:type="dxa"/>
              <w:left w:w="100" w:type="dxa"/>
              <w:bottom w:w="70" w:type="dxa"/>
              <w:right w:w="100" w:type="dxa"/>
            </w:tcMar>
          </w:tcPr>
          <w:p w14:paraId="76658868"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0A20C14B" w14:textId="77777777">
        <w:trPr>
          <w:jc w:val="center"/>
        </w:trPr>
        <w:tc>
          <w:tcPr>
            <w:tcW w:w="720" w:type="dxa"/>
            <w:shd w:val="clear" w:color="auto" w:fill="FFFFFF"/>
            <w:tcMar>
              <w:top w:w="70" w:type="dxa"/>
              <w:left w:w="100" w:type="dxa"/>
              <w:bottom w:w="70" w:type="dxa"/>
              <w:right w:w="100" w:type="dxa"/>
            </w:tcMar>
          </w:tcPr>
          <w:p w14:paraId="13573AF4" w14:textId="77777777" w:rsidR="00AA3848" w:rsidRDefault="00407892">
            <w:pPr>
              <w:spacing w:before="40" w:after="40"/>
            </w:pPr>
            <w:r>
              <w:rPr>
                <w:color w:val="141414"/>
                <w:sz w:val="19"/>
              </w:rPr>
              <w:t>8.6</w:t>
            </w:r>
          </w:p>
        </w:tc>
        <w:tc>
          <w:tcPr>
            <w:tcW w:w="7200" w:type="dxa"/>
            <w:shd w:val="clear" w:color="auto" w:fill="FFFFFF"/>
            <w:tcMar>
              <w:top w:w="70" w:type="dxa"/>
              <w:left w:w="100" w:type="dxa"/>
              <w:bottom w:w="70" w:type="dxa"/>
              <w:right w:w="100" w:type="dxa"/>
            </w:tcMar>
          </w:tcPr>
          <w:p w14:paraId="147D59A4" w14:textId="77777777" w:rsidR="00AA3848" w:rsidRDefault="00407892">
            <w:pPr>
              <w:spacing w:before="40" w:after="40"/>
            </w:pPr>
            <w:r>
              <w:rPr>
                <w:color w:val="141414"/>
                <w:sz w:val="19"/>
              </w:rPr>
              <w:t>Has an individual ever signed a warrant on you?</w:t>
            </w:r>
          </w:p>
        </w:tc>
        <w:tc>
          <w:tcPr>
            <w:tcW w:w="2160" w:type="dxa"/>
            <w:shd w:val="clear" w:color="auto" w:fill="FFFFFF"/>
            <w:tcMar>
              <w:top w:w="70" w:type="dxa"/>
              <w:left w:w="100" w:type="dxa"/>
              <w:bottom w:w="70" w:type="dxa"/>
              <w:right w:w="100" w:type="dxa"/>
            </w:tcMar>
          </w:tcPr>
          <w:p w14:paraId="27E4A87E"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bl>
    <w:p w14:paraId="25A413B8" w14:textId="77777777" w:rsidR="00AA3848" w:rsidRDefault="00AA3848">
      <w:pPr>
        <w:spacing w:after="120"/>
      </w:pPr>
    </w:p>
    <w:p w14:paraId="22953989" w14:textId="77777777" w:rsidR="00AA3848" w:rsidRDefault="00407892">
      <w:pPr>
        <w:keepNext/>
        <w:spacing w:before="200" w:after="80"/>
      </w:pPr>
      <w:r>
        <w:rPr>
          <w:b/>
          <w:color w:val="2F5496"/>
          <w:sz w:val="22"/>
        </w:rPr>
        <w:t>Theft &amp; Fraud Checklist</w:t>
      </w:r>
    </w:p>
    <w:p w14:paraId="51CCFF61" w14:textId="2669EB68" w:rsidR="00AA3848" w:rsidRDefault="002F2A57">
      <w:r>
        <w:t xml:space="preserve">8.7.1 </w:t>
      </w:r>
      <w:r w:rsidR="00407892">
        <w:t>Have you ever stolen, participated in, or conspired to any of the actions listed below?</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168"/>
        <w:gridCol w:w="1872"/>
        <w:gridCol w:w="3168"/>
        <w:gridCol w:w="1872"/>
      </w:tblGrid>
      <w:tr w:rsidR="00AA3848" w14:paraId="03076E6F" w14:textId="77777777">
        <w:trPr>
          <w:jc w:val="center"/>
        </w:trPr>
        <w:tc>
          <w:tcPr>
            <w:tcW w:w="3168" w:type="dxa"/>
            <w:shd w:val="clear" w:color="auto" w:fill="1B365D"/>
            <w:tcMar>
              <w:top w:w="70" w:type="dxa"/>
              <w:left w:w="100" w:type="dxa"/>
              <w:bottom w:w="70" w:type="dxa"/>
              <w:right w:w="100" w:type="dxa"/>
            </w:tcMar>
          </w:tcPr>
          <w:p w14:paraId="406E186F" w14:textId="77777777" w:rsidR="00AA3848" w:rsidRDefault="00407892">
            <w:pPr>
              <w:spacing w:before="40" w:after="40"/>
            </w:pPr>
            <w:r>
              <w:rPr>
                <w:b/>
                <w:color w:val="FFFFFF"/>
                <w:sz w:val="19"/>
              </w:rPr>
              <w:t>Activity</w:t>
            </w:r>
          </w:p>
        </w:tc>
        <w:tc>
          <w:tcPr>
            <w:tcW w:w="1872" w:type="dxa"/>
            <w:shd w:val="clear" w:color="auto" w:fill="1B365D"/>
            <w:tcMar>
              <w:top w:w="70" w:type="dxa"/>
              <w:left w:w="100" w:type="dxa"/>
              <w:bottom w:w="70" w:type="dxa"/>
              <w:right w:w="100" w:type="dxa"/>
            </w:tcMar>
          </w:tcPr>
          <w:p w14:paraId="5AAC3F40" w14:textId="77777777" w:rsidR="00AA3848" w:rsidRDefault="00407892">
            <w:pPr>
              <w:spacing w:before="40" w:after="40"/>
            </w:pPr>
            <w:r>
              <w:rPr>
                <w:b/>
                <w:color w:val="FFFFFF"/>
                <w:sz w:val="19"/>
              </w:rPr>
              <w:t>Response</w:t>
            </w:r>
          </w:p>
        </w:tc>
        <w:tc>
          <w:tcPr>
            <w:tcW w:w="3168" w:type="dxa"/>
            <w:shd w:val="clear" w:color="auto" w:fill="1B365D"/>
            <w:tcMar>
              <w:top w:w="70" w:type="dxa"/>
              <w:left w:w="100" w:type="dxa"/>
              <w:bottom w:w="70" w:type="dxa"/>
              <w:right w:w="100" w:type="dxa"/>
            </w:tcMar>
          </w:tcPr>
          <w:p w14:paraId="1D036DCB" w14:textId="77777777" w:rsidR="00AA3848" w:rsidRDefault="00407892">
            <w:pPr>
              <w:spacing w:before="40" w:after="40"/>
            </w:pPr>
            <w:r>
              <w:rPr>
                <w:b/>
                <w:color w:val="FFFFFF"/>
                <w:sz w:val="19"/>
              </w:rPr>
              <w:t>Activity</w:t>
            </w:r>
          </w:p>
        </w:tc>
        <w:tc>
          <w:tcPr>
            <w:tcW w:w="1872" w:type="dxa"/>
            <w:shd w:val="clear" w:color="auto" w:fill="1B365D"/>
            <w:tcMar>
              <w:top w:w="70" w:type="dxa"/>
              <w:left w:w="100" w:type="dxa"/>
              <w:bottom w:w="70" w:type="dxa"/>
              <w:right w:w="100" w:type="dxa"/>
            </w:tcMar>
          </w:tcPr>
          <w:p w14:paraId="2797BBAC" w14:textId="77777777" w:rsidR="00AA3848" w:rsidRDefault="00407892">
            <w:pPr>
              <w:spacing w:before="40" w:after="40"/>
            </w:pPr>
            <w:r>
              <w:rPr>
                <w:b/>
                <w:color w:val="FFFFFF"/>
                <w:sz w:val="19"/>
              </w:rPr>
              <w:t>Response</w:t>
            </w:r>
          </w:p>
        </w:tc>
      </w:tr>
      <w:tr w:rsidR="00AA3848" w14:paraId="4D1AD95A" w14:textId="77777777">
        <w:trPr>
          <w:jc w:val="center"/>
        </w:trPr>
        <w:tc>
          <w:tcPr>
            <w:tcW w:w="3168" w:type="dxa"/>
            <w:shd w:val="clear" w:color="auto" w:fill="FFFFFF"/>
            <w:tcMar>
              <w:top w:w="70" w:type="dxa"/>
              <w:left w:w="100" w:type="dxa"/>
              <w:bottom w:w="70" w:type="dxa"/>
              <w:right w:w="100" w:type="dxa"/>
            </w:tcMar>
          </w:tcPr>
          <w:p w14:paraId="4F244D99" w14:textId="77777777" w:rsidR="00AA3848" w:rsidRDefault="00407892">
            <w:pPr>
              <w:spacing w:before="40" w:after="40"/>
            </w:pPr>
            <w:r>
              <w:rPr>
                <w:color w:val="141414"/>
                <w:sz w:val="19"/>
              </w:rPr>
              <w:t>Theft of cash</w:t>
            </w:r>
          </w:p>
        </w:tc>
        <w:tc>
          <w:tcPr>
            <w:tcW w:w="1872" w:type="dxa"/>
            <w:shd w:val="clear" w:color="auto" w:fill="FFFFFF"/>
            <w:tcMar>
              <w:top w:w="70" w:type="dxa"/>
              <w:left w:w="100" w:type="dxa"/>
              <w:bottom w:w="70" w:type="dxa"/>
              <w:right w:w="100" w:type="dxa"/>
            </w:tcMar>
          </w:tcPr>
          <w:p w14:paraId="3EC1C60B"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3168" w:type="dxa"/>
            <w:shd w:val="clear" w:color="auto" w:fill="FFFFFF"/>
            <w:tcMar>
              <w:top w:w="70" w:type="dxa"/>
              <w:left w:w="100" w:type="dxa"/>
              <w:bottom w:w="70" w:type="dxa"/>
              <w:right w:w="100" w:type="dxa"/>
            </w:tcMar>
          </w:tcPr>
          <w:p w14:paraId="2AD76E36" w14:textId="77777777" w:rsidR="00AA3848" w:rsidRDefault="00407892">
            <w:pPr>
              <w:spacing w:before="40" w:after="40"/>
            </w:pPr>
            <w:r>
              <w:rPr>
                <w:color w:val="141414"/>
                <w:sz w:val="19"/>
              </w:rPr>
              <w:t>Mail theft</w:t>
            </w:r>
          </w:p>
        </w:tc>
        <w:tc>
          <w:tcPr>
            <w:tcW w:w="1872" w:type="dxa"/>
            <w:shd w:val="clear" w:color="auto" w:fill="FFFFFF"/>
            <w:tcMar>
              <w:top w:w="70" w:type="dxa"/>
              <w:left w:w="100" w:type="dxa"/>
              <w:bottom w:w="70" w:type="dxa"/>
              <w:right w:w="100" w:type="dxa"/>
            </w:tcMar>
          </w:tcPr>
          <w:p w14:paraId="25ABDBC5" w14:textId="77777777" w:rsidR="00AA3848" w:rsidRDefault="00407892">
            <w:pPr>
              <w:spacing w:before="40" w:after="40"/>
            </w:pPr>
            <w:proofErr w:type="gramStart"/>
            <w:r>
              <w:rPr>
                <w:color w:val="141414"/>
                <w:sz w:val="19"/>
              </w:rPr>
              <w:t>[  ]</w:t>
            </w:r>
            <w:proofErr w:type="gramEnd"/>
            <w:r>
              <w:rPr>
                <w:color w:val="141414"/>
                <w:sz w:val="19"/>
              </w:rPr>
              <w:t xml:space="preserve"> Y  [  ] N</w:t>
            </w:r>
          </w:p>
        </w:tc>
      </w:tr>
      <w:tr w:rsidR="00AA3848" w14:paraId="00CF9A95" w14:textId="77777777">
        <w:trPr>
          <w:jc w:val="center"/>
        </w:trPr>
        <w:tc>
          <w:tcPr>
            <w:tcW w:w="3168" w:type="dxa"/>
            <w:shd w:val="clear" w:color="auto" w:fill="F9FBFD"/>
            <w:tcMar>
              <w:top w:w="70" w:type="dxa"/>
              <w:left w:w="100" w:type="dxa"/>
              <w:bottom w:w="70" w:type="dxa"/>
              <w:right w:w="100" w:type="dxa"/>
            </w:tcMar>
          </w:tcPr>
          <w:p w14:paraId="1A1121CC" w14:textId="77777777" w:rsidR="00AA3848" w:rsidRDefault="00407892">
            <w:pPr>
              <w:spacing w:before="40" w:after="40"/>
            </w:pPr>
            <w:r>
              <w:rPr>
                <w:color w:val="141414"/>
                <w:sz w:val="19"/>
              </w:rPr>
              <w:t>Theft from relative</w:t>
            </w:r>
          </w:p>
        </w:tc>
        <w:tc>
          <w:tcPr>
            <w:tcW w:w="1872" w:type="dxa"/>
            <w:shd w:val="clear" w:color="auto" w:fill="F9FBFD"/>
            <w:tcMar>
              <w:top w:w="70" w:type="dxa"/>
              <w:left w:w="100" w:type="dxa"/>
              <w:bottom w:w="70" w:type="dxa"/>
              <w:right w:w="100" w:type="dxa"/>
            </w:tcMar>
          </w:tcPr>
          <w:p w14:paraId="1E4A4942"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3168" w:type="dxa"/>
            <w:shd w:val="clear" w:color="auto" w:fill="F9FBFD"/>
            <w:tcMar>
              <w:top w:w="70" w:type="dxa"/>
              <w:left w:w="100" w:type="dxa"/>
              <w:bottom w:w="70" w:type="dxa"/>
              <w:right w:w="100" w:type="dxa"/>
            </w:tcMar>
          </w:tcPr>
          <w:p w14:paraId="22E91AA8" w14:textId="77777777" w:rsidR="00AA3848" w:rsidRDefault="00407892">
            <w:pPr>
              <w:spacing w:before="40" w:after="40"/>
            </w:pPr>
            <w:r>
              <w:rPr>
                <w:color w:val="141414"/>
                <w:sz w:val="19"/>
              </w:rPr>
              <w:t>Auto theft</w:t>
            </w:r>
          </w:p>
        </w:tc>
        <w:tc>
          <w:tcPr>
            <w:tcW w:w="1872" w:type="dxa"/>
            <w:shd w:val="clear" w:color="auto" w:fill="F9FBFD"/>
            <w:tcMar>
              <w:top w:w="70" w:type="dxa"/>
              <w:left w:w="100" w:type="dxa"/>
              <w:bottom w:w="70" w:type="dxa"/>
              <w:right w:w="100" w:type="dxa"/>
            </w:tcMar>
          </w:tcPr>
          <w:p w14:paraId="63B062EA" w14:textId="77777777" w:rsidR="00AA3848" w:rsidRDefault="00407892">
            <w:pPr>
              <w:spacing w:before="40" w:after="40"/>
            </w:pPr>
            <w:proofErr w:type="gramStart"/>
            <w:r>
              <w:rPr>
                <w:color w:val="141414"/>
                <w:sz w:val="19"/>
              </w:rPr>
              <w:t>[  ]</w:t>
            </w:r>
            <w:proofErr w:type="gramEnd"/>
            <w:r>
              <w:rPr>
                <w:color w:val="141414"/>
                <w:sz w:val="19"/>
              </w:rPr>
              <w:t xml:space="preserve"> Y  [  ] N</w:t>
            </w:r>
          </w:p>
        </w:tc>
      </w:tr>
      <w:tr w:rsidR="00AA3848" w14:paraId="537741E9" w14:textId="77777777">
        <w:trPr>
          <w:jc w:val="center"/>
        </w:trPr>
        <w:tc>
          <w:tcPr>
            <w:tcW w:w="3168" w:type="dxa"/>
            <w:shd w:val="clear" w:color="auto" w:fill="FFFFFF"/>
            <w:tcMar>
              <w:top w:w="70" w:type="dxa"/>
              <w:left w:w="100" w:type="dxa"/>
              <w:bottom w:w="70" w:type="dxa"/>
              <w:right w:w="100" w:type="dxa"/>
            </w:tcMar>
          </w:tcPr>
          <w:p w14:paraId="3769E500" w14:textId="77777777" w:rsidR="00AA3848" w:rsidRDefault="00407892">
            <w:pPr>
              <w:spacing w:before="40" w:after="40"/>
            </w:pPr>
            <w:r>
              <w:rPr>
                <w:color w:val="141414"/>
                <w:sz w:val="19"/>
              </w:rPr>
              <w:t>Theft from friend</w:t>
            </w:r>
          </w:p>
        </w:tc>
        <w:tc>
          <w:tcPr>
            <w:tcW w:w="1872" w:type="dxa"/>
            <w:shd w:val="clear" w:color="auto" w:fill="FFFFFF"/>
            <w:tcMar>
              <w:top w:w="70" w:type="dxa"/>
              <w:left w:w="100" w:type="dxa"/>
              <w:bottom w:w="70" w:type="dxa"/>
              <w:right w:w="100" w:type="dxa"/>
            </w:tcMar>
          </w:tcPr>
          <w:p w14:paraId="7483048B"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3168" w:type="dxa"/>
            <w:shd w:val="clear" w:color="auto" w:fill="FFFFFF"/>
            <w:tcMar>
              <w:top w:w="70" w:type="dxa"/>
              <w:left w:w="100" w:type="dxa"/>
              <w:bottom w:w="70" w:type="dxa"/>
              <w:right w:w="100" w:type="dxa"/>
            </w:tcMar>
          </w:tcPr>
          <w:p w14:paraId="6152421A" w14:textId="77777777" w:rsidR="00AA3848" w:rsidRDefault="00407892">
            <w:pPr>
              <w:spacing w:before="40" w:after="40"/>
            </w:pPr>
            <w:r>
              <w:rPr>
                <w:color w:val="141414"/>
                <w:sz w:val="19"/>
              </w:rPr>
              <w:t>Theft from auto</w:t>
            </w:r>
          </w:p>
        </w:tc>
        <w:tc>
          <w:tcPr>
            <w:tcW w:w="1872" w:type="dxa"/>
            <w:shd w:val="clear" w:color="auto" w:fill="FFFFFF"/>
            <w:tcMar>
              <w:top w:w="70" w:type="dxa"/>
              <w:left w:w="100" w:type="dxa"/>
              <w:bottom w:w="70" w:type="dxa"/>
              <w:right w:w="100" w:type="dxa"/>
            </w:tcMar>
          </w:tcPr>
          <w:p w14:paraId="2BBED828" w14:textId="77777777" w:rsidR="00AA3848" w:rsidRDefault="00407892">
            <w:pPr>
              <w:spacing w:before="40" w:after="40"/>
            </w:pPr>
            <w:proofErr w:type="gramStart"/>
            <w:r>
              <w:rPr>
                <w:color w:val="141414"/>
                <w:sz w:val="19"/>
              </w:rPr>
              <w:t>[  ]</w:t>
            </w:r>
            <w:proofErr w:type="gramEnd"/>
            <w:r>
              <w:rPr>
                <w:color w:val="141414"/>
                <w:sz w:val="19"/>
              </w:rPr>
              <w:t xml:space="preserve"> Y  [  ] N</w:t>
            </w:r>
          </w:p>
        </w:tc>
      </w:tr>
      <w:tr w:rsidR="00AA3848" w14:paraId="6C50B002" w14:textId="77777777">
        <w:trPr>
          <w:jc w:val="center"/>
        </w:trPr>
        <w:tc>
          <w:tcPr>
            <w:tcW w:w="3168" w:type="dxa"/>
            <w:shd w:val="clear" w:color="auto" w:fill="F9FBFD"/>
            <w:tcMar>
              <w:top w:w="70" w:type="dxa"/>
              <w:left w:w="100" w:type="dxa"/>
              <w:bottom w:w="70" w:type="dxa"/>
              <w:right w:w="100" w:type="dxa"/>
            </w:tcMar>
          </w:tcPr>
          <w:p w14:paraId="21285725" w14:textId="77777777" w:rsidR="00AA3848" w:rsidRDefault="00407892">
            <w:pPr>
              <w:spacing w:before="40" w:after="40"/>
            </w:pPr>
            <w:r>
              <w:rPr>
                <w:color w:val="141414"/>
                <w:sz w:val="19"/>
              </w:rPr>
              <w:t>Theft from employer</w:t>
            </w:r>
          </w:p>
        </w:tc>
        <w:tc>
          <w:tcPr>
            <w:tcW w:w="1872" w:type="dxa"/>
            <w:shd w:val="clear" w:color="auto" w:fill="F9FBFD"/>
            <w:tcMar>
              <w:top w:w="70" w:type="dxa"/>
              <w:left w:w="100" w:type="dxa"/>
              <w:bottom w:w="70" w:type="dxa"/>
              <w:right w:w="100" w:type="dxa"/>
            </w:tcMar>
          </w:tcPr>
          <w:p w14:paraId="23A3F591"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3168" w:type="dxa"/>
            <w:shd w:val="clear" w:color="auto" w:fill="F9FBFD"/>
            <w:tcMar>
              <w:top w:w="70" w:type="dxa"/>
              <w:left w:w="100" w:type="dxa"/>
              <w:bottom w:w="70" w:type="dxa"/>
              <w:right w:w="100" w:type="dxa"/>
            </w:tcMar>
          </w:tcPr>
          <w:p w14:paraId="64108E52" w14:textId="77777777" w:rsidR="00AA3848" w:rsidRDefault="00407892">
            <w:pPr>
              <w:spacing w:before="40" w:after="40"/>
            </w:pPr>
            <w:r>
              <w:rPr>
                <w:color w:val="141414"/>
                <w:sz w:val="19"/>
              </w:rPr>
              <w:t>Fraud</w:t>
            </w:r>
          </w:p>
        </w:tc>
        <w:tc>
          <w:tcPr>
            <w:tcW w:w="1872" w:type="dxa"/>
            <w:shd w:val="clear" w:color="auto" w:fill="F9FBFD"/>
            <w:tcMar>
              <w:top w:w="70" w:type="dxa"/>
              <w:left w:w="100" w:type="dxa"/>
              <w:bottom w:w="70" w:type="dxa"/>
              <w:right w:w="100" w:type="dxa"/>
            </w:tcMar>
          </w:tcPr>
          <w:p w14:paraId="6A30C70A" w14:textId="77777777" w:rsidR="00AA3848" w:rsidRDefault="00407892">
            <w:pPr>
              <w:spacing w:before="40" w:after="40"/>
            </w:pPr>
            <w:proofErr w:type="gramStart"/>
            <w:r>
              <w:rPr>
                <w:color w:val="141414"/>
                <w:sz w:val="19"/>
              </w:rPr>
              <w:t>[  ]</w:t>
            </w:r>
            <w:proofErr w:type="gramEnd"/>
            <w:r>
              <w:rPr>
                <w:color w:val="141414"/>
                <w:sz w:val="19"/>
              </w:rPr>
              <w:t xml:space="preserve"> Y  [  ] N</w:t>
            </w:r>
          </w:p>
        </w:tc>
      </w:tr>
      <w:tr w:rsidR="00AA3848" w14:paraId="5BD5BE81" w14:textId="77777777">
        <w:trPr>
          <w:jc w:val="center"/>
        </w:trPr>
        <w:tc>
          <w:tcPr>
            <w:tcW w:w="3168" w:type="dxa"/>
            <w:shd w:val="clear" w:color="auto" w:fill="FFFFFF"/>
            <w:tcMar>
              <w:top w:w="70" w:type="dxa"/>
              <w:left w:w="100" w:type="dxa"/>
              <w:bottom w:w="70" w:type="dxa"/>
              <w:right w:w="100" w:type="dxa"/>
            </w:tcMar>
          </w:tcPr>
          <w:p w14:paraId="6E7D33B6" w14:textId="77777777" w:rsidR="00AA3848" w:rsidRDefault="00407892">
            <w:pPr>
              <w:spacing w:before="40" w:after="40"/>
            </w:pPr>
            <w:r>
              <w:rPr>
                <w:color w:val="141414"/>
                <w:sz w:val="19"/>
              </w:rPr>
              <w:t>Theft from neighbor</w:t>
            </w:r>
          </w:p>
        </w:tc>
        <w:tc>
          <w:tcPr>
            <w:tcW w:w="1872" w:type="dxa"/>
            <w:shd w:val="clear" w:color="auto" w:fill="FFFFFF"/>
            <w:tcMar>
              <w:top w:w="70" w:type="dxa"/>
              <w:left w:w="100" w:type="dxa"/>
              <w:bottom w:w="70" w:type="dxa"/>
              <w:right w:w="100" w:type="dxa"/>
            </w:tcMar>
          </w:tcPr>
          <w:p w14:paraId="5435B80A"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3168" w:type="dxa"/>
            <w:shd w:val="clear" w:color="auto" w:fill="FFFFFF"/>
            <w:tcMar>
              <w:top w:w="70" w:type="dxa"/>
              <w:left w:w="100" w:type="dxa"/>
              <w:bottom w:w="70" w:type="dxa"/>
              <w:right w:w="100" w:type="dxa"/>
            </w:tcMar>
          </w:tcPr>
          <w:p w14:paraId="2BE23944" w14:textId="77777777" w:rsidR="00AA3848" w:rsidRDefault="00407892">
            <w:pPr>
              <w:spacing w:before="40" w:after="40"/>
            </w:pPr>
            <w:r>
              <w:rPr>
                <w:color w:val="141414"/>
                <w:sz w:val="19"/>
              </w:rPr>
              <w:t>Changed price tag</w:t>
            </w:r>
          </w:p>
        </w:tc>
        <w:tc>
          <w:tcPr>
            <w:tcW w:w="1872" w:type="dxa"/>
            <w:shd w:val="clear" w:color="auto" w:fill="FFFFFF"/>
            <w:tcMar>
              <w:top w:w="70" w:type="dxa"/>
              <w:left w:w="100" w:type="dxa"/>
              <w:bottom w:w="70" w:type="dxa"/>
              <w:right w:w="100" w:type="dxa"/>
            </w:tcMar>
          </w:tcPr>
          <w:p w14:paraId="20BBB32E" w14:textId="77777777" w:rsidR="00AA3848" w:rsidRDefault="00407892">
            <w:pPr>
              <w:spacing w:before="40" w:after="40"/>
            </w:pPr>
            <w:proofErr w:type="gramStart"/>
            <w:r>
              <w:rPr>
                <w:color w:val="141414"/>
                <w:sz w:val="19"/>
              </w:rPr>
              <w:t>[  ]</w:t>
            </w:r>
            <w:proofErr w:type="gramEnd"/>
            <w:r>
              <w:rPr>
                <w:color w:val="141414"/>
                <w:sz w:val="19"/>
              </w:rPr>
              <w:t xml:space="preserve"> Y  [  ] N</w:t>
            </w:r>
          </w:p>
        </w:tc>
      </w:tr>
      <w:tr w:rsidR="00AA3848" w14:paraId="5CA69313" w14:textId="77777777">
        <w:trPr>
          <w:jc w:val="center"/>
        </w:trPr>
        <w:tc>
          <w:tcPr>
            <w:tcW w:w="3168" w:type="dxa"/>
            <w:shd w:val="clear" w:color="auto" w:fill="F9FBFD"/>
            <w:tcMar>
              <w:top w:w="70" w:type="dxa"/>
              <w:left w:w="100" w:type="dxa"/>
              <w:bottom w:w="70" w:type="dxa"/>
              <w:right w:w="100" w:type="dxa"/>
            </w:tcMar>
          </w:tcPr>
          <w:p w14:paraId="31FA500D" w14:textId="77777777" w:rsidR="00AA3848" w:rsidRDefault="00407892">
            <w:pPr>
              <w:spacing w:before="40" w:after="40"/>
            </w:pPr>
            <w:r>
              <w:rPr>
                <w:color w:val="141414"/>
                <w:sz w:val="19"/>
              </w:rPr>
              <w:t>Theft from store</w:t>
            </w:r>
          </w:p>
        </w:tc>
        <w:tc>
          <w:tcPr>
            <w:tcW w:w="1872" w:type="dxa"/>
            <w:shd w:val="clear" w:color="auto" w:fill="F9FBFD"/>
            <w:tcMar>
              <w:top w:w="70" w:type="dxa"/>
              <w:left w:w="100" w:type="dxa"/>
              <w:bottom w:w="70" w:type="dxa"/>
              <w:right w:w="100" w:type="dxa"/>
            </w:tcMar>
          </w:tcPr>
          <w:p w14:paraId="6ADDDFDB"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3168" w:type="dxa"/>
            <w:shd w:val="clear" w:color="auto" w:fill="F9FBFD"/>
            <w:tcMar>
              <w:top w:w="70" w:type="dxa"/>
              <w:left w:w="100" w:type="dxa"/>
              <w:bottom w:w="70" w:type="dxa"/>
              <w:right w:w="100" w:type="dxa"/>
            </w:tcMar>
          </w:tcPr>
          <w:p w14:paraId="5CE1CC4B" w14:textId="77777777" w:rsidR="00AA3848" w:rsidRDefault="00407892">
            <w:pPr>
              <w:spacing w:before="40" w:after="40"/>
            </w:pPr>
            <w:r>
              <w:rPr>
                <w:color w:val="141414"/>
                <w:sz w:val="19"/>
              </w:rPr>
              <w:t>False insurance claim</w:t>
            </w:r>
          </w:p>
        </w:tc>
        <w:tc>
          <w:tcPr>
            <w:tcW w:w="1872" w:type="dxa"/>
            <w:shd w:val="clear" w:color="auto" w:fill="F9FBFD"/>
            <w:tcMar>
              <w:top w:w="70" w:type="dxa"/>
              <w:left w:w="100" w:type="dxa"/>
              <w:bottom w:w="70" w:type="dxa"/>
              <w:right w:w="100" w:type="dxa"/>
            </w:tcMar>
          </w:tcPr>
          <w:p w14:paraId="5D673D46" w14:textId="77777777" w:rsidR="00AA3848" w:rsidRDefault="00407892">
            <w:pPr>
              <w:spacing w:before="40" w:after="40"/>
            </w:pPr>
            <w:proofErr w:type="gramStart"/>
            <w:r>
              <w:rPr>
                <w:color w:val="141414"/>
                <w:sz w:val="19"/>
              </w:rPr>
              <w:t>[  ]</w:t>
            </w:r>
            <w:proofErr w:type="gramEnd"/>
            <w:r>
              <w:rPr>
                <w:color w:val="141414"/>
                <w:sz w:val="19"/>
              </w:rPr>
              <w:t xml:space="preserve"> Y  [  ] N</w:t>
            </w:r>
          </w:p>
        </w:tc>
      </w:tr>
    </w:tbl>
    <w:p w14:paraId="7D652846" w14:textId="77777777" w:rsidR="00AA3848" w:rsidRDefault="00AA3848">
      <w:pPr>
        <w:spacing w:after="120"/>
      </w:pPr>
    </w:p>
    <w:p w14:paraId="4A7A105D" w14:textId="77777777" w:rsidR="00C57855" w:rsidRDefault="00C57855"/>
    <w:p w14:paraId="5715F3B4" w14:textId="77777777" w:rsidR="00C57855" w:rsidRDefault="00C57855"/>
    <w:p w14:paraId="7076C767" w14:textId="4D7FF5D3" w:rsidR="00C57855" w:rsidRDefault="00C57855" w:rsidP="00C57855">
      <w:pPr>
        <w:keepNext/>
        <w:spacing w:before="280" w:after="120"/>
      </w:pPr>
      <w:r>
        <w:rPr>
          <w:b/>
          <w:color w:val="1B365D"/>
          <w:sz w:val="26"/>
        </w:rPr>
        <w:lastRenderedPageBreak/>
        <w:t>SECTION 8: ARREST RECORD AND CRIMINAL ACTIVITY (continued)</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600"/>
        <w:gridCol w:w="6480"/>
      </w:tblGrid>
      <w:tr w:rsidR="00AA3848" w14:paraId="64B1F3A5" w14:textId="77777777" w:rsidTr="00C57855">
        <w:trPr>
          <w:jc w:val="center"/>
        </w:trPr>
        <w:tc>
          <w:tcPr>
            <w:tcW w:w="3600" w:type="dxa"/>
            <w:shd w:val="clear" w:color="auto" w:fill="1B365D"/>
            <w:tcMar>
              <w:top w:w="70" w:type="dxa"/>
              <w:left w:w="100" w:type="dxa"/>
              <w:bottom w:w="70" w:type="dxa"/>
              <w:right w:w="100" w:type="dxa"/>
            </w:tcMar>
          </w:tcPr>
          <w:p w14:paraId="2CC7069C" w14:textId="38500258" w:rsidR="00AA3848" w:rsidRDefault="00407892">
            <w:pPr>
              <w:spacing w:before="40" w:after="40"/>
            </w:pPr>
            <w:r>
              <w:rPr>
                <w:b/>
                <w:color w:val="FFFFFF"/>
                <w:sz w:val="19"/>
              </w:rPr>
              <w:t>Stolen Item Category</w:t>
            </w:r>
          </w:p>
        </w:tc>
        <w:tc>
          <w:tcPr>
            <w:tcW w:w="6480" w:type="dxa"/>
            <w:shd w:val="clear" w:color="auto" w:fill="1B365D"/>
            <w:tcMar>
              <w:top w:w="70" w:type="dxa"/>
              <w:left w:w="100" w:type="dxa"/>
              <w:bottom w:w="70" w:type="dxa"/>
              <w:right w:w="100" w:type="dxa"/>
            </w:tcMar>
          </w:tcPr>
          <w:p w14:paraId="6A5547D7" w14:textId="77777777" w:rsidR="00AA3848" w:rsidRDefault="00407892">
            <w:pPr>
              <w:spacing w:before="40" w:after="40"/>
            </w:pPr>
            <w:r>
              <w:rPr>
                <w:b/>
                <w:color w:val="FFFFFF"/>
                <w:sz w:val="19"/>
              </w:rPr>
              <w:t>Disclosed Stolen Items</w:t>
            </w:r>
          </w:p>
        </w:tc>
      </w:tr>
      <w:tr w:rsidR="00AA3848" w14:paraId="1D0C89C4" w14:textId="77777777" w:rsidTr="00C57855">
        <w:trPr>
          <w:jc w:val="center"/>
        </w:trPr>
        <w:tc>
          <w:tcPr>
            <w:tcW w:w="3600" w:type="dxa"/>
            <w:shd w:val="clear" w:color="auto" w:fill="FFFFFF"/>
            <w:tcMar>
              <w:top w:w="70" w:type="dxa"/>
              <w:left w:w="100" w:type="dxa"/>
              <w:bottom w:w="70" w:type="dxa"/>
              <w:right w:w="100" w:type="dxa"/>
            </w:tcMar>
          </w:tcPr>
          <w:p w14:paraId="19DCFA67" w14:textId="77777777" w:rsidR="00AA3848" w:rsidRDefault="00407892">
            <w:pPr>
              <w:spacing w:before="40" w:after="40"/>
            </w:pPr>
            <w:r>
              <w:rPr>
                <w:color w:val="141414"/>
                <w:sz w:val="19"/>
              </w:rPr>
              <w:t>List everything ever stolen valued MORE than $100.00:</w:t>
            </w:r>
          </w:p>
        </w:tc>
        <w:tc>
          <w:tcPr>
            <w:tcW w:w="6480" w:type="dxa"/>
            <w:shd w:val="clear" w:color="auto" w:fill="FFFFFF"/>
            <w:tcMar>
              <w:top w:w="70" w:type="dxa"/>
              <w:left w:w="100" w:type="dxa"/>
              <w:bottom w:w="70" w:type="dxa"/>
              <w:right w:w="100" w:type="dxa"/>
            </w:tcMar>
          </w:tcPr>
          <w:p w14:paraId="4D7F05C1" w14:textId="77777777" w:rsidR="00AA3848" w:rsidRDefault="00407892">
            <w:pPr>
              <w:spacing w:before="40" w:after="40"/>
            </w:pPr>
            <w:r>
              <w:rPr>
                <w:i/>
                <w:color w:val="6E6E6E"/>
                <w:sz w:val="19"/>
              </w:rPr>
              <w:t xml:space="preserve">1. [ Type Item / </w:t>
            </w:r>
            <w:proofErr w:type="gramStart"/>
            <w:r>
              <w:rPr>
                <w:i/>
                <w:color w:val="6E6E6E"/>
                <w:sz w:val="19"/>
              </w:rPr>
              <w:t>Value ]</w:t>
            </w:r>
            <w:proofErr w:type="gramEnd"/>
            <w:r>
              <w:rPr>
                <w:i/>
                <w:color w:val="6E6E6E"/>
                <w:sz w:val="19"/>
              </w:rPr>
              <w:t xml:space="preserve">      2. [ Type Item / </w:t>
            </w:r>
            <w:proofErr w:type="gramStart"/>
            <w:r>
              <w:rPr>
                <w:i/>
                <w:color w:val="6E6E6E"/>
                <w:sz w:val="19"/>
              </w:rPr>
              <w:t>Value ]</w:t>
            </w:r>
            <w:proofErr w:type="gramEnd"/>
            <w:r>
              <w:rPr>
                <w:i/>
                <w:color w:val="6E6E6E"/>
                <w:sz w:val="19"/>
              </w:rPr>
              <w:br/>
              <w:t xml:space="preserve">3. [ Type Item / </w:t>
            </w:r>
            <w:proofErr w:type="gramStart"/>
            <w:r>
              <w:rPr>
                <w:i/>
                <w:color w:val="6E6E6E"/>
                <w:sz w:val="19"/>
              </w:rPr>
              <w:t>Value ]</w:t>
            </w:r>
            <w:proofErr w:type="gramEnd"/>
            <w:r>
              <w:rPr>
                <w:i/>
                <w:color w:val="6E6E6E"/>
                <w:sz w:val="19"/>
              </w:rPr>
              <w:t xml:space="preserve">      4. [ Type Item / </w:t>
            </w:r>
            <w:proofErr w:type="gramStart"/>
            <w:r>
              <w:rPr>
                <w:i/>
                <w:color w:val="6E6E6E"/>
                <w:sz w:val="19"/>
              </w:rPr>
              <w:t>Value ]</w:t>
            </w:r>
            <w:proofErr w:type="gramEnd"/>
          </w:p>
        </w:tc>
      </w:tr>
      <w:tr w:rsidR="00AA3848" w14:paraId="53FFAAAE" w14:textId="77777777" w:rsidTr="00C57855">
        <w:trPr>
          <w:jc w:val="center"/>
        </w:trPr>
        <w:tc>
          <w:tcPr>
            <w:tcW w:w="3600" w:type="dxa"/>
            <w:shd w:val="clear" w:color="auto" w:fill="F9FBFD"/>
            <w:tcMar>
              <w:top w:w="70" w:type="dxa"/>
              <w:left w:w="100" w:type="dxa"/>
              <w:bottom w:w="70" w:type="dxa"/>
              <w:right w:w="100" w:type="dxa"/>
            </w:tcMar>
          </w:tcPr>
          <w:p w14:paraId="050DF714" w14:textId="77777777" w:rsidR="00AA3848" w:rsidRDefault="00407892">
            <w:pPr>
              <w:spacing w:before="40" w:after="40"/>
            </w:pPr>
            <w:r>
              <w:rPr>
                <w:color w:val="141414"/>
                <w:sz w:val="19"/>
              </w:rPr>
              <w:t>List everything ever stolen valued LESS than $100.00:</w:t>
            </w:r>
          </w:p>
        </w:tc>
        <w:tc>
          <w:tcPr>
            <w:tcW w:w="6480" w:type="dxa"/>
            <w:shd w:val="clear" w:color="auto" w:fill="F9FBFD"/>
            <w:tcMar>
              <w:top w:w="70" w:type="dxa"/>
              <w:left w:w="100" w:type="dxa"/>
              <w:bottom w:w="70" w:type="dxa"/>
              <w:right w:w="100" w:type="dxa"/>
            </w:tcMar>
          </w:tcPr>
          <w:p w14:paraId="03CC69B3" w14:textId="77777777" w:rsidR="00AA3848" w:rsidRDefault="00407892">
            <w:pPr>
              <w:spacing w:before="40" w:after="40"/>
            </w:pPr>
            <w:r>
              <w:rPr>
                <w:i/>
                <w:color w:val="6E6E6E"/>
                <w:sz w:val="19"/>
              </w:rPr>
              <w:t xml:space="preserve">1. [ Type Item / </w:t>
            </w:r>
            <w:proofErr w:type="gramStart"/>
            <w:r>
              <w:rPr>
                <w:i/>
                <w:color w:val="6E6E6E"/>
                <w:sz w:val="19"/>
              </w:rPr>
              <w:t>Value ]</w:t>
            </w:r>
            <w:proofErr w:type="gramEnd"/>
            <w:r>
              <w:rPr>
                <w:i/>
                <w:color w:val="6E6E6E"/>
                <w:sz w:val="19"/>
              </w:rPr>
              <w:t xml:space="preserve">      2. [ Type Item / </w:t>
            </w:r>
            <w:proofErr w:type="gramStart"/>
            <w:r>
              <w:rPr>
                <w:i/>
                <w:color w:val="6E6E6E"/>
                <w:sz w:val="19"/>
              </w:rPr>
              <w:t>Value ]</w:t>
            </w:r>
            <w:proofErr w:type="gramEnd"/>
            <w:r>
              <w:rPr>
                <w:i/>
                <w:color w:val="6E6E6E"/>
                <w:sz w:val="19"/>
              </w:rPr>
              <w:br/>
              <w:t xml:space="preserve">3. [ Type Item / </w:t>
            </w:r>
            <w:proofErr w:type="gramStart"/>
            <w:r>
              <w:rPr>
                <w:i/>
                <w:color w:val="6E6E6E"/>
                <w:sz w:val="19"/>
              </w:rPr>
              <w:t>Value ]</w:t>
            </w:r>
            <w:proofErr w:type="gramEnd"/>
            <w:r>
              <w:rPr>
                <w:i/>
                <w:color w:val="6E6E6E"/>
                <w:sz w:val="19"/>
              </w:rPr>
              <w:t xml:space="preserve">      4. [ Type Item / </w:t>
            </w:r>
            <w:proofErr w:type="gramStart"/>
            <w:r>
              <w:rPr>
                <w:i/>
                <w:color w:val="6E6E6E"/>
                <w:sz w:val="19"/>
              </w:rPr>
              <w:t>Value ]</w:t>
            </w:r>
            <w:proofErr w:type="gramEnd"/>
          </w:p>
        </w:tc>
      </w:tr>
      <w:tr w:rsidR="00AA3848" w14:paraId="7B33EAE3" w14:textId="77777777" w:rsidTr="00C57855">
        <w:trPr>
          <w:jc w:val="center"/>
        </w:trPr>
        <w:tc>
          <w:tcPr>
            <w:tcW w:w="3600" w:type="dxa"/>
            <w:shd w:val="clear" w:color="auto" w:fill="FFFFFF"/>
            <w:tcMar>
              <w:top w:w="70" w:type="dxa"/>
              <w:left w:w="100" w:type="dxa"/>
              <w:bottom w:w="70" w:type="dxa"/>
              <w:right w:w="100" w:type="dxa"/>
            </w:tcMar>
          </w:tcPr>
          <w:p w14:paraId="1243A6F6" w14:textId="7D64B6BF" w:rsidR="00AA3848" w:rsidRPr="00C57855" w:rsidRDefault="00C57855">
            <w:pPr>
              <w:spacing w:before="40" w:after="40"/>
              <w:rPr>
                <w:rFonts w:asciiTheme="majorHAnsi" w:hAnsiTheme="majorHAnsi" w:cstheme="majorHAnsi"/>
              </w:rPr>
            </w:pPr>
            <w:r w:rsidRPr="00C57855">
              <w:rPr>
                <w:rFonts w:asciiTheme="majorHAnsi" w:hAnsiTheme="majorHAnsi" w:cstheme="majorHAnsi"/>
              </w:rPr>
              <w:t xml:space="preserve">If you answered 'YES' to items 8.2.1 through 8.9.1, explain </w:t>
            </w:r>
            <w:r>
              <w:rPr>
                <w:rFonts w:asciiTheme="majorHAnsi" w:hAnsiTheme="majorHAnsi" w:cstheme="majorHAnsi"/>
              </w:rPr>
              <w:t>in area provided</w:t>
            </w:r>
            <w:r w:rsidRPr="00C57855">
              <w:rPr>
                <w:rFonts w:asciiTheme="majorHAnsi" w:hAnsiTheme="majorHAnsi" w:cstheme="majorHAnsi"/>
              </w:rPr>
              <w:t>:</w:t>
            </w:r>
          </w:p>
        </w:tc>
        <w:tc>
          <w:tcPr>
            <w:tcW w:w="6480" w:type="dxa"/>
            <w:shd w:val="clear" w:color="auto" w:fill="FFFFFF"/>
            <w:tcMar>
              <w:top w:w="70" w:type="dxa"/>
              <w:left w:w="100" w:type="dxa"/>
              <w:bottom w:w="70" w:type="dxa"/>
              <w:right w:w="100" w:type="dxa"/>
            </w:tcMar>
          </w:tcPr>
          <w:p w14:paraId="4868E55D" w14:textId="77777777" w:rsidR="00AA3848" w:rsidRDefault="00407892">
            <w:pPr>
              <w:spacing w:before="40" w:after="40"/>
            </w:pPr>
            <w:r>
              <w:rPr>
                <w:i/>
                <w:color w:val="6E6E6E"/>
                <w:sz w:val="19"/>
              </w:rPr>
              <w:t>[ Click / Type Detailed Explanation Here or N/</w:t>
            </w:r>
            <w:proofErr w:type="gramStart"/>
            <w:r>
              <w:rPr>
                <w:i/>
                <w:color w:val="6E6E6E"/>
                <w:sz w:val="19"/>
              </w:rPr>
              <w:t>A ]</w:t>
            </w:r>
            <w:proofErr w:type="gramEnd"/>
          </w:p>
        </w:tc>
      </w:tr>
    </w:tbl>
    <w:p w14:paraId="11C6F8F5" w14:textId="77777777" w:rsidR="00AA3848" w:rsidRDefault="00AA3848">
      <w:pPr>
        <w:spacing w:after="120"/>
      </w:pPr>
    </w:p>
    <w:p w14:paraId="19499776" w14:textId="77777777" w:rsidR="00AA3848" w:rsidRDefault="00407892">
      <w:pPr>
        <w:keepNext/>
        <w:spacing w:before="280" w:after="120"/>
      </w:pPr>
      <w:r>
        <w:rPr>
          <w:b/>
          <w:color w:val="1B365D"/>
          <w:sz w:val="26"/>
        </w:rPr>
        <w:t>SECTION 9: SUMMONS RECORD</w:t>
      </w:r>
    </w:p>
    <w:p w14:paraId="37445625" w14:textId="77777777" w:rsidR="00AA3848" w:rsidRDefault="00407892">
      <w:r>
        <w:t>List all summons served upon you by a law enforcement officer, court, or authority for traffic regulations, criminal, or civil actions:</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435"/>
        <w:gridCol w:w="3690"/>
        <w:gridCol w:w="3330"/>
        <w:gridCol w:w="1625"/>
      </w:tblGrid>
      <w:tr w:rsidR="00AA3848" w14:paraId="4A9DE181" w14:textId="77777777" w:rsidTr="00BE0273">
        <w:trPr>
          <w:jc w:val="center"/>
        </w:trPr>
        <w:tc>
          <w:tcPr>
            <w:tcW w:w="1435" w:type="dxa"/>
            <w:shd w:val="clear" w:color="auto" w:fill="1B365D"/>
            <w:tcMar>
              <w:top w:w="70" w:type="dxa"/>
              <w:left w:w="100" w:type="dxa"/>
              <w:bottom w:w="70" w:type="dxa"/>
              <w:right w:w="100" w:type="dxa"/>
            </w:tcMar>
          </w:tcPr>
          <w:p w14:paraId="53A99FD5" w14:textId="77777777" w:rsidR="00AA3848" w:rsidRDefault="00407892">
            <w:pPr>
              <w:spacing w:before="40" w:after="40"/>
            </w:pPr>
            <w:r>
              <w:rPr>
                <w:b/>
                <w:color w:val="FFFFFF"/>
                <w:sz w:val="19"/>
              </w:rPr>
              <w:t>Date</w:t>
            </w:r>
          </w:p>
        </w:tc>
        <w:tc>
          <w:tcPr>
            <w:tcW w:w="3690" w:type="dxa"/>
            <w:shd w:val="clear" w:color="auto" w:fill="1B365D"/>
            <w:tcMar>
              <w:top w:w="70" w:type="dxa"/>
              <w:left w:w="100" w:type="dxa"/>
              <w:bottom w:w="70" w:type="dxa"/>
              <w:right w:w="100" w:type="dxa"/>
            </w:tcMar>
          </w:tcPr>
          <w:p w14:paraId="2D6598C7" w14:textId="77777777" w:rsidR="00AA3848" w:rsidRDefault="00407892">
            <w:pPr>
              <w:spacing w:before="40" w:after="40"/>
            </w:pPr>
            <w:r>
              <w:rPr>
                <w:b/>
                <w:color w:val="FFFFFF"/>
                <w:sz w:val="19"/>
              </w:rPr>
              <w:t>Location</w:t>
            </w:r>
          </w:p>
        </w:tc>
        <w:tc>
          <w:tcPr>
            <w:tcW w:w="3330" w:type="dxa"/>
            <w:shd w:val="clear" w:color="auto" w:fill="1B365D"/>
            <w:tcMar>
              <w:top w:w="70" w:type="dxa"/>
              <w:left w:w="100" w:type="dxa"/>
              <w:bottom w:w="70" w:type="dxa"/>
              <w:right w:w="100" w:type="dxa"/>
            </w:tcMar>
          </w:tcPr>
          <w:p w14:paraId="2DA2E170" w14:textId="77777777" w:rsidR="00AA3848" w:rsidRDefault="00407892">
            <w:pPr>
              <w:spacing w:before="40" w:after="40"/>
            </w:pPr>
            <w:r>
              <w:rPr>
                <w:b/>
                <w:color w:val="FFFFFF"/>
                <w:sz w:val="19"/>
              </w:rPr>
              <w:t>Offense / Action</w:t>
            </w:r>
          </w:p>
        </w:tc>
        <w:tc>
          <w:tcPr>
            <w:tcW w:w="1625" w:type="dxa"/>
            <w:shd w:val="clear" w:color="auto" w:fill="1B365D"/>
            <w:tcMar>
              <w:top w:w="70" w:type="dxa"/>
              <w:left w:w="100" w:type="dxa"/>
              <w:bottom w:w="70" w:type="dxa"/>
              <w:right w:w="100" w:type="dxa"/>
            </w:tcMar>
          </w:tcPr>
          <w:p w14:paraId="5CAF42AD" w14:textId="77777777" w:rsidR="00AA3848" w:rsidRDefault="00407892">
            <w:pPr>
              <w:spacing w:before="40" w:after="40"/>
            </w:pPr>
            <w:r>
              <w:rPr>
                <w:b/>
                <w:color w:val="FFFFFF"/>
                <w:sz w:val="19"/>
              </w:rPr>
              <w:t>Disposition</w:t>
            </w:r>
          </w:p>
        </w:tc>
      </w:tr>
      <w:tr w:rsidR="00AA3848" w14:paraId="517F10F6" w14:textId="77777777" w:rsidTr="00BE0273">
        <w:trPr>
          <w:jc w:val="center"/>
        </w:trPr>
        <w:tc>
          <w:tcPr>
            <w:tcW w:w="1435" w:type="dxa"/>
            <w:shd w:val="clear" w:color="auto" w:fill="FFFFFF"/>
            <w:tcMar>
              <w:top w:w="70" w:type="dxa"/>
              <w:left w:w="100" w:type="dxa"/>
              <w:bottom w:w="70" w:type="dxa"/>
              <w:right w:w="100" w:type="dxa"/>
            </w:tcMar>
          </w:tcPr>
          <w:p w14:paraId="25E0F8F7"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3690" w:type="dxa"/>
            <w:shd w:val="clear" w:color="auto" w:fill="FFFFFF"/>
            <w:tcMar>
              <w:top w:w="70" w:type="dxa"/>
              <w:left w:w="100" w:type="dxa"/>
              <w:bottom w:w="70" w:type="dxa"/>
              <w:right w:w="100" w:type="dxa"/>
            </w:tcMar>
          </w:tcPr>
          <w:p w14:paraId="42BBF32C" w14:textId="77777777" w:rsidR="00AA3848" w:rsidRDefault="00407892">
            <w:pPr>
              <w:spacing w:before="40" w:after="40"/>
            </w:pPr>
            <w:r>
              <w:rPr>
                <w:color w:val="141414"/>
                <w:sz w:val="19"/>
              </w:rPr>
              <w:t xml:space="preserve">[ </w:t>
            </w:r>
            <w:proofErr w:type="gramStart"/>
            <w:r>
              <w:rPr>
                <w:color w:val="141414"/>
                <w:sz w:val="19"/>
              </w:rPr>
              <w:t>Location ]</w:t>
            </w:r>
            <w:proofErr w:type="gramEnd"/>
          </w:p>
        </w:tc>
        <w:tc>
          <w:tcPr>
            <w:tcW w:w="3330" w:type="dxa"/>
            <w:shd w:val="clear" w:color="auto" w:fill="FFFFFF"/>
            <w:tcMar>
              <w:top w:w="70" w:type="dxa"/>
              <w:left w:w="100" w:type="dxa"/>
              <w:bottom w:w="70" w:type="dxa"/>
              <w:right w:w="100" w:type="dxa"/>
            </w:tcMar>
          </w:tcPr>
          <w:p w14:paraId="3F6CB7DA" w14:textId="77777777" w:rsidR="00AA3848" w:rsidRDefault="00407892">
            <w:pPr>
              <w:spacing w:before="40" w:after="40"/>
            </w:pPr>
            <w:r>
              <w:rPr>
                <w:color w:val="141414"/>
                <w:sz w:val="19"/>
              </w:rPr>
              <w:t xml:space="preserve">[ Offense / </w:t>
            </w:r>
            <w:proofErr w:type="gramStart"/>
            <w:r>
              <w:rPr>
                <w:color w:val="141414"/>
                <w:sz w:val="19"/>
              </w:rPr>
              <w:t>Action ]</w:t>
            </w:r>
            <w:proofErr w:type="gramEnd"/>
          </w:p>
        </w:tc>
        <w:tc>
          <w:tcPr>
            <w:tcW w:w="1625" w:type="dxa"/>
            <w:shd w:val="clear" w:color="auto" w:fill="FFFFFF"/>
            <w:tcMar>
              <w:top w:w="70" w:type="dxa"/>
              <w:left w:w="100" w:type="dxa"/>
              <w:bottom w:w="70" w:type="dxa"/>
              <w:right w:w="100" w:type="dxa"/>
            </w:tcMar>
          </w:tcPr>
          <w:p w14:paraId="48D5EA01" w14:textId="77777777" w:rsidR="00AA3848" w:rsidRDefault="00407892">
            <w:pPr>
              <w:spacing w:before="40" w:after="40"/>
            </w:pPr>
            <w:r>
              <w:rPr>
                <w:color w:val="141414"/>
                <w:sz w:val="19"/>
              </w:rPr>
              <w:t xml:space="preserve">[ </w:t>
            </w:r>
            <w:proofErr w:type="gramStart"/>
            <w:r>
              <w:rPr>
                <w:color w:val="141414"/>
                <w:sz w:val="19"/>
              </w:rPr>
              <w:t>Disposition ]</w:t>
            </w:r>
            <w:proofErr w:type="gramEnd"/>
          </w:p>
        </w:tc>
      </w:tr>
      <w:tr w:rsidR="00AA3848" w14:paraId="7F98ABB6" w14:textId="77777777" w:rsidTr="00BE0273">
        <w:trPr>
          <w:jc w:val="center"/>
        </w:trPr>
        <w:tc>
          <w:tcPr>
            <w:tcW w:w="1435" w:type="dxa"/>
            <w:shd w:val="clear" w:color="auto" w:fill="F9FBFD"/>
            <w:tcMar>
              <w:top w:w="70" w:type="dxa"/>
              <w:left w:w="100" w:type="dxa"/>
              <w:bottom w:w="70" w:type="dxa"/>
              <w:right w:w="100" w:type="dxa"/>
            </w:tcMar>
          </w:tcPr>
          <w:p w14:paraId="12BA9D17"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3690" w:type="dxa"/>
            <w:shd w:val="clear" w:color="auto" w:fill="F9FBFD"/>
            <w:tcMar>
              <w:top w:w="70" w:type="dxa"/>
              <w:left w:w="100" w:type="dxa"/>
              <w:bottom w:w="70" w:type="dxa"/>
              <w:right w:w="100" w:type="dxa"/>
            </w:tcMar>
          </w:tcPr>
          <w:p w14:paraId="1C29282A" w14:textId="77777777" w:rsidR="00AA3848" w:rsidRDefault="00407892">
            <w:pPr>
              <w:spacing w:before="40" w:after="40"/>
            </w:pPr>
            <w:r>
              <w:rPr>
                <w:color w:val="141414"/>
                <w:sz w:val="19"/>
              </w:rPr>
              <w:t xml:space="preserve">[ </w:t>
            </w:r>
            <w:proofErr w:type="gramStart"/>
            <w:r>
              <w:rPr>
                <w:color w:val="141414"/>
                <w:sz w:val="19"/>
              </w:rPr>
              <w:t>Location ]</w:t>
            </w:r>
            <w:proofErr w:type="gramEnd"/>
          </w:p>
        </w:tc>
        <w:tc>
          <w:tcPr>
            <w:tcW w:w="3330" w:type="dxa"/>
            <w:shd w:val="clear" w:color="auto" w:fill="F9FBFD"/>
            <w:tcMar>
              <w:top w:w="70" w:type="dxa"/>
              <w:left w:w="100" w:type="dxa"/>
              <w:bottom w:w="70" w:type="dxa"/>
              <w:right w:w="100" w:type="dxa"/>
            </w:tcMar>
          </w:tcPr>
          <w:p w14:paraId="71F69E8F" w14:textId="77777777" w:rsidR="00AA3848" w:rsidRDefault="00407892">
            <w:pPr>
              <w:spacing w:before="40" w:after="40"/>
            </w:pPr>
            <w:r>
              <w:rPr>
                <w:color w:val="141414"/>
                <w:sz w:val="19"/>
              </w:rPr>
              <w:t xml:space="preserve">[ Offense / </w:t>
            </w:r>
            <w:proofErr w:type="gramStart"/>
            <w:r>
              <w:rPr>
                <w:color w:val="141414"/>
                <w:sz w:val="19"/>
              </w:rPr>
              <w:t>Action ]</w:t>
            </w:r>
            <w:proofErr w:type="gramEnd"/>
          </w:p>
        </w:tc>
        <w:tc>
          <w:tcPr>
            <w:tcW w:w="1625" w:type="dxa"/>
            <w:shd w:val="clear" w:color="auto" w:fill="F9FBFD"/>
            <w:tcMar>
              <w:top w:w="70" w:type="dxa"/>
              <w:left w:w="100" w:type="dxa"/>
              <w:bottom w:w="70" w:type="dxa"/>
              <w:right w:w="100" w:type="dxa"/>
            </w:tcMar>
          </w:tcPr>
          <w:p w14:paraId="1D2DC2D8" w14:textId="77777777" w:rsidR="00AA3848" w:rsidRDefault="00407892">
            <w:pPr>
              <w:spacing w:before="40" w:after="40"/>
            </w:pPr>
            <w:r>
              <w:rPr>
                <w:color w:val="141414"/>
                <w:sz w:val="19"/>
              </w:rPr>
              <w:t xml:space="preserve">[ </w:t>
            </w:r>
            <w:proofErr w:type="gramStart"/>
            <w:r>
              <w:rPr>
                <w:color w:val="141414"/>
                <w:sz w:val="19"/>
              </w:rPr>
              <w:t>Disposition ]</w:t>
            </w:r>
            <w:proofErr w:type="gramEnd"/>
          </w:p>
        </w:tc>
      </w:tr>
      <w:tr w:rsidR="00BE0273" w14:paraId="75DCCCA7" w14:textId="77777777" w:rsidTr="00BE0273">
        <w:trPr>
          <w:jc w:val="center"/>
        </w:trPr>
        <w:tc>
          <w:tcPr>
            <w:tcW w:w="1435" w:type="dxa"/>
            <w:shd w:val="clear" w:color="auto" w:fill="F9FBFD"/>
            <w:tcMar>
              <w:top w:w="70" w:type="dxa"/>
              <w:left w:w="100" w:type="dxa"/>
              <w:bottom w:w="70" w:type="dxa"/>
              <w:right w:w="100" w:type="dxa"/>
            </w:tcMar>
          </w:tcPr>
          <w:p w14:paraId="51D88428" w14:textId="368D034C" w:rsidR="00BE0273" w:rsidRDefault="00BE0273" w:rsidP="00BE0273">
            <w:pPr>
              <w:spacing w:before="40" w:after="40"/>
              <w:rPr>
                <w:color w:val="141414"/>
                <w:sz w:val="19"/>
              </w:rPr>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3690" w:type="dxa"/>
            <w:shd w:val="clear" w:color="auto" w:fill="F9FBFD"/>
            <w:tcMar>
              <w:top w:w="70" w:type="dxa"/>
              <w:left w:w="100" w:type="dxa"/>
              <w:bottom w:w="70" w:type="dxa"/>
              <w:right w:w="100" w:type="dxa"/>
            </w:tcMar>
          </w:tcPr>
          <w:p w14:paraId="7A52C600" w14:textId="5AC44DC7" w:rsidR="00BE0273" w:rsidRDefault="00BE0273" w:rsidP="00BE0273">
            <w:pPr>
              <w:spacing w:before="40" w:after="40"/>
              <w:rPr>
                <w:color w:val="141414"/>
                <w:sz w:val="19"/>
              </w:rPr>
            </w:pPr>
            <w:r>
              <w:rPr>
                <w:color w:val="141414"/>
                <w:sz w:val="19"/>
              </w:rPr>
              <w:t xml:space="preserve">[ </w:t>
            </w:r>
            <w:proofErr w:type="gramStart"/>
            <w:r>
              <w:rPr>
                <w:color w:val="141414"/>
                <w:sz w:val="19"/>
              </w:rPr>
              <w:t>Location ]</w:t>
            </w:r>
            <w:proofErr w:type="gramEnd"/>
          </w:p>
        </w:tc>
        <w:tc>
          <w:tcPr>
            <w:tcW w:w="3330" w:type="dxa"/>
            <w:shd w:val="clear" w:color="auto" w:fill="F9FBFD"/>
            <w:tcMar>
              <w:top w:w="70" w:type="dxa"/>
              <w:left w:w="100" w:type="dxa"/>
              <w:bottom w:w="70" w:type="dxa"/>
              <w:right w:w="100" w:type="dxa"/>
            </w:tcMar>
          </w:tcPr>
          <w:p w14:paraId="5482EC2E" w14:textId="37E8BCF6" w:rsidR="00BE0273" w:rsidRDefault="00BE0273" w:rsidP="00BE0273">
            <w:pPr>
              <w:spacing w:before="40" w:after="40"/>
              <w:rPr>
                <w:color w:val="141414"/>
                <w:sz w:val="19"/>
              </w:rPr>
            </w:pPr>
            <w:r>
              <w:rPr>
                <w:color w:val="141414"/>
                <w:sz w:val="19"/>
              </w:rPr>
              <w:t xml:space="preserve">[ Offense / </w:t>
            </w:r>
            <w:proofErr w:type="gramStart"/>
            <w:r>
              <w:rPr>
                <w:color w:val="141414"/>
                <w:sz w:val="19"/>
              </w:rPr>
              <w:t>Action ]</w:t>
            </w:r>
            <w:proofErr w:type="gramEnd"/>
          </w:p>
        </w:tc>
        <w:tc>
          <w:tcPr>
            <w:tcW w:w="1625" w:type="dxa"/>
            <w:shd w:val="clear" w:color="auto" w:fill="F9FBFD"/>
            <w:tcMar>
              <w:top w:w="70" w:type="dxa"/>
              <w:left w:w="100" w:type="dxa"/>
              <w:bottom w:w="70" w:type="dxa"/>
              <w:right w:w="100" w:type="dxa"/>
            </w:tcMar>
          </w:tcPr>
          <w:p w14:paraId="3DAB760E" w14:textId="76A5F1E5" w:rsidR="00BE0273" w:rsidRDefault="00BE0273" w:rsidP="00BE0273">
            <w:pPr>
              <w:spacing w:before="40" w:after="40"/>
              <w:rPr>
                <w:color w:val="141414"/>
                <w:sz w:val="19"/>
              </w:rPr>
            </w:pPr>
            <w:r>
              <w:rPr>
                <w:color w:val="141414"/>
                <w:sz w:val="19"/>
              </w:rPr>
              <w:t xml:space="preserve">[ </w:t>
            </w:r>
            <w:proofErr w:type="gramStart"/>
            <w:r>
              <w:rPr>
                <w:color w:val="141414"/>
                <w:sz w:val="19"/>
              </w:rPr>
              <w:t>Disposition ]</w:t>
            </w:r>
            <w:proofErr w:type="gramEnd"/>
          </w:p>
        </w:tc>
      </w:tr>
      <w:tr w:rsidR="00BE0273" w14:paraId="1EC35613" w14:textId="77777777" w:rsidTr="00BE0273">
        <w:trPr>
          <w:jc w:val="center"/>
        </w:trPr>
        <w:tc>
          <w:tcPr>
            <w:tcW w:w="1435" w:type="dxa"/>
            <w:shd w:val="clear" w:color="auto" w:fill="F9FBFD"/>
            <w:tcMar>
              <w:top w:w="70" w:type="dxa"/>
              <w:left w:w="100" w:type="dxa"/>
              <w:bottom w:w="70" w:type="dxa"/>
              <w:right w:w="100" w:type="dxa"/>
            </w:tcMar>
          </w:tcPr>
          <w:p w14:paraId="5D4C9402" w14:textId="717989A0" w:rsidR="00BE0273" w:rsidRDefault="00BE0273" w:rsidP="00BE0273">
            <w:pPr>
              <w:spacing w:before="40" w:after="40"/>
              <w:rPr>
                <w:color w:val="141414"/>
                <w:sz w:val="19"/>
              </w:rPr>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3690" w:type="dxa"/>
            <w:shd w:val="clear" w:color="auto" w:fill="F9FBFD"/>
            <w:tcMar>
              <w:top w:w="70" w:type="dxa"/>
              <w:left w:w="100" w:type="dxa"/>
              <w:bottom w:w="70" w:type="dxa"/>
              <w:right w:w="100" w:type="dxa"/>
            </w:tcMar>
          </w:tcPr>
          <w:p w14:paraId="5DD70158" w14:textId="5EA1BB5B" w:rsidR="00BE0273" w:rsidRDefault="00BE0273" w:rsidP="00BE0273">
            <w:pPr>
              <w:spacing w:before="40" w:after="40"/>
              <w:rPr>
                <w:color w:val="141414"/>
                <w:sz w:val="19"/>
              </w:rPr>
            </w:pPr>
            <w:r>
              <w:rPr>
                <w:color w:val="141414"/>
                <w:sz w:val="19"/>
              </w:rPr>
              <w:t xml:space="preserve">[ </w:t>
            </w:r>
            <w:proofErr w:type="gramStart"/>
            <w:r>
              <w:rPr>
                <w:color w:val="141414"/>
                <w:sz w:val="19"/>
              </w:rPr>
              <w:t>Location ]</w:t>
            </w:r>
            <w:proofErr w:type="gramEnd"/>
          </w:p>
        </w:tc>
        <w:tc>
          <w:tcPr>
            <w:tcW w:w="3330" w:type="dxa"/>
            <w:shd w:val="clear" w:color="auto" w:fill="F9FBFD"/>
            <w:tcMar>
              <w:top w:w="70" w:type="dxa"/>
              <w:left w:w="100" w:type="dxa"/>
              <w:bottom w:w="70" w:type="dxa"/>
              <w:right w:w="100" w:type="dxa"/>
            </w:tcMar>
          </w:tcPr>
          <w:p w14:paraId="1C5B6709" w14:textId="7D9D7230" w:rsidR="00BE0273" w:rsidRDefault="00BE0273" w:rsidP="00BE0273">
            <w:pPr>
              <w:spacing w:before="40" w:after="40"/>
              <w:rPr>
                <w:color w:val="141414"/>
                <w:sz w:val="19"/>
              </w:rPr>
            </w:pPr>
            <w:r>
              <w:rPr>
                <w:color w:val="141414"/>
                <w:sz w:val="19"/>
              </w:rPr>
              <w:t xml:space="preserve">[ Offense / </w:t>
            </w:r>
            <w:proofErr w:type="gramStart"/>
            <w:r>
              <w:rPr>
                <w:color w:val="141414"/>
                <w:sz w:val="19"/>
              </w:rPr>
              <w:t>Action ]</w:t>
            </w:r>
            <w:proofErr w:type="gramEnd"/>
          </w:p>
        </w:tc>
        <w:tc>
          <w:tcPr>
            <w:tcW w:w="1625" w:type="dxa"/>
            <w:shd w:val="clear" w:color="auto" w:fill="F9FBFD"/>
            <w:tcMar>
              <w:top w:w="70" w:type="dxa"/>
              <w:left w:w="100" w:type="dxa"/>
              <w:bottom w:w="70" w:type="dxa"/>
              <w:right w:w="100" w:type="dxa"/>
            </w:tcMar>
          </w:tcPr>
          <w:p w14:paraId="798C847B" w14:textId="1C329D5E" w:rsidR="00BE0273" w:rsidRDefault="00BE0273" w:rsidP="00BE0273">
            <w:pPr>
              <w:spacing w:before="40" w:after="40"/>
              <w:rPr>
                <w:color w:val="141414"/>
                <w:sz w:val="19"/>
              </w:rPr>
            </w:pPr>
            <w:r>
              <w:rPr>
                <w:color w:val="141414"/>
                <w:sz w:val="19"/>
              </w:rPr>
              <w:t xml:space="preserve">[ </w:t>
            </w:r>
            <w:proofErr w:type="gramStart"/>
            <w:r>
              <w:rPr>
                <w:color w:val="141414"/>
                <w:sz w:val="19"/>
              </w:rPr>
              <w:t>Disposition ]</w:t>
            </w:r>
            <w:proofErr w:type="gramEnd"/>
          </w:p>
        </w:tc>
      </w:tr>
    </w:tbl>
    <w:p w14:paraId="1F005DC1" w14:textId="77777777" w:rsidR="00AA3848" w:rsidRDefault="00AA3848">
      <w:pPr>
        <w:spacing w:after="120"/>
      </w:pPr>
    </w:p>
    <w:p w14:paraId="6C1979AC" w14:textId="77777777" w:rsidR="00AA3848" w:rsidRDefault="00407892">
      <w:pPr>
        <w:keepNext/>
        <w:spacing w:before="280" w:after="120"/>
      </w:pPr>
      <w:r>
        <w:rPr>
          <w:b/>
          <w:color w:val="1B365D"/>
          <w:sz w:val="26"/>
        </w:rPr>
        <w:t>SECTION 10: WITNESS / COMPLAINANT RECORD</w:t>
      </w:r>
    </w:p>
    <w:p w14:paraId="285D9D0B" w14:textId="77777777" w:rsidR="00AA3848" w:rsidRDefault="00407892">
      <w:r>
        <w:t>List all incidents in which you were a witness or complainant in a criminal case, administrative hearing, or grand jury:</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435"/>
        <w:gridCol w:w="3150"/>
        <w:gridCol w:w="2471"/>
        <w:gridCol w:w="3024"/>
      </w:tblGrid>
      <w:tr w:rsidR="00AA3848" w14:paraId="3578C0F2" w14:textId="77777777" w:rsidTr="00BE0273">
        <w:trPr>
          <w:jc w:val="center"/>
        </w:trPr>
        <w:tc>
          <w:tcPr>
            <w:tcW w:w="1435" w:type="dxa"/>
            <w:shd w:val="clear" w:color="auto" w:fill="1B365D"/>
            <w:tcMar>
              <w:top w:w="70" w:type="dxa"/>
              <w:left w:w="100" w:type="dxa"/>
              <w:bottom w:w="70" w:type="dxa"/>
              <w:right w:w="100" w:type="dxa"/>
            </w:tcMar>
          </w:tcPr>
          <w:p w14:paraId="2A5E75A8" w14:textId="77777777" w:rsidR="00AA3848" w:rsidRDefault="00407892">
            <w:pPr>
              <w:spacing w:before="40" w:after="40"/>
            </w:pPr>
            <w:r>
              <w:rPr>
                <w:b/>
                <w:color w:val="FFFFFF"/>
                <w:sz w:val="19"/>
              </w:rPr>
              <w:t>Date</w:t>
            </w:r>
          </w:p>
        </w:tc>
        <w:tc>
          <w:tcPr>
            <w:tcW w:w="3150" w:type="dxa"/>
            <w:shd w:val="clear" w:color="auto" w:fill="1B365D"/>
            <w:tcMar>
              <w:top w:w="70" w:type="dxa"/>
              <w:left w:w="100" w:type="dxa"/>
              <w:bottom w:w="70" w:type="dxa"/>
              <w:right w:w="100" w:type="dxa"/>
            </w:tcMar>
          </w:tcPr>
          <w:p w14:paraId="04D46C86" w14:textId="77777777" w:rsidR="00AA3848" w:rsidRDefault="00407892">
            <w:pPr>
              <w:spacing w:before="40" w:after="40"/>
            </w:pPr>
            <w:r>
              <w:rPr>
                <w:b/>
                <w:color w:val="FFFFFF"/>
                <w:sz w:val="19"/>
              </w:rPr>
              <w:t>Location</w:t>
            </w:r>
          </w:p>
        </w:tc>
        <w:tc>
          <w:tcPr>
            <w:tcW w:w="2471" w:type="dxa"/>
            <w:shd w:val="clear" w:color="auto" w:fill="1B365D"/>
            <w:tcMar>
              <w:top w:w="70" w:type="dxa"/>
              <w:left w:w="100" w:type="dxa"/>
              <w:bottom w:w="70" w:type="dxa"/>
              <w:right w:w="100" w:type="dxa"/>
            </w:tcMar>
          </w:tcPr>
          <w:p w14:paraId="645416E3" w14:textId="77777777" w:rsidR="00AA3848" w:rsidRDefault="00407892">
            <w:pPr>
              <w:spacing w:before="40" w:after="40"/>
            </w:pPr>
            <w:r>
              <w:rPr>
                <w:b/>
                <w:color w:val="FFFFFF"/>
                <w:sz w:val="19"/>
              </w:rPr>
              <w:t>Court or Agency</w:t>
            </w:r>
          </w:p>
        </w:tc>
        <w:tc>
          <w:tcPr>
            <w:tcW w:w="3024" w:type="dxa"/>
            <w:shd w:val="clear" w:color="auto" w:fill="1B365D"/>
            <w:tcMar>
              <w:top w:w="70" w:type="dxa"/>
              <w:left w:w="100" w:type="dxa"/>
              <w:bottom w:w="70" w:type="dxa"/>
              <w:right w:w="100" w:type="dxa"/>
            </w:tcMar>
          </w:tcPr>
          <w:p w14:paraId="08FEE3E0" w14:textId="77777777" w:rsidR="00AA3848" w:rsidRDefault="00407892">
            <w:pPr>
              <w:spacing w:before="40" w:after="40"/>
            </w:pPr>
            <w:r>
              <w:rPr>
                <w:b/>
                <w:color w:val="FFFFFF"/>
                <w:sz w:val="19"/>
              </w:rPr>
              <w:t>Purpose &amp; Your Involvement</w:t>
            </w:r>
          </w:p>
        </w:tc>
      </w:tr>
      <w:tr w:rsidR="00AA3848" w14:paraId="39B2255B" w14:textId="77777777" w:rsidTr="00BE0273">
        <w:trPr>
          <w:jc w:val="center"/>
        </w:trPr>
        <w:tc>
          <w:tcPr>
            <w:tcW w:w="1435" w:type="dxa"/>
            <w:shd w:val="clear" w:color="auto" w:fill="FFFFFF"/>
            <w:tcMar>
              <w:top w:w="70" w:type="dxa"/>
              <w:left w:w="100" w:type="dxa"/>
              <w:bottom w:w="70" w:type="dxa"/>
              <w:right w:w="100" w:type="dxa"/>
            </w:tcMar>
          </w:tcPr>
          <w:p w14:paraId="748EE312"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3150" w:type="dxa"/>
            <w:shd w:val="clear" w:color="auto" w:fill="FFFFFF"/>
            <w:tcMar>
              <w:top w:w="70" w:type="dxa"/>
              <w:left w:w="100" w:type="dxa"/>
              <w:bottom w:w="70" w:type="dxa"/>
              <w:right w:w="100" w:type="dxa"/>
            </w:tcMar>
          </w:tcPr>
          <w:p w14:paraId="28AA1D9B" w14:textId="77777777" w:rsidR="00AA3848" w:rsidRDefault="00407892">
            <w:pPr>
              <w:spacing w:before="40" w:after="40"/>
            </w:pPr>
            <w:r>
              <w:rPr>
                <w:color w:val="141414"/>
                <w:sz w:val="19"/>
              </w:rPr>
              <w:t xml:space="preserve">[ </w:t>
            </w:r>
            <w:proofErr w:type="gramStart"/>
            <w:r>
              <w:rPr>
                <w:color w:val="141414"/>
                <w:sz w:val="19"/>
              </w:rPr>
              <w:t>Location ]</w:t>
            </w:r>
            <w:proofErr w:type="gramEnd"/>
          </w:p>
        </w:tc>
        <w:tc>
          <w:tcPr>
            <w:tcW w:w="2471" w:type="dxa"/>
            <w:shd w:val="clear" w:color="auto" w:fill="FFFFFF"/>
            <w:tcMar>
              <w:top w:w="70" w:type="dxa"/>
              <w:left w:w="100" w:type="dxa"/>
              <w:bottom w:w="70" w:type="dxa"/>
              <w:right w:w="100" w:type="dxa"/>
            </w:tcMar>
          </w:tcPr>
          <w:p w14:paraId="213E84B9" w14:textId="77777777" w:rsidR="00AA3848" w:rsidRDefault="00407892">
            <w:pPr>
              <w:spacing w:before="40" w:after="40"/>
            </w:pPr>
            <w:r>
              <w:rPr>
                <w:color w:val="141414"/>
                <w:sz w:val="19"/>
              </w:rPr>
              <w:t xml:space="preserve">[ Court / </w:t>
            </w:r>
            <w:proofErr w:type="gramStart"/>
            <w:r>
              <w:rPr>
                <w:color w:val="141414"/>
                <w:sz w:val="19"/>
              </w:rPr>
              <w:t>Agency ]</w:t>
            </w:r>
            <w:proofErr w:type="gramEnd"/>
          </w:p>
        </w:tc>
        <w:tc>
          <w:tcPr>
            <w:tcW w:w="3024" w:type="dxa"/>
            <w:shd w:val="clear" w:color="auto" w:fill="FFFFFF"/>
            <w:tcMar>
              <w:top w:w="70" w:type="dxa"/>
              <w:left w:w="100" w:type="dxa"/>
              <w:bottom w:w="70" w:type="dxa"/>
              <w:right w:w="100" w:type="dxa"/>
            </w:tcMar>
          </w:tcPr>
          <w:p w14:paraId="767676A2" w14:textId="77777777" w:rsidR="00AA3848" w:rsidRDefault="00407892">
            <w:pPr>
              <w:spacing w:before="40" w:after="40"/>
            </w:pPr>
            <w:r>
              <w:rPr>
                <w:color w:val="141414"/>
                <w:sz w:val="19"/>
              </w:rPr>
              <w:t xml:space="preserve">[ Purpose &amp; </w:t>
            </w:r>
            <w:proofErr w:type="gramStart"/>
            <w:r>
              <w:rPr>
                <w:color w:val="141414"/>
                <w:sz w:val="19"/>
              </w:rPr>
              <w:t>Involvement ]</w:t>
            </w:r>
            <w:proofErr w:type="gramEnd"/>
          </w:p>
        </w:tc>
      </w:tr>
      <w:tr w:rsidR="00AA3848" w14:paraId="03AEE643" w14:textId="77777777" w:rsidTr="00BE0273">
        <w:trPr>
          <w:jc w:val="center"/>
        </w:trPr>
        <w:tc>
          <w:tcPr>
            <w:tcW w:w="1435" w:type="dxa"/>
            <w:shd w:val="clear" w:color="auto" w:fill="F9FBFD"/>
            <w:tcMar>
              <w:top w:w="70" w:type="dxa"/>
              <w:left w:w="100" w:type="dxa"/>
              <w:bottom w:w="70" w:type="dxa"/>
              <w:right w:w="100" w:type="dxa"/>
            </w:tcMar>
          </w:tcPr>
          <w:p w14:paraId="024FDB52"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3150" w:type="dxa"/>
            <w:shd w:val="clear" w:color="auto" w:fill="F9FBFD"/>
            <w:tcMar>
              <w:top w:w="70" w:type="dxa"/>
              <w:left w:w="100" w:type="dxa"/>
              <w:bottom w:w="70" w:type="dxa"/>
              <w:right w:w="100" w:type="dxa"/>
            </w:tcMar>
          </w:tcPr>
          <w:p w14:paraId="4C9D824D" w14:textId="77777777" w:rsidR="00AA3848" w:rsidRDefault="00407892">
            <w:pPr>
              <w:spacing w:before="40" w:after="40"/>
            </w:pPr>
            <w:r>
              <w:rPr>
                <w:color w:val="141414"/>
                <w:sz w:val="19"/>
              </w:rPr>
              <w:t xml:space="preserve">[ </w:t>
            </w:r>
            <w:proofErr w:type="gramStart"/>
            <w:r>
              <w:rPr>
                <w:color w:val="141414"/>
                <w:sz w:val="19"/>
              </w:rPr>
              <w:t>Location ]</w:t>
            </w:r>
            <w:proofErr w:type="gramEnd"/>
          </w:p>
        </w:tc>
        <w:tc>
          <w:tcPr>
            <w:tcW w:w="2471" w:type="dxa"/>
            <w:shd w:val="clear" w:color="auto" w:fill="F9FBFD"/>
            <w:tcMar>
              <w:top w:w="70" w:type="dxa"/>
              <w:left w:w="100" w:type="dxa"/>
              <w:bottom w:w="70" w:type="dxa"/>
              <w:right w:w="100" w:type="dxa"/>
            </w:tcMar>
          </w:tcPr>
          <w:p w14:paraId="519C8F94" w14:textId="77777777" w:rsidR="00AA3848" w:rsidRDefault="00407892">
            <w:pPr>
              <w:spacing w:before="40" w:after="40"/>
            </w:pPr>
            <w:r>
              <w:rPr>
                <w:color w:val="141414"/>
                <w:sz w:val="19"/>
              </w:rPr>
              <w:t xml:space="preserve">[ Court / </w:t>
            </w:r>
            <w:proofErr w:type="gramStart"/>
            <w:r>
              <w:rPr>
                <w:color w:val="141414"/>
                <w:sz w:val="19"/>
              </w:rPr>
              <w:t>Agency ]</w:t>
            </w:r>
            <w:proofErr w:type="gramEnd"/>
          </w:p>
        </w:tc>
        <w:tc>
          <w:tcPr>
            <w:tcW w:w="3024" w:type="dxa"/>
            <w:shd w:val="clear" w:color="auto" w:fill="F9FBFD"/>
            <w:tcMar>
              <w:top w:w="70" w:type="dxa"/>
              <w:left w:w="100" w:type="dxa"/>
              <w:bottom w:w="70" w:type="dxa"/>
              <w:right w:w="100" w:type="dxa"/>
            </w:tcMar>
          </w:tcPr>
          <w:p w14:paraId="7E3CF5CE" w14:textId="77777777" w:rsidR="00AA3848" w:rsidRDefault="00407892">
            <w:pPr>
              <w:spacing w:before="40" w:after="40"/>
            </w:pPr>
            <w:r>
              <w:rPr>
                <w:color w:val="141414"/>
                <w:sz w:val="19"/>
              </w:rPr>
              <w:t xml:space="preserve">[ Purpose &amp; </w:t>
            </w:r>
            <w:proofErr w:type="gramStart"/>
            <w:r>
              <w:rPr>
                <w:color w:val="141414"/>
                <w:sz w:val="19"/>
              </w:rPr>
              <w:t>Involvement ]</w:t>
            </w:r>
            <w:proofErr w:type="gramEnd"/>
          </w:p>
        </w:tc>
      </w:tr>
      <w:tr w:rsidR="00BE0273" w14:paraId="0B2A42B3" w14:textId="77777777" w:rsidTr="00BE0273">
        <w:trPr>
          <w:jc w:val="center"/>
        </w:trPr>
        <w:tc>
          <w:tcPr>
            <w:tcW w:w="1435" w:type="dxa"/>
            <w:shd w:val="clear" w:color="auto" w:fill="F9FBFD"/>
            <w:tcMar>
              <w:top w:w="70" w:type="dxa"/>
              <w:left w:w="100" w:type="dxa"/>
              <w:bottom w:w="70" w:type="dxa"/>
              <w:right w:w="100" w:type="dxa"/>
            </w:tcMar>
          </w:tcPr>
          <w:p w14:paraId="7AFA08F1" w14:textId="4ACE0A39" w:rsidR="00BE0273" w:rsidRDefault="00BE0273" w:rsidP="00BE0273">
            <w:pPr>
              <w:spacing w:before="40" w:after="40"/>
              <w:rPr>
                <w:color w:val="141414"/>
                <w:sz w:val="19"/>
              </w:rPr>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3150" w:type="dxa"/>
            <w:shd w:val="clear" w:color="auto" w:fill="F9FBFD"/>
            <w:tcMar>
              <w:top w:w="70" w:type="dxa"/>
              <w:left w:w="100" w:type="dxa"/>
              <w:bottom w:w="70" w:type="dxa"/>
              <w:right w:w="100" w:type="dxa"/>
            </w:tcMar>
          </w:tcPr>
          <w:p w14:paraId="6535F963" w14:textId="5D6AFB61" w:rsidR="00BE0273" w:rsidRDefault="00BE0273" w:rsidP="00BE0273">
            <w:pPr>
              <w:spacing w:before="40" w:after="40"/>
              <w:rPr>
                <w:color w:val="141414"/>
                <w:sz w:val="19"/>
              </w:rPr>
            </w:pPr>
            <w:r>
              <w:rPr>
                <w:color w:val="141414"/>
                <w:sz w:val="19"/>
              </w:rPr>
              <w:t xml:space="preserve">[ </w:t>
            </w:r>
            <w:proofErr w:type="gramStart"/>
            <w:r>
              <w:rPr>
                <w:color w:val="141414"/>
                <w:sz w:val="19"/>
              </w:rPr>
              <w:t>Location ]</w:t>
            </w:r>
            <w:proofErr w:type="gramEnd"/>
          </w:p>
        </w:tc>
        <w:tc>
          <w:tcPr>
            <w:tcW w:w="2471" w:type="dxa"/>
            <w:shd w:val="clear" w:color="auto" w:fill="F9FBFD"/>
            <w:tcMar>
              <w:top w:w="70" w:type="dxa"/>
              <w:left w:w="100" w:type="dxa"/>
              <w:bottom w:w="70" w:type="dxa"/>
              <w:right w:w="100" w:type="dxa"/>
            </w:tcMar>
          </w:tcPr>
          <w:p w14:paraId="62AD4446" w14:textId="6C3AADCC" w:rsidR="00BE0273" w:rsidRDefault="00BE0273" w:rsidP="00BE0273">
            <w:pPr>
              <w:spacing w:before="40" w:after="40"/>
              <w:rPr>
                <w:color w:val="141414"/>
                <w:sz w:val="19"/>
              </w:rPr>
            </w:pPr>
            <w:r>
              <w:rPr>
                <w:color w:val="141414"/>
                <w:sz w:val="19"/>
              </w:rPr>
              <w:t xml:space="preserve">[ Court / </w:t>
            </w:r>
            <w:proofErr w:type="gramStart"/>
            <w:r>
              <w:rPr>
                <w:color w:val="141414"/>
                <w:sz w:val="19"/>
              </w:rPr>
              <w:t>Agency ]</w:t>
            </w:r>
            <w:proofErr w:type="gramEnd"/>
          </w:p>
        </w:tc>
        <w:tc>
          <w:tcPr>
            <w:tcW w:w="3024" w:type="dxa"/>
            <w:shd w:val="clear" w:color="auto" w:fill="F9FBFD"/>
            <w:tcMar>
              <w:top w:w="70" w:type="dxa"/>
              <w:left w:w="100" w:type="dxa"/>
              <w:bottom w:w="70" w:type="dxa"/>
              <w:right w:w="100" w:type="dxa"/>
            </w:tcMar>
          </w:tcPr>
          <w:p w14:paraId="2C210E31" w14:textId="222A6B17" w:rsidR="00BE0273" w:rsidRDefault="00BE0273" w:rsidP="00BE0273">
            <w:pPr>
              <w:spacing w:before="40" w:after="40"/>
              <w:rPr>
                <w:color w:val="141414"/>
                <w:sz w:val="19"/>
              </w:rPr>
            </w:pPr>
            <w:r>
              <w:rPr>
                <w:color w:val="141414"/>
                <w:sz w:val="19"/>
              </w:rPr>
              <w:t xml:space="preserve">[ Purpose &amp; </w:t>
            </w:r>
            <w:proofErr w:type="gramStart"/>
            <w:r>
              <w:rPr>
                <w:color w:val="141414"/>
                <w:sz w:val="19"/>
              </w:rPr>
              <w:t>Involvement ]</w:t>
            </w:r>
            <w:proofErr w:type="gramEnd"/>
          </w:p>
        </w:tc>
      </w:tr>
      <w:tr w:rsidR="00BE0273" w14:paraId="1DA3D6A2" w14:textId="77777777" w:rsidTr="00BE0273">
        <w:trPr>
          <w:jc w:val="center"/>
        </w:trPr>
        <w:tc>
          <w:tcPr>
            <w:tcW w:w="1435" w:type="dxa"/>
            <w:shd w:val="clear" w:color="auto" w:fill="F9FBFD"/>
            <w:tcMar>
              <w:top w:w="70" w:type="dxa"/>
              <w:left w:w="100" w:type="dxa"/>
              <w:bottom w:w="70" w:type="dxa"/>
              <w:right w:w="100" w:type="dxa"/>
            </w:tcMar>
          </w:tcPr>
          <w:p w14:paraId="36D4D6F4" w14:textId="0C9D455A" w:rsidR="00BE0273" w:rsidRDefault="00BE0273" w:rsidP="00BE0273">
            <w:pPr>
              <w:spacing w:before="40" w:after="40"/>
              <w:rPr>
                <w:color w:val="141414"/>
                <w:sz w:val="19"/>
              </w:rPr>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3150" w:type="dxa"/>
            <w:shd w:val="clear" w:color="auto" w:fill="F9FBFD"/>
            <w:tcMar>
              <w:top w:w="70" w:type="dxa"/>
              <w:left w:w="100" w:type="dxa"/>
              <w:bottom w:w="70" w:type="dxa"/>
              <w:right w:w="100" w:type="dxa"/>
            </w:tcMar>
          </w:tcPr>
          <w:p w14:paraId="1E470E1B" w14:textId="087A4299" w:rsidR="00BE0273" w:rsidRDefault="00BE0273" w:rsidP="00BE0273">
            <w:pPr>
              <w:spacing w:before="40" w:after="40"/>
              <w:rPr>
                <w:color w:val="141414"/>
                <w:sz w:val="19"/>
              </w:rPr>
            </w:pPr>
            <w:r>
              <w:rPr>
                <w:color w:val="141414"/>
                <w:sz w:val="19"/>
              </w:rPr>
              <w:t xml:space="preserve">[ </w:t>
            </w:r>
            <w:proofErr w:type="gramStart"/>
            <w:r>
              <w:rPr>
                <w:color w:val="141414"/>
                <w:sz w:val="19"/>
              </w:rPr>
              <w:t>Location ]</w:t>
            </w:r>
            <w:proofErr w:type="gramEnd"/>
          </w:p>
        </w:tc>
        <w:tc>
          <w:tcPr>
            <w:tcW w:w="2471" w:type="dxa"/>
            <w:shd w:val="clear" w:color="auto" w:fill="F9FBFD"/>
            <w:tcMar>
              <w:top w:w="70" w:type="dxa"/>
              <w:left w:w="100" w:type="dxa"/>
              <w:bottom w:w="70" w:type="dxa"/>
              <w:right w:w="100" w:type="dxa"/>
            </w:tcMar>
          </w:tcPr>
          <w:p w14:paraId="26F4F5E1" w14:textId="5559A433" w:rsidR="00BE0273" w:rsidRDefault="00BE0273" w:rsidP="00BE0273">
            <w:pPr>
              <w:spacing w:before="40" w:after="40"/>
              <w:rPr>
                <w:color w:val="141414"/>
                <w:sz w:val="19"/>
              </w:rPr>
            </w:pPr>
            <w:r>
              <w:rPr>
                <w:color w:val="141414"/>
                <w:sz w:val="19"/>
              </w:rPr>
              <w:t xml:space="preserve">[ Court / </w:t>
            </w:r>
            <w:proofErr w:type="gramStart"/>
            <w:r>
              <w:rPr>
                <w:color w:val="141414"/>
                <w:sz w:val="19"/>
              </w:rPr>
              <w:t>Agency ]</w:t>
            </w:r>
            <w:proofErr w:type="gramEnd"/>
          </w:p>
        </w:tc>
        <w:tc>
          <w:tcPr>
            <w:tcW w:w="3024" w:type="dxa"/>
            <w:shd w:val="clear" w:color="auto" w:fill="F9FBFD"/>
            <w:tcMar>
              <w:top w:w="70" w:type="dxa"/>
              <w:left w:w="100" w:type="dxa"/>
              <w:bottom w:w="70" w:type="dxa"/>
              <w:right w:w="100" w:type="dxa"/>
            </w:tcMar>
          </w:tcPr>
          <w:p w14:paraId="1E898AF0" w14:textId="6AFD1057" w:rsidR="00BE0273" w:rsidRDefault="00BE0273" w:rsidP="00BE0273">
            <w:pPr>
              <w:spacing w:before="40" w:after="40"/>
              <w:rPr>
                <w:color w:val="141414"/>
                <w:sz w:val="19"/>
              </w:rPr>
            </w:pPr>
            <w:r>
              <w:rPr>
                <w:color w:val="141414"/>
                <w:sz w:val="19"/>
              </w:rPr>
              <w:t xml:space="preserve">[ Purpose &amp; </w:t>
            </w:r>
            <w:proofErr w:type="gramStart"/>
            <w:r>
              <w:rPr>
                <w:color w:val="141414"/>
                <w:sz w:val="19"/>
              </w:rPr>
              <w:t>Involvement ]</w:t>
            </w:r>
            <w:proofErr w:type="gramEnd"/>
          </w:p>
        </w:tc>
      </w:tr>
    </w:tbl>
    <w:p w14:paraId="67C446B8" w14:textId="77777777" w:rsidR="00AA3848" w:rsidRDefault="00AA3848">
      <w:pPr>
        <w:spacing w:after="120"/>
      </w:pPr>
    </w:p>
    <w:p w14:paraId="7878147E" w14:textId="77777777" w:rsidR="00BE0273" w:rsidRDefault="00BE0273">
      <w:pPr>
        <w:keepNext/>
        <w:spacing w:before="280" w:after="120"/>
        <w:rPr>
          <w:b/>
          <w:color w:val="1B365D"/>
          <w:sz w:val="26"/>
        </w:rPr>
      </w:pPr>
      <w:r>
        <w:rPr>
          <w:b/>
          <w:color w:val="1B365D"/>
          <w:sz w:val="26"/>
        </w:rPr>
        <w:br w:type="page"/>
      </w:r>
    </w:p>
    <w:p w14:paraId="6FD9EB64" w14:textId="0A1F93DC" w:rsidR="00AA3848" w:rsidRDefault="00407892">
      <w:pPr>
        <w:keepNext/>
        <w:spacing w:before="280" w:after="120"/>
      </w:pPr>
      <w:r>
        <w:rPr>
          <w:b/>
          <w:color w:val="1B365D"/>
          <w:sz w:val="26"/>
        </w:rPr>
        <w:lastRenderedPageBreak/>
        <w:t>SECTION 11: DRIVER'S LICENSE AND TRAFFIC HISTORY</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600"/>
        <w:gridCol w:w="6480"/>
      </w:tblGrid>
      <w:tr w:rsidR="00AA3848" w14:paraId="0A00F61C" w14:textId="77777777">
        <w:trPr>
          <w:jc w:val="center"/>
        </w:trPr>
        <w:tc>
          <w:tcPr>
            <w:tcW w:w="3600" w:type="dxa"/>
            <w:shd w:val="clear" w:color="auto" w:fill="1B365D"/>
            <w:tcMar>
              <w:top w:w="70" w:type="dxa"/>
              <w:left w:w="100" w:type="dxa"/>
              <w:bottom w:w="70" w:type="dxa"/>
              <w:right w:w="100" w:type="dxa"/>
            </w:tcMar>
          </w:tcPr>
          <w:p w14:paraId="16284069" w14:textId="08520931" w:rsidR="00AA3848" w:rsidRDefault="00FA3DE9">
            <w:pPr>
              <w:spacing w:before="40" w:after="40"/>
            </w:pPr>
            <w:r>
              <w:rPr>
                <w:b/>
                <w:color w:val="FFFFFF"/>
                <w:sz w:val="19"/>
              </w:rPr>
              <w:t xml:space="preserve">11.1.1 </w:t>
            </w:r>
            <w:r w:rsidR="00407892">
              <w:rPr>
                <w:b/>
                <w:color w:val="FFFFFF"/>
                <w:sz w:val="19"/>
              </w:rPr>
              <w:t>Alabama Driver's License Info</w:t>
            </w:r>
          </w:p>
        </w:tc>
        <w:tc>
          <w:tcPr>
            <w:tcW w:w="6480" w:type="dxa"/>
            <w:shd w:val="clear" w:color="auto" w:fill="1B365D"/>
            <w:tcMar>
              <w:top w:w="70" w:type="dxa"/>
              <w:left w:w="100" w:type="dxa"/>
              <w:bottom w:w="70" w:type="dxa"/>
              <w:right w:w="100" w:type="dxa"/>
            </w:tcMar>
          </w:tcPr>
          <w:p w14:paraId="213BB0F9" w14:textId="77777777" w:rsidR="00AA3848" w:rsidRDefault="00407892">
            <w:pPr>
              <w:spacing w:before="40" w:after="40"/>
            </w:pPr>
            <w:r>
              <w:rPr>
                <w:b/>
                <w:color w:val="FFFFFF"/>
                <w:sz w:val="19"/>
              </w:rPr>
              <w:t>Details</w:t>
            </w:r>
          </w:p>
        </w:tc>
      </w:tr>
      <w:tr w:rsidR="00AA3848" w14:paraId="6866CD25" w14:textId="77777777">
        <w:trPr>
          <w:jc w:val="center"/>
        </w:trPr>
        <w:tc>
          <w:tcPr>
            <w:tcW w:w="3600" w:type="dxa"/>
            <w:shd w:val="clear" w:color="auto" w:fill="FFFFFF"/>
            <w:tcMar>
              <w:top w:w="70" w:type="dxa"/>
              <w:left w:w="100" w:type="dxa"/>
              <w:bottom w:w="70" w:type="dxa"/>
              <w:right w:w="100" w:type="dxa"/>
            </w:tcMar>
          </w:tcPr>
          <w:p w14:paraId="61EE45BE" w14:textId="77777777" w:rsidR="00AA3848" w:rsidRDefault="00407892">
            <w:pPr>
              <w:spacing w:before="40" w:after="40"/>
            </w:pPr>
            <w:r>
              <w:rPr>
                <w:color w:val="141414"/>
                <w:sz w:val="19"/>
              </w:rPr>
              <w:t>Do you possess a valid State of Alabama Driver's License?</w:t>
            </w:r>
          </w:p>
        </w:tc>
        <w:tc>
          <w:tcPr>
            <w:tcW w:w="6480" w:type="dxa"/>
            <w:shd w:val="clear" w:color="auto" w:fill="FFFFFF"/>
            <w:tcMar>
              <w:top w:w="70" w:type="dxa"/>
              <w:left w:w="100" w:type="dxa"/>
              <w:bottom w:w="70" w:type="dxa"/>
              <w:right w:w="100" w:type="dxa"/>
            </w:tcMar>
          </w:tcPr>
          <w:p w14:paraId="0CF6855C"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0CA1CF11" w14:textId="77777777">
        <w:trPr>
          <w:jc w:val="center"/>
        </w:trPr>
        <w:tc>
          <w:tcPr>
            <w:tcW w:w="3600" w:type="dxa"/>
            <w:shd w:val="clear" w:color="auto" w:fill="F9FBFD"/>
            <w:tcMar>
              <w:top w:w="70" w:type="dxa"/>
              <w:left w:w="100" w:type="dxa"/>
              <w:bottom w:w="70" w:type="dxa"/>
              <w:right w:w="100" w:type="dxa"/>
            </w:tcMar>
          </w:tcPr>
          <w:p w14:paraId="4AD90385" w14:textId="77777777" w:rsidR="00AA3848" w:rsidRDefault="00407892">
            <w:pPr>
              <w:spacing w:before="40" w:after="40"/>
            </w:pPr>
            <w:r>
              <w:rPr>
                <w:color w:val="141414"/>
                <w:sz w:val="19"/>
              </w:rPr>
              <w:t>License Number / Issue / Exp / Restrictions:</w:t>
            </w:r>
          </w:p>
        </w:tc>
        <w:tc>
          <w:tcPr>
            <w:tcW w:w="6480" w:type="dxa"/>
            <w:shd w:val="clear" w:color="auto" w:fill="F9FBFD"/>
            <w:tcMar>
              <w:top w:w="70" w:type="dxa"/>
              <w:left w:w="100" w:type="dxa"/>
              <w:bottom w:w="70" w:type="dxa"/>
              <w:right w:w="100" w:type="dxa"/>
            </w:tcMar>
          </w:tcPr>
          <w:p w14:paraId="0268E18F" w14:textId="77777777" w:rsidR="00AA3848" w:rsidRDefault="00407892">
            <w:pPr>
              <w:spacing w:before="40" w:after="40"/>
            </w:pPr>
            <w:r>
              <w:rPr>
                <w:color w:val="141414"/>
                <w:sz w:val="19"/>
              </w:rPr>
              <w:t xml:space="preserve">No: [            </w:t>
            </w:r>
            <w:proofErr w:type="gramStart"/>
            <w:r>
              <w:rPr>
                <w:color w:val="141414"/>
                <w:sz w:val="19"/>
              </w:rPr>
              <w:t xml:space="preserve">  ]</w:t>
            </w:r>
            <w:proofErr w:type="gramEnd"/>
            <w:r>
              <w:rPr>
                <w:color w:val="141414"/>
                <w:sz w:val="19"/>
              </w:rPr>
              <w:t xml:space="preserve">  Issued: [          ]  Exp: [          ]</w:t>
            </w:r>
            <w:r>
              <w:rPr>
                <w:color w:val="141414"/>
                <w:sz w:val="19"/>
              </w:rPr>
              <w:br/>
              <w:t>Restrictions: [                                                  ]</w:t>
            </w:r>
          </w:p>
        </w:tc>
      </w:tr>
    </w:tbl>
    <w:p w14:paraId="369187C9" w14:textId="77777777" w:rsidR="00AA3848" w:rsidRDefault="00AA3848">
      <w:pPr>
        <w:spacing w:after="120"/>
      </w:pPr>
    </w:p>
    <w:p w14:paraId="0812F4DE" w14:textId="77777777" w:rsidR="00AA3848" w:rsidRDefault="00407892">
      <w:r>
        <w:t>Out of State Driver's Licenses Issued Previously:</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168"/>
        <w:gridCol w:w="2304"/>
        <w:gridCol w:w="2448"/>
      </w:tblGrid>
      <w:tr w:rsidR="00AA3848" w14:paraId="6DE6B942" w14:textId="77777777">
        <w:trPr>
          <w:jc w:val="center"/>
        </w:trPr>
        <w:tc>
          <w:tcPr>
            <w:tcW w:w="2160" w:type="dxa"/>
            <w:shd w:val="clear" w:color="auto" w:fill="1B365D"/>
            <w:tcMar>
              <w:top w:w="70" w:type="dxa"/>
              <w:left w:w="100" w:type="dxa"/>
              <w:bottom w:w="70" w:type="dxa"/>
              <w:right w:w="100" w:type="dxa"/>
            </w:tcMar>
          </w:tcPr>
          <w:p w14:paraId="5A489E72" w14:textId="2DBB95D6" w:rsidR="00AA3848" w:rsidRDefault="00FA3DE9">
            <w:pPr>
              <w:spacing w:before="40" w:after="40"/>
            </w:pPr>
            <w:r>
              <w:rPr>
                <w:b/>
                <w:color w:val="FFFFFF"/>
                <w:sz w:val="19"/>
              </w:rPr>
              <w:t xml:space="preserve">11.2.1 </w:t>
            </w:r>
            <w:r w:rsidR="00407892">
              <w:rPr>
                <w:b/>
                <w:color w:val="FFFFFF"/>
                <w:sz w:val="19"/>
              </w:rPr>
              <w:t>Issuing State</w:t>
            </w:r>
          </w:p>
        </w:tc>
        <w:tc>
          <w:tcPr>
            <w:tcW w:w="3168" w:type="dxa"/>
            <w:shd w:val="clear" w:color="auto" w:fill="1B365D"/>
            <w:tcMar>
              <w:top w:w="70" w:type="dxa"/>
              <w:left w:w="100" w:type="dxa"/>
              <w:bottom w:w="70" w:type="dxa"/>
              <w:right w:w="100" w:type="dxa"/>
            </w:tcMar>
          </w:tcPr>
          <w:p w14:paraId="2EF3654A" w14:textId="77777777" w:rsidR="00AA3848" w:rsidRDefault="00407892">
            <w:pPr>
              <w:spacing w:before="40" w:after="40"/>
            </w:pPr>
            <w:r>
              <w:rPr>
                <w:b/>
                <w:color w:val="FFFFFF"/>
                <w:sz w:val="19"/>
              </w:rPr>
              <w:t>License Number</w:t>
            </w:r>
          </w:p>
        </w:tc>
        <w:tc>
          <w:tcPr>
            <w:tcW w:w="2304" w:type="dxa"/>
            <w:shd w:val="clear" w:color="auto" w:fill="1B365D"/>
            <w:tcMar>
              <w:top w:w="70" w:type="dxa"/>
              <w:left w:w="100" w:type="dxa"/>
              <w:bottom w:w="70" w:type="dxa"/>
              <w:right w:w="100" w:type="dxa"/>
            </w:tcMar>
          </w:tcPr>
          <w:p w14:paraId="4A81949C" w14:textId="77777777" w:rsidR="00AA3848" w:rsidRDefault="00407892">
            <w:pPr>
              <w:spacing w:before="40" w:after="40"/>
            </w:pPr>
            <w:r>
              <w:rPr>
                <w:b/>
                <w:color w:val="FFFFFF"/>
                <w:sz w:val="19"/>
              </w:rPr>
              <w:t>Date Issued</w:t>
            </w:r>
          </w:p>
        </w:tc>
        <w:tc>
          <w:tcPr>
            <w:tcW w:w="2448" w:type="dxa"/>
            <w:shd w:val="clear" w:color="auto" w:fill="1B365D"/>
            <w:tcMar>
              <w:top w:w="70" w:type="dxa"/>
              <w:left w:w="100" w:type="dxa"/>
              <w:bottom w:w="70" w:type="dxa"/>
              <w:right w:w="100" w:type="dxa"/>
            </w:tcMar>
          </w:tcPr>
          <w:p w14:paraId="682EFE82" w14:textId="77777777" w:rsidR="00AA3848" w:rsidRDefault="00407892">
            <w:pPr>
              <w:spacing w:before="40" w:after="40"/>
            </w:pPr>
            <w:r>
              <w:rPr>
                <w:b/>
                <w:color w:val="FFFFFF"/>
                <w:sz w:val="19"/>
              </w:rPr>
              <w:t>Expiration Date</w:t>
            </w:r>
          </w:p>
        </w:tc>
      </w:tr>
      <w:tr w:rsidR="00AA3848" w14:paraId="288FA351" w14:textId="77777777">
        <w:trPr>
          <w:jc w:val="center"/>
        </w:trPr>
        <w:tc>
          <w:tcPr>
            <w:tcW w:w="2160" w:type="dxa"/>
            <w:shd w:val="clear" w:color="auto" w:fill="FFFFFF"/>
            <w:tcMar>
              <w:top w:w="70" w:type="dxa"/>
              <w:left w:w="100" w:type="dxa"/>
              <w:bottom w:w="70" w:type="dxa"/>
              <w:right w:w="100" w:type="dxa"/>
            </w:tcMar>
          </w:tcPr>
          <w:p w14:paraId="475E18BB" w14:textId="77777777" w:rsidR="00AA3848" w:rsidRDefault="00407892">
            <w:pPr>
              <w:spacing w:before="40" w:after="40"/>
            </w:pPr>
            <w:r>
              <w:rPr>
                <w:color w:val="141414"/>
                <w:sz w:val="19"/>
              </w:rPr>
              <w:t xml:space="preserve">[ </w:t>
            </w:r>
            <w:proofErr w:type="gramStart"/>
            <w:r>
              <w:rPr>
                <w:color w:val="141414"/>
                <w:sz w:val="19"/>
              </w:rPr>
              <w:t>State ]</w:t>
            </w:r>
            <w:proofErr w:type="gramEnd"/>
          </w:p>
        </w:tc>
        <w:tc>
          <w:tcPr>
            <w:tcW w:w="3168" w:type="dxa"/>
            <w:shd w:val="clear" w:color="auto" w:fill="FFFFFF"/>
            <w:tcMar>
              <w:top w:w="70" w:type="dxa"/>
              <w:left w:w="100" w:type="dxa"/>
              <w:bottom w:w="70" w:type="dxa"/>
              <w:right w:w="100" w:type="dxa"/>
            </w:tcMar>
          </w:tcPr>
          <w:p w14:paraId="7FE78C3B" w14:textId="77777777" w:rsidR="00AA3848" w:rsidRDefault="00407892">
            <w:pPr>
              <w:spacing w:before="40" w:after="40"/>
            </w:pPr>
            <w:r>
              <w:rPr>
                <w:color w:val="141414"/>
                <w:sz w:val="19"/>
              </w:rPr>
              <w:t xml:space="preserve">[ License </w:t>
            </w:r>
            <w:proofErr w:type="gramStart"/>
            <w:r>
              <w:rPr>
                <w:color w:val="141414"/>
                <w:sz w:val="19"/>
              </w:rPr>
              <w:t>Number ]</w:t>
            </w:r>
            <w:proofErr w:type="gramEnd"/>
          </w:p>
        </w:tc>
        <w:tc>
          <w:tcPr>
            <w:tcW w:w="2304" w:type="dxa"/>
            <w:shd w:val="clear" w:color="auto" w:fill="FFFFFF"/>
            <w:tcMar>
              <w:top w:w="70" w:type="dxa"/>
              <w:left w:w="100" w:type="dxa"/>
              <w:bottom w:w="70" w:type="dxa"/>
              <w:right w:w="100" w:type="dxa"/>
            </w:tcMar>
          </w:tcPr>
          <w:p w14:paraId="70FBAC84" w14:textId="77777777" w:rsidR="00AA3848" w:rsidRDefault="00407892">
            <w:pPr>
              <w:spacing w:before="40" w:after="40"/>
            </w:pPr>
            <w:r>
              <w:rPr>
                <w:color w:val="141414"/>
                <w:sz w:val="19"/>
              </w:rPr>
              <w:t>[ MM/DD/</w:t>
            </w:r>
            <w:proofErr w:type="spellStart"/>
            <w:proofErr w:type="gramStart"/>
            <w:r>
              <w:rPr>
                <w:color w:val="141414"/>
                <w:sz w:val="19"/>
              </w:rPr>
              <w:t>YYYY</w:t>
            </w:r>
            <w:proofErr w:type="spellEnd"/>
            <w:r>
              <w:rPr>
                <w:color w:val="141414"/>
                <w:sz w:val="19"/>
              </w:rPr>
              <w:t xml:space="preserve"> ]</w:t>
            </w:r>
            <w:proofErr w:type="gramEnd"/>
          </w:p>
        </w:tc>
        <w:tc>
          <w:tcPr>
            <w:tcW w:w="2448" w:type="dxa"/>
            <w:shd w:val="clear" w:color="auto" w:fill="FFFFFF"/>
            <w:tcMar>
              <w:top w:w="70" w:type="dxa"/>
              <w:left w:w="100" w:type="dxa"/>
              <w:bottom w:w="70" w:type="dxa"/>
              <w:right w:w="100" w:type="dxa"/>
            </w:tcMar>
          </w:tcPr>
          <w:p w14:paraId="0216322D" w14:textId="77777777" w:rsidR="00AA3848" w:rsidRDefault="00407892">
            <w:pPr>
              <w:spacing w:before="40" w:after="40"/>
            </w:pPr>
            <w:r>
              <w:rPr>
                <w:color w:val="141414"/>
                <w:sz w:val="19"/>
              </w:rPr>
              <w:t>[ MM/DD/</w:t>
            </w:r>
            <w:proofErr w:type="spellStart"/>
            <w:proofErr w:type="gramStart"/>
            <w:r>
              <w:rPr>
                <w:color w:val="141414"/>
                <w:sz w:val="19"/>
              </w:rPr>
              <w:t>YYYY</w:t>
            </w:r>
            <w:proofErr w:type="spellEnd"/>
            <w:r>
              <w:rPr>
                <w:color w:val="141414"/>
                <w:sz w:val="19"/>
              </w:rPr>
              <w:t xml:space="preserve"> ]</w:t>
            </w:r>
            <w:proofErr w:type="gramEnd"/>
          </w:p>
        </w:tc>
      </w:tr>
      <w:tr w:rsidR="00AA3848" w14:paraId="199E7C64" w14:textId="77777777">
        <w:trPr>
          <w:jc w:val="center"/>
        </w:trPr>
        <w:tc>
          <w:tcPr>
            <w:tcW w:w="2160" w:type="dxa"/>
            <w:shd w:val="clear" w:color="auto" w:fill="F9FBFD"/>
            <w:tcMar>
              <w:top w:w="70" w:type="dxa"/>
              <w:left w:w="100" w:type="dxa"/>
              <w:bottom w:w="70" w:type="dxa"/>
              <w:right w:w="100" w:type="dxa"/>
            </w:tcMar>
          </w:tcPr>
          <w:p w14:paraId="29793265" w14:textId="77777777" w:rsidR="00AA3848" w:rsidRDefault="00407892">
            <w:pPr>
              <w:spacing w:before="40" w:after="40"/>
            </w:pPr>
            <w:r>
              <w:rPr>
                <w:color w:val="141414"/>
                <w:sz w:val="19"/>
              </w:rPr>
              <w:t xml:space="preserve">[ </w:t>
            </w:r>
            <w:proofErr w:type="gramStart"/>
            <w:r>
              <w:rPr>
                <w:color w:val="141414"/>
                <w:sz w:val="19"/>
              </w:rPr>
              <w:t>State ]</w:t>
            </w:r>
            <w:proofErr w:type="gramEnd"/>
          </w:p>
        </w:tc>
        <w:tc>
          <w:tcPr>
            <w:tcW w:w="3168" w:type="dxa"/>
            <w:shd w:val="clear" w:color="auto" w:fill="F9FBFD"/>
            <w:tcMar>
              <w:top w:w="70" w:type="dxa"/>
              <w:left w:w="100" w:type="dxa"/>
              <w:bottom w:w="70" w:type="dxa"/>
              <w:right w:w="100" w:type="dxa"/>
            </w:tcMar>
          </w:tcPr>
          <w:p w14:paraId="298F209D" w14:textId="77777777" w:rsidR="00AA3848" w:rsidRDefault="00407892">
            <w:pPr>
              <w:spacing w:before="40" w:after="40"/>
            </w:pPr>
            <w:r>
              <w:rPr>
                <w:color w:val="141414"/>
                <w:sz w:val="19"/>
              </w:rPr>
              <w:t xml:space="preserve">[ License </w:t>
            </w:r>
            <w:proofErr w:type="gramStart"/>
            <w:r>
              <w:rPr>
                <w:color w:val="141414"/>
                <w:sz w:val="19"/>
              </w:rPr>
              <w:t>Number ]</w:t>
            </w:r>
            <w:proofErr w:type="gramEnd"/>
          </w:p>
        </w:tc>
        <w:tc>
          <w:tcPr>
            <w:tcW w:w="2304" w:type="dxa"/>
            <w:shd w:val="clear" w:color="auto" w:fill="F9FBFD"/>
            <w:tcMar>
              <w:top w:w="70" w:type="dxa"/>
              <w:left w:w="100" w:type="dxa"/>
              <w:bottom w:w="70" w:type="dxa"/>
              <w:right w:w="100" w:type="dxa"/>
            </w:tcMar>
          </w:tcPr>
          <w:p w14:paraId="72E2EB4B" w14:textId="77777777" w:rsidR="00AA3848" w:rsidRDefault="00407892">
            <w:pPr>
              <w:spacing w:before="40" w:after="40"/>
            </w:pPr>
            <w:r>
              <w:rPr>
                <w:color w:val="141414"/>
                <w:sz w:val="19"/>
              </w:rPr>
              <w:t>[ MM/DD/</w:t>
            </w:r>
            <w:proofErr w:type="spellStart"/>
            <w:proofErr w:type="gramStart"/>
            <w:r>
              <w:rPr>
                <w:color w:val="141414"/>
                <w:sz w:val="19"/>
              </w:rPr>
              <w:t>YYYY</w:t>
            </w:r>
            <w:proofErr w:type="spellEnd"/>
            <w:r>
              <w:rPr>
                <w:color w:val="141414"/>
                <w:sz w:val="19"/>
              </w:rPr>
              <w:t xml:space="preserve"> ]</w:t>
            </w:r>
            <w:proofErr w:type="gramEnd"/>
          </w:p>
        </w:tc>
        <w:tc>
          <w:tcPr>
            <w:tcW w:w="2448" w:type="dxa"/>
            <w:shd w:val="clear" w:color="auto" w:fill="F9FBFD"/>
            <w:tcMar>
              <w:top w:w="70" w:type="dxa"/>
              <w:left w:w="100" w:type="dxa"/>
              <w:bottom w:w="70" w:type="dxa"/>
              <w:right w:w="100" w:type="dxa"/>
            </w:tcMar>
          </w:tcPr>
          <w:p w14:paraId="0669884C" w14:textId="77777777" w:rsidR="00AA3848" w:rsidRDefault="00407892">
            <w:pPr>
              <w:spacing w:before="40" w:after="40"/>
            </w:pPr>
            <w:r>
              <w:rPr>
                <w:color w:val="141414"/>
                <w:sz w:val="19"/>
              </w:rPr>
              <w:t>[ MM/DD/</w:t>
            </w:r>
            <w:proofErr w:type="spellStart"/>
            <w:proofErr w:type="gramStart"/>
            <w:r>
              <w:rPr>
                <w:color w:val="141414"/>
                <w:sz w:val="19"/>
              </w:rPr>
              <w:t>YYYY</w:t>
            </w:r>
            <w:proofErr w:type="spellEnd"/>
            <w:r>
              <w:rPr>
                <w:color w:val="141414"/>
                <w:sz w:val="19"/>
              </w:rPr>
              <w:t xml:space="preserve"> ]</w:t>
            </w:r>
            <w:proofErr w:type="gramEnd"/>
          </w:p>
        </w:tc>
      </w:tr>
    </w:tbl>
    <w:p w14:paraId="7016C551" w14:textId="77777777" w:rsidR="00AA3848" w:rsidRDefault="00AA3848">
      <w:pPr>
        <w:spacing w:after="120"/>
      </w:pPr>
    </w:p>
    <w:p w14:paraId="349CAF16" w14:textId="77777777" w:rsidR="00AA3848" w:rsidRDefault="00407892">
      <w:r>
        <w:t>License Suspensions, Revocations, or Cancellations:</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728"/>
        <w:gridCol w:w="1872"/>
        <w:gridCol w:w="6480"/>
      </w:tblGrid>
      <w:tr w:rsidR="00AA3848" w14:paraId="365E9C0A" w14:textId="77777777">
        <w:trPr>
          <w:jc w:val="center"/>
        </w:trPr>
        <w:tc>
          <w:tcPr>
            <w:tcW w:w="1728" w:type="dxa"/>
            <w:shd w:val="clear" w:color="auto" w:fill="1B365D"/>
            <w:tcMar>
              <w:top w:w="70" w:type="dxa"/>
              <w:left w:w="100" w:type="dxa"/>
              <w:bottom w:w="70" w:type="dxa"/>
              <w:right w:w="100" w:type="dxa"/>
            </w:tcMar>
          </w:tcPr>
          <w:p w14:paraId="79F59FCD" w14:textId="6DB063B0" w:rsidR="00AA3848" w:rsidRDefault="00FA3DE9">
            <w:pPr>
              <w:spacing w:before="40" w:after="40"/>
            </w:pPr>
            <w:r>
              <w:rPr>
                <w:b/>
                <w:color w:val="FFFFFF"/>
                <w:sz w:val="19"/>
              </w:rPr>
              <w:t xml:space="preserve">11.3.1 </w:t>
            </w:r>
            <w:r w:rsidR="00407892">
              <w:rPr>
                <w:b/>
                <w:color w:val="FFFFFF"/>
                <w:sz w:val="19"/>
              </w:rPr>
              <w:t>Date</w:t>
            </w:r>
          </w:p>
        </w:tc>
        <w:tc>
          <w:tcPr>
            <w:tcW w:w="1872" w:type="dxa"/>
            <w:shd w:val="clear" w:color="auto" w:fill="1B365D"/>
            <w:tcMar>
              <w:top w:w="70" w:type="dxa"/>
              <w:left w:w="100" w:type="dxa"/>
              <w:bottom w:w="70" w:type="dxa"/>
              <w:right w:w="100" w:type="dxa"/>
            </w:tcMar>
          </w:tcPr>
          <w:p w14:paraId="5F00803E" w14:textId="77777777" w:rsidR="00AA3848" w:rsidRDefault="00407892">
            <w:pPr>
              <w:spacing w:before="40" w:after="40"/>
            </w:pPr>
            <w:r>
              <w:rPr>
                <w:b/>
                <w:color w:val="FFFFFF"/>
                <w:sz w:val="19"/>
              </w:rPr>
              <w:t>State</w:t>
            </w:r>
          </w:p>
        </w:tc>
        <w:tc>
          <w:tcPr>
            <w:tcW w:w="6480" w:type="dxa"/>
            <w:shd w:val="clear" w:color="auto" w:fill="1B365D"/>
            <w:tcMar>
              <w:top w:w="70" w:type="dxa"/>
              <w:left w:w="100" w:type="dxa"/>
              <w:bottom w:w="70" w:type="dxa"/>
              <w:right w:w="100" w:type="dxa"/>
            </w:tcMar>
          </w:tcPr>
          <w:p w14:paraId="3144C5A2" w14:textId="77777777" w:rsidR="00AA3848" w:rsidRDefault="00407892">
            <w:pPr>
              <w:spacing w:before="40" w:after="40"/>
            </w:pPr>
            <w:r>
              <w:rPr>
                <w:b/>
                <w:color w:val="FFFFFF"/>
                <w:sz w:val="19"/>
              </w:rPr>
              <w:t>Reason for Suspension / Revocation</w:t>
            </w:r>
          </w:p>
        </w:tc>
      </w:tr>
      <w:tr w:rsidR="00AA3848" w14:paraId="482E75A3" w14:textId="77777777">
        <w:trPr>
          <w:jc w:val="center"/>
        </w:trPr>
        <w:tc>
          <w:tcPr>
            <w:tcW w:w="1728" w:type="dxa"/>
            <w:shd w:val="clear" w:color="auto" w:fill="FFFFFF"/>
            <w:tcMar>
              <w:top w:w="70" w:type="dxa"/>
              <w:left w:w="100" w:type="dxa"/>
              <w:bottom w:w="70" w:type="dxa"/>
              <w:right w:w="100" w:type="dxa"/>
            </w:tcMar>
          </w:tcPr>
          <w:p w14:paraId="6694EA59"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1872" w:type="dxa"/>
            <w:shd w:val="clear" w:color="auto" w:fill="FFFFFF"/>
            <w:tcMar>
              <w:top w:w="70" w:type="dxa"/>
              <w:left w:w="100" w:type="dxa"/>
              <w:bottom w:w="70" w:type="dxa"/>
              <w:right w:w="100" w:type="dxa"/>
            </w:tcMar>
          </w:tcPr>
          <w:p w14:paraId="79EF3371" w14:textId="77777777" w:rsidR="00AA3848" w:rsidRDefault="00407892">
            <w:pPr>
              <w:spacing w:before="40" w:after="40"/>
            </w:pPr>
            <w:r>
              <w:rPr>
                <w:color w:val="141414"/>
                <w:sz w:val="19"/>
              </w:rPr>
              <w:t xml:space="preserve">[ </w:t>
            </w:r>
            <w:proofErr w:type="gramStart"/>
            <w:r>
              <w:rPr>
                <w:color w:val="141414"/>
                <w:sz w:val="19"/>
              </w:rPr>
              <w:t>State ]</w:t>
            </w:r>
            <w:proofErr w:type="gramEnd"/>
          </w:p>
        </w:tc>
        <w:tc>
          <w:tcPr>
            <w:tcW w:w="6480" w:type="dxa"/>
            <w:shd w:val="clear" w:color="auto" w:fill="FFFFFF"/>
            <w:tcMar>
              <w:top w:w="70" w:type="dxa"/>
              <w:left w:w="100" w:type="dxa"/>
              <w:bottom w:w="70" w:type="dxa"/>
              <w:right w:w="100" w:type="dxa"/>
            </w:tcMar>
          </w:tcPr>
          <w:p w14:paraId="68957175" w14:textId="77777777" w:rsidR="00AA3848" w:rsidRDefault="00407892">
            <w:pPr>
              <w:spacing w:before="40" w:after="40"/>
            </w:pPr>
            <w:r>
              <w:rPr>
                <w:color w:val="141414"/>
                <w:sz w:val="19"/>
              </w:rPr>
              <w:t>[ Reason or N/</w:t>
            </w:r>
            <w:proofErr w:type="gramStart"/>
            <w:r>
              <w:rPr>
                <w:color w:val="141414"/>
                <w:sz w:val="19"/>
              </w:rPr>
              <w:t>A ]</w:t>
            </w:r>
            <w:proofErr w:type="gramEnd"/>
          </w:p>
        </w:tc>
      </w:tr>
      <w:tr w:rsidR="00AA3848" w14:paraId="40D0488A" w14:textId="77777777">
        <w:trPr>
          <w:jc w:val="center"/>
        </w:trPr>
        <w:tc>
          <w:tcPr>
            <w:tcW w:w="1728" w:type="dxa"/>
            <w:shd w:val="clear" w:color="auto" w:fill="F9FBFD"/>
            <w:tcMar>
              <w:top w:w="70" w:type="dxa"/>
              <w:left w:w="100" w:type="dxa"/>
              <w:bottom w:w="70" w:type="dxa"/>
              <w:right w:w="100" w:type="dxa"/>
            </w:tcMar>
          </w:tcPr>
          <w:p w14:paraId="3963C9C7"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1872" w:type="dxa"/>
            <w:shd w:val="clear" w:color="auto" w:fill="F9FBFD"/>
            <w:tcMar>
              <w:top w:w="70" w:type="dxa"/>
              <w:left w:w="100" w:type="dxa"/>
              <w:bottom w:w="70" w:type="dxa"/>
              <w:right w:w="100" w:type="dxa"/>
            </w:tcMar>
          </w:tcPr>
          <w:p w14:paraId="4440AFC9" w14:textId="77777777" w:rsidR="00AA3848" w:rsidRDefault="00407892">
            <w:pPr>
              <w:spacing w:before="40" w:after="40"/>
            </w:pPr>
            <w:r>
              <w:rPr>
                <w:color w:val="141414"/>
                <w:sz w:val="19"/>
              </w:rPr>
              <w:t xml:space="preserve">[ </w:t>
            </w:r>
            <w:proofErr w:type="gramStart"/>
            <w:r>
              <w:rPr>
                <w:color w:val="141414"/>
                <w:sz w:val="19"/>
              </w:rPr>
              <w:t>State ]</w:t>
            </w:r>
            <w:proofErr w:type="gramEnd"/>
          </w:p>
        </w:tc>
        <w:tc>
          <w:tcPr>
            <w:tcW w:w="6480" w:type="dxa"/>
            <w:shd w:val="clear" w:color="auto" w:fill="F9FBFD"/>
            <w:tcMar>
              <w:top w:w="70" w:type="dxa"/>
              <w:left w:w="100" w:type="dxa"/>
              <w:bottom w:w="70" w:type="dxa"/>
              <w:right w:w="100" w:type="dxa"/>
            </w:tcMar>
          </w:tcPr>
          <w:p w14:paraId="00A4795B" w14:textId="77777777" w:rsidR="00AA3848" w:rsidRDefault="00407892">
            <w:pPr>
              <w:spacing w:before="40" w:after="40"/>
            </w:pPr>
            <w:r>
              <w:rPr>
                <w:color w:val="141414"/>
                <w:sz w:val="19"/>
              </w:rPr>
              <w:t>[ Reason or N/</w:t>
            </w:r>
            <w:proofErr w:type="gramStart"/>
            <w:r>
              <w:rPr>
                <w:color w:val="141414"/>
                <w:sz w:val="19"/>
              </w:rPr>
              <w:t>A ]</w:t>
            </w:r>
            <w:proofErr w:type="gramEnd"/>
          </w:p>
        </w:tc>
      </w:tr>
    </w:tbl>
    <w:p w14:paraId="117B9D9E" w14:textId="77777777" w:rsidR="00AA3848" w:rsidRDefault="00AA3848">
      <w:pPr>
        <w:spacing w:after="120"/>
      </w:pPr>
    </w:p>
    <w:p w14:paraId="4E5A8047" w14:textId="77777777" w:rsidR="00AA3848" w:rsidRDefault="00407892">
      <w:r>
        <w:t>List all traffic citations received in any state in the last 3 years (Must provide copy of citation and disposition):</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584"/>
        <w:gridCol w:w="2160"/>
        <w:gridCol w:w="2016"/>
        <w:gridCol w:w="2160"/>
        <w:gridCol w:w="2160"/>
      </w:tblGrid>
      <w:tr w:rsidR="00AA3848" w14:paraId="735F1692" w14:textId="77777777" w:rsidTr="00FA3DE9">
        <w:trPr>
          <w:jc w:val="center"/>
        </w:trPr>
        <w:tc>
          <w:tcPr>
            <w:tcW w:w="1584" w:type="dxa"/>
            <w:shd w:val="clear" w:color="auto" w:fill="1B365D"/>
            <w:tcMar>
              <w:top w:w="70" w:type="dxa"/>
              <w:left w:w="100" w:type="dxa"/>
              <w:bottom w:w="70" w:type="dxa"/>
              <w:right w:w="100" w:type="dxa"/>
            </w:tcMar>
          </w:tcPr>
          <w:p w14:paraId="00F80162" w14:textId="042791B7" w:rsidR="00AA3848" w:rsidRDefault="00FA3DE9">
            <w:pPr>
              <w:spacing w:before="40" w:after="40"/>
            </w:pPr>
            <w:r>
              <w:rPr>
                <w:b/>
                <w:color w:val="FFFFFF"/>
                <w:sz w:val="19"/>
              </w:rPr>
              <w:t xml:space="preserve">11.4.1 </w:t>
            </w:r>
            <w:r w:rsidR="00407892">
              <w:rPr>
                <w:b/>
                <w:color w:val="FFFFFF"/>
                <w:sz w:val="19"/>
              </w:rPr>
              <w:t>Date</w:t>
            </w:r>
          </w:p>
        </w:tc>
        <w:tc>
          <w:tcPr>
            <w:tcW w:w="2160" w:type="dxa"/>
            <w:shd w:val="clear" w:color="auto" w:fill="1B365D"/>
            <w:tcMar>
              <w:top w:w="70" w:type="dxa"/>
              <w:left w:w="100" w:type="dxa"/>
              <w:bottom w:w="70" w:type="dxa"/>
              <w:right w:w="100" w:type="dxa"/>
            </w:tcMar>
          </w:tcPr>
          <w:p w14:paraId="4559BB0F" w14:textId="77777777" w:rsidR="00AA3848" w:rsidRDefault="00407892">
            <w:pPr>
              <w:spacing w:before="40" w:after="40"/>
            </w:pPr>
            <w:r>
              <w:rPr>
                <w:b/>
                <w:color w:val="FFFFFF"/>
                <w:sz w:val="19"/>
              </w:rPr>
              <w:t>Issuing Agency</w:t>
            </w:r>
          </w:p>
        </w:tc>
        <w:tc>
          <w:tcPr>
            <w:tcW w:w="2016" w:type="dxa"/>
            <w:shd w:val="clear" w:color="auto" w:fill="1B365D"/>
            <w:tcMar>
              <w:top w:w="70" w:type="dxa"/>
              <w:left w:w="100" w:type="dxa"/>
              <w:bottom w:w="70" w:type="dxa"/>
              <w:right w:w="100" w:type="dxa"/>
            </w:tcMar>
          </w:tcPr>
          <w:p w14:paraId="1E69F99B" w14:textId="77777777" w:rsidR="00AA3848" w:rsidRDefault="00407892">
            <w:pPr>
              <w:spacing w:before="40" w:after="40"/>
            </w:pPr>
            <w:r>
              <w:rPr>
                <w:b/>
                <w:color w:val="FFFFFF"/>
                <w:sz w:val="19"/>
              </w:rPr>
              <w:t>Location</w:t>
            </w:r>
          </w:p>
        </w:tc>
        <w:tc>
          <w:tcPr>
            <w:tcW w:w="2160" w:type="dxa"/>
            <w:shd w:val="clear" w:color="auto" w:fill="1B365D"/>
            <w:tcMar>
              <w:top w:w="70" w:type="dxa"/>
              <w:left w:w="100" w:type="dxa"/>
              <w:bottom w:w="70" w:type="dxa"/>
              <w:right w:w="100" w:type="dxa"/>
            </w:tcMar>
          </w:tcPr>
          <w:p w14:paraId="6299755D" w14:textId="77777777" w:rsidR="00AA3848" w:rsidRDefault="00407892">
            <w:pPr>
              <w:spacing w:before="40" w:after="40"/>
            </w:pPr>
            <w:r>
              <w:rPr>
                <w:b/>
                <w:color w:val="FFFFFF"/>
                <w:sz w:val="19"/>
              </w:rPr>
              <w:t>Violation Charged</w:t>
            </w:r>
          </w:p>
        </w:tc>
        <w:tc>
          <w:tcPr>
            <w:tcW w:w="2160" w:type="dxa"/>
            <w:shd w:val="clear" w:color="auto" w:fill="1B365D"/>
            <w:tcMar>
              <w:top w:w="70" w:type="dxa"/>
              <w:left w:w="100" w:type="dxa"/>
              <w:bottom w:w="70" w:type="dxa"/>
              <w:right w:w="100" w:type="dxa"/>
            </w:tcMar>
          </w:tcPr>
          <w:p w14:paraId="34386A9F" w14:textId="77777777" w:rsidR="00AA3848" w:rsidRDefault="00407892">
            <w:pPr>
              <w:spacing w:before="40" w:after="40"/>
            </w:pPr>
            <w:r>
              <w:rPr>
                <w:b/>
                <w:color w:val="FFFFFF"/>
                <w:sz w:val="19"/>
              </w:rPr>
              <w:t>Case Disposition</w:t>
            </w:r>
          </w:p>
        </w:tc>
      </w:tr>
      <w:tr w:rsidR="00AA3848" w14:paraId="24BB1AB3" w14:textId="77777777" w:rsidTr="00FA3DE9">
        <w:trPr>
          <w:jc w:val="center"/>
        </w:trPr>
        <w:tc>
          <w:tcPr>
            <w:tcW w:w="1584" w:type="dxa"/>
            <w:shd w:val="clear" w:color="auto" w:fill="FFFFFF"/>
            <w:tcMar>
              <w:top w:w="70" w:type="dxa"/>
              <w:left w:w="100" w:type="dxa"/>
              <w:bottom w:w="70" w:type="dxa"/>
              <w:right w:w="100" w:type="dxa"/>
            </w:tcMar>
          </w:tcPr>
          <w:p w14:paraId="21F1E3D0"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2160" w:type="dxa"/>
            <w:shd w:val="clear" w:color="auto" w:fill="FFFFFF"/>
            <w:tcMar>
              <w:top w:w="70" w:type="dxa"/>
              <w:left w:w="100" w:type="dxa"/>
              <w:bottom w:w="70" w:type="dxa"/>
              <w:right w:w="100" w:type="dxa"/>
            </w:tcMar>
          </w:tcPr>
          <w:p w14:paraId="57BD774E" w14:textId="77777777" w:rsidR="00AA3848" w:rsidRDefault="00407892">
            <w:pPr>
              <w:spacing w:before="40" w:after="40"/>
            </w:pPr>
            <w:r>
              <w:rPr>
                <w:color w:val="141414"/>
                <w:sz w:val="19"/>
              </w:rPr>
              <w:t xml:space="preserve">[ </w:t>
            </w:r>
            <w:proofErr w:type="gramStart"/>
            <w:r>
              <w:rPr>
                <w:color w:val="141414"/>
                <w:sz w:val="19"/>
              </w:rPr>
              <w:t>Agency ]</w:t>
            </w:r>
            <w:proofErr w:type="gramEnd"/>
          </w:p>
        </w:tc>
        <w:tc>
          <w:tcPr>
            <w:tcW w:w="2016" w:type="dxa"/>
            <w:shd w:val="clear" w:color="auto" w:fill="FFFFFF"/>
            <w:tcMar>
              <w:top w:w="70" w:type="dxa"/>
              <w:left w:w="100" w:type="dxa"/>
              <w:bottom w:w="70" w:type="dxa"/>
              <w:right w:w="100" w:type="dxa"/>
            </w:tcMar>
          </w:tcPr>
          <w:p w14:paraId="1A96D5E3" w14:textId="77777777" w:rsidR="00AA3848" w:rsidRDefault="00407892">
            <w:pPr>
              <w:spacing w:before="40" w:after="40"/>
            </w:pPr>
            <w:r>
              <w:rPr>
                <w:color w:val="141414"/>
                <w:sz w:val="19"/>
              </w:rPr>
              <w:t xml:space="preserve">[ </w:t>
            </w:r>
            <w:proofErr w:type="gramStart"/>
            <w:r>
              <w:rPr>
                <w:color w:val="141414"/>
                <w:sz w:val="19"/>
              </w:rPr>
              <w:t>Location ]</w:t>
            </w:r>
            <w:proofErr w:type="gramEnd"/>
          </w:p>
        </w:tc>
        <w:tc>
          <w:tcPr>
            <w:tcW w:w="2160" w:type="dxa"/>
            <w:shd w:val="clear" w:color="auto" w:fill="FFFFFF"/>
            <w:tcMar>
              <w:top w:w="70" w:type="dxa"/>
              <w:left w:w="100" w:type="dxa"/>
              <w:bottom w:w="70" w:type="dxa"/>
              <w:right w:w="100" w:type="dxa"/>
            </w:tcMar>
          </w:tcPr>
          <w:p w14:paraId="2798242F" w14:textId="77777777" w:rsidR="00AA3848" w:rsidRDefault="00407892">
            <w:pPr>
              <w:spacing w:before="40" w:after="40"/>
            </w:pPr>
            <w:r>
              <w:rPr>
                <w:color w:val="141414"/>
                <w:sz w:val="19"/>
              </w:rPr>
              <w:t xml:space="preserve">[ </w:t>
            </w:r>
            <w:proofErr w:type="gramStart"/>
            <w:r>
              <w:rPr>
                <w:color w:val="141414"/>
                <w:sz w:val="19"/>
              </w:rPr>
              <w:t>Violation ]</w:t>
            </w:r>
            <w:proofErr w:type="gramEnd"/>
          </w:p>
        </w:tc>
        <w:tc>
          <w:tcPr>
            <w:tcW w:w="2160" w:type="dxa"/>
            <w:shd w:val="clear" w:color="auto" w:fill="FFFFFF"/>
            <w:tcMar>
              <w:top w:w="70" w:type="dxa"/>
              <w:left w:w="100" w:type="dxa"/>
              <w:bottom w:w="70" w:type="dxa"/>
              <w:right w:w="100" w:type="dxa"/>
            </w:tcMar>
          </w:tcPr>
          <w:p w14:paraId="12B0D3D4" w14:textId="77777777" w:rsidR="00AA3848" w:rsidRDefault="00407892">
            <w:pPr>
              <w:spacing w:before="40" w:after="40"/>
            </w:pPr>
            <w:r>
              <w:rPr>
                <w:color w:val="141414"/>
                <w:sz w:val="19"/>
              </w:rPr>
              <w:t xml:space="preserve">[ </w:t>
            </w:r>
            <w:proofErr w:type="gramStart"/>
            <w:r>
              <w:rPr>
                <w:color w:val="141414"/>
                <w:sz w:val="19"/>
              </w:rPr>
              <w:t>Disposition ]</w:t>
            </w:r>
            <w:proofErr w:type="gramEnd"/>
          </w:p>
        </w:tc>
      </w:tr>
      <w:tr w:rsidR="00AA3848" w14:paraId="4AF571AA" w14:textId="77777777" w:rsidTr="00FA3DE9">
        <w:trPr>
          <w:jc w:val="center"/>
        </w:trPr>
        <w:tc>
          <w:tcPr>
            <w:tcW w:w="1584" w:type="dxa"/>
            <w:shd w:val="clear" w:color="auto" w:fill="F9FBFD"/>
            <w:tcMar>
              <w:top w:w="70" w:type="dxa"/>
              <w:left w:w="100" w:type="dxa"/>
              <w:bottom w:w="70" w:type="dxa"/>
              <w:right w:w="100" w:type="dxa"/>
            </w:tcMar>
          </w:tcPr>
          <w:p w14:paraId="38FBFEB9"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2160" w:type="dxa"/>
            <w:shd w:val="clear" w:color="auto" w:fill="F9FBFD"/>
            <w:tcMar>
              <w:top w:w="70" w:type="dxa"/>
              <w:left w:w="100" w:type="dxa"/>
              <w:bottom w:w="70" w:type="dxa"/>
              <w:right w:w="100" w:type="dxa"/>
            </w:tcMar>
          </w:tcPr>
          <w:p w14:paraId="3667D3CD" w14:textId="77777777" w:rsidR="00AA3848" w:rsidRDefault="00407892">
            <w:pPr>
              <w:spacing w:before="40" w:after="40"/>
            </w:pPr>
            <w:r>
              <w:rPr>
                <w:color w:val="141414"/>
                <w:sz w:val="19"/>
              </w:rPr>
              <w:t xml:space="preserve">[ </w:t>
            </w:r>
            <w:proofErr w:type="gramStart"/>
            <w:r>
              <w:rPr>
                <w:color w:val="141414"/>
                <w:sz w:val="19"/>
              </w:rPr>
              <w:t>Agency ]</w:t>
            </w:r>
            <w:proofErr w:type="gramEnd"/>
          </w:p>
        </w:tc>
        <w:tc>
          <w:tcPr>
            <w:tcW w:w="2016" w:type="dxa"/>
            <w:shd w:val="clear" w:color="auto" w:fill="F9FBFD"/>
            <w:tcMar>
              <w:top w:w="70" w:type="dxa"/>
              <w:left w:w="100" w:type="dxa"/>
              <w:bottom w:w="70" w:type="dxa"/>
              <w:right w:w="100" w:type="dxa"/>
            </w:tcMar>
          </w:tcPr>
          <w:p w14:paraId="48353C15" w14:textId="77777777" w:rsidR="00AA3848" w:rsidRDefault="00407892">
            <w:pPr>
              <w:spacing w:before="40" w:after="40"/>
            </w:pPr>
            <w:r>
              <w:rPr>
                <w:color w:val="141414"/>
                <w:sz w:val="19"/>
              </w:rPr>
              <w:t xml:space="preserve">[ </w:t>
            </w:r>
            <w:proofErr w:type="gramStart"/>
            <w:r>
              <w:rPr>
                <w:color w:val="141414"/>
                <w:sz w:val="19"/>
              </w:rPr>
              <w:t>Location ]</w:t>
            </w:r>
            <w:proofErr w:type="gramEnd"/>
          </w:p>
        </w:tc>
        <w:tc>
          <w:tcPr>
            <w:tcW w:w="2160" w:type="dxa"/>
            <w:shd w:val="clear" w:color="auto" w:fill="F9FBFD"/>
            <w:tcMar>
              <w:top w:w="70" w:type="dxa"/>
              <w:left w:w="100" w:type="dxa"/>
              <w:bottom w:w="70" w:type="dxa"/>
              <w:right w:w="100" w:type="dxa"/>
            </w:tcMar>
          </w:tcPr>
          <w:p w14:paraId="3D4EDEF3" w14:textId="77777777" w:rsidR="00AA3848" w:rsidRDefault="00407892">
            <w:pPr>
              <w:spacing w:before="40" w:after="40"/>
            </w:pPr>
            <w:r>
              <w:rPr>
                <w:color w:val="141414"/>
                <w:sz w:val="19"/>
              </w:rPr>
              <w:t xml:space="preserve">[ </w:t>
            </w:r>
            <w:proofErr w:type="gramStart"/>
            <w:r>
              <w:rPr>
                <w:color w:val="141414"/>
                <w:sz w:val="19"/>
              </w:rPr>
              <w:t>Violation ]</w:t>
            </w:r>
            <w:proofErr w:type="gramEnd"/>
          </w:p>
        </w:tc>
        <w:tc>
          <w:tcPr>
            <w:tcW w:w="2160" w:type="dxa"/>
            <w:shd w:val="clear" w:color="auto" w:fill="F9FBFD"/>
            <w:tcMar>
              <w:top w:w="70" w:type="dxa"/>
              <w:left w:w="100" w:type="dxa"/>
              <w:bottom w:w="70" w:type="dxa"/>
              <w:right w:w="100" w:type="dxa"/>
            </w:tcMar>
          </w:tcPr>
          <w:p w14:paraId="15CBEAA5" w14:textId="77777777" w:rsidR="00AA3848" w:rsidRDefault="00407892">
            <w:pPr>
              <w:spacing w:before="40" w:after="40"/>
            </w:pPr>
            <w:r>
              <w:rPr>
                <w:color w:val="141414"/>
                <w:sz w:val="19"/>
              </w:rPr>
              <w:t xml:space="preserve">[ </w:t>
            </w:r>
            <w:proofErr w:type="gramStart"/>
            <w:r>
              <w:rPr>
                <w:color w:val="141414"/>
                <w:sz w:val="19"/>
              </w:rPr>
              <w:t>Disposition ]</w:t>
            </w:r>
            <w:proofErr w:type="gramEnd"/>
          </w:p>
        </w:tc>
      </w:tr>
      <w:tr w:rsidR="00AA3848" w14:paraId="7B575E53" w14:textId="77777777" w:rsidTr="00FA3DE9">
        <w:trPr>
          <w:jc w:val="center"/>
        </w:trPr>
        <w:tc>
          <w:tcPr>
            <w:tcW w:w="1584" w:type="dxa"/>
            <w:shd w:val="clear" w:color="auto" w:fill="FFFFFF"/>
            <w:tcMar>
              <w:top w:w="70" w:type="dxa"/>
              <w:left w:w="100" w:type="dxa"/>
              <w:bottom w:w="70" w:type="dxa"/>
              <w:right w:w="100" w:type="dxa"/>
            </w:tcMar>
          </w:tcPr>
          <w:p w14:paraId="451669AA"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2160" w:type="dxa"/>
            <w:shd w:val="clear" w:color="auto" w:fill="FFFFFF"/>
            <w:tcMar>
              <w:top w:w="70" w:type="dxa"/>
              <w:left w:w="100" w:type="dxa"/>
              <w:bottom w:w="70" w:type="dxa"/>
              <w:right w:w="100" w:type="dxa"/>
            </w:tcMar>
          </w:tcPr>
          <w:p w14:paraId="07E06F9C" w14:textId="77777777" w:rsidR="00AA3848" w:rsidRDefault="00407892">
            <w:pPr>
              <w:spacing w:before="40" w:after="40"/>
            </w:pPr>
            <w:r>
              <w:rPr>
                <w:color w:val="141414"/>
                <w:sz w:val="19"/>
              </w:rPr>
              <w:t xml:space="preserve">[ </w:t>
            </w:r>
            <w:proofErr w:type="gramStart"/>
            <w:r>
              <w:rPr>
                <w:color w:val="141414"/>
                <w:sz w:val="19"/>
              </w:rPr>
              <w:t>Agency ]</w:t>
            </w:r>
            <w:proofErr w:type="gramEnd"/>
          </w:p>
        </w:tc>
        <w:tc>
          <w:tcPr>
            <w:tcW w:w="2016" w:type="dxa"/>
            <w:shd w:val="clear" w:color="auto" w:fill="FFFFFF"/>
            <w:tcMar>
              <w:top w:w="70" w:type="dxa"/>
              <w:left w:w="100" w:type="dxa"/>
              <w:bottom w:w="70" w:type="dxa"/>
              <w:right w:w="100" w:type="dxa"/>
            </w:tcMar>
          </w:tcPr>
          <w:p w14:paraId="482666C6" w14:textId="77777777" w:rsidR="00AA3848" w:rsidRDefault="00407892">
            <w:pPr>
              <w:spacing w:before="40" w:after="40"/>
            </w:pPr>
            <w:r>
              <w:rPr>
                <w:color w:val="141414"/>
                <w:sz w:val="19"/>
              </w:rPr>
              <w:t xml:space="preserve">[ </w:t>
            </w:r>
            <w:proofErr w:type="gramStart"/>
            <w:r>
              <w:rPr>
                <w:color w:val="141414"/>
                <w:sz w:val="19"/>
              </w:rPr>
              <w:t>Location ]</w:t>
            </w:r>
            <w:proofErr w:type="gramEnd"/>
          </w:p>
        </w:tc>
        <w:tc>
          <w:tcPr>
            <w:tcW w:w="2160" w:type="dxa"/>
            <w:shd w:val="clear" w:color="auto" w:fill="FFFFFF"/>
            <w:tcMar>
              <w:top w:w="70" w:type="dxa"/>
              <w:left w:w="100" w:type="dxa"/>
              <w:bottom w:w="70" w:type="dxa"/>
              <w:right w:w="100" w:type="dxa"/>
            </w:tcMar>
          </w:tcPr>
          <w:p w14:paraId="04418F21" w14:textId="77777777" w:rsidR="00AA3848" w:rsidRDefault="00407892">
            <w:pPr>
              <w:spacing w:before="40" w:after="40"/>
            </w:pPr>
            <w:r>
              <w:rPr>
                <w:color w:val="141414"/>
                <w:sz w:val="19"/>
              </w:rPr>
              <w:t xml:space="preserve">[ </w:t>
            </w:r>
            <w:proofErr w:type="gramStart"/>
            <w:r>
              <w:rPr>
                <w:color w:val="141414"/>
                <w:sz w:val="19"/>
              </w:rPr>
              <w:t>Violation ]</w:t>
            </w:r>
            <w:proofErr w:type="gramEnd"/>
          </w:p>
        </w:tc>
        <w:tc>
          <w:tcPr>
            <w:tcW w:w="2160" w:type="dxa"/>
            <w:shd w:val="clear" w:color="auto" w:fill="FFFFFF"/>
            <w:tcMar>
              <w:top w:w="70" w:type="dxa"/>
              <w:left w:w="100" w:type="dxa"/>
              <w:bottom w:w="70" w:type="dxa"/>
              <w:right w:w="100" w:type="dxa"/>
            </w:tcMar>
          </w:tcPr>
          <w:p w14:paraId="621C8641" w14:textId="77777777" w:rsidR="00AA3848" w:rsidRDefault="00407892">
            <w:pPr>
              <w:spacing w:before="40" w:after="40"/>
            </w:pPr>
            <w:r>
              <w:rPr>
                <w:color w:val="141414"/>
                <w:sz w:val="19"/>
              </w:rPr>
              <w:t xml:space="preserve">[ </w:t>
            </w:r>
            <w:proofErr w:type="gramStart"/>
            <w:r>
              <w:rPr>
                <w:color w:val="141414"/>
                <w:sz w:val="19"/>
              </w:rPr>
              <w:t>Disposition ]</w:t>
            </w:r>
            <w:proofErr w:type="gramEnd"/>
          </w:p>
        </w:tc>
      </w:tr>
      <w:tr w:rsidR="00FA3DE9" w14:paraId="3955CED8" w14:textId="77777777" w:rsidTr="00FA3DE9">
        <w:trPr>
          <w:jc w:val="center"/>
        </w:trPr>
        <w:tc>
          <w:tcPr>
            <w:tcW w:w="1584" w:type="dxa"/>
            <w:shd w:val="clear" w:color="auto" w:fill="FFFFFF"/>
            <w:tcMar>
              <w:top w:w="70" w:type="dxa"/>
              <w:left w:w="100" w:type="dxa"/>
              <w:bottom w:w="70" w:type="dxa"/>
              <w:right w:w="100" w:type="dxa"/>
            </w:tcMar>
          </w:tcPr>
          <w:p w14:paraId="180FA6D3" w14:textId="100163B5" w:rsidR="00FA3DE9" w:rsidRDefault="00FA3DE9" w:rsidP="00FA3DE9">
            <w:pPr>
              <w:spacing w:before="40" w:after="40"/>
              <w:rPr>
                <w:color w:val="141414"/>
                <w:sz w:val="19"/>
              </w:rPr>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2160" w:type="dxa"/>
            <w:shd w:val="clear" w:color="auto" w:fill="FFFFFF"/>
            <w:tcMar>
              <w:top w:w="70" w:type="dxa"/>
              <w:left w:w="100" w:type="dxa"/>
              <w:bottom w:w="70" w:type="dxa"/>
              <w:right w:w="100" w:type="dxa"/>
            </w:tcMar>
          </w:tcPr>
          <w:p w14:paraId="2B7FA334" w14:textId="205AD519" w:rsidR="00FA3DE9" w:rsidRDefault="00FA3DE9" w:rsidP="00FA3DE9">
            <w:pPr>
              <w:spacing w:before="40" w:after="40"/>
              <w:rPr>
                <w:color w:val="141414"/>
                <w:sz w:val="19"/>
              </w:rPr>
            </w:pPr>
            <w:r>
              <w:rPr>
                <w:color w:val="141414"/>
                <w:sz w:val="19"/>
              </w:rPr>
              <w:t xml:space="preserve">[ </w:t>
            </w:r>
            <w:proofErr w:type="gramStart"/>
            <w:r>
              <w:rPr>
                <w:color w:val="141414"/>
                <w:sz w:val="19"/>
              </w:rPr>
              <w:t>Agency ]</w:t>
            </w:r>
            <w:proofErr w:type="gramEnd"/>
          </w:p>
        </w:tc>
        <w:tc>
          <w:tcPr>
            <w:tcW w:w="2016" w:type="dxa"/>
            <w:shd w:val="clear" w:color="auto" w:fill="FFFFFF"/>
            <w:tcMar>
              <w:top w:w="70" w:type="dxa"/>
              <w:left w:w="100" w:type="dxa"/>
              <w:bottom w:w="70" w:type="dxa"/>
              <w:right w:w="100" w:type="dxa"/>
            </w:tcMar>
          </w:tcPr>
          <w:p w14:paraId="5AA4BE5B" w14:textId="57ADD85A" w:rsidR="00FA3DE9" w:rsidRDefault="00FA3DE9" w:rsidP="00FA3DE9">
            <w:pPr>
              <w:spacing w:before="40" w:after="40"/>
              <w:rPr>
                <w:color w:val="141414"/>
                <w:sz w:val="19"/>
              </w:rPr>
            </w:pPr>
            <w:r>
              <w:rPr>
                <w:color w:val="141414"/>
                <w:sz w:val="19"/>
              </w:rPr>
              <w:t xml:space="preserve">[ </w:t>
            </w:r>
            <w:proofErr w:type="gramStart"/>
            <w:r>
              <w:rPr>
                <w:color w:val="141414"/>
                <w:sz w:val="19"/>
              </w:rPr>
              <w:t>Location ]</w:t>
            </w:r>
            <w:proofErr w:type="gramEnd"/>
          </w:p>
        </w:tc>
        <w:tc>
          <w:tcPr>
            <w:tcW w:w="2160" w:type="dxa"/>
            <w:shd w:val="clear" w:color="auto" w:fill="FFFFFF"/>
            <w:tcMar>
              <w:top w:w="70" w:type="dxa"/>
              <w:left w:w="100" w:type="dxa"/>
              <w:bottom w:w="70" w:type="dxa"/>
              <w:right w:w="100" w:type="dxa"/>
            </w:tcMar>
          </w:tcPr>
          <w:p w14:paraId="7D27994C" w14:textId="4351DE58" w:rsidR="00FA3DE9" w:rsidRDefault="00FA3DE9" w:rsidP="00FA3DE9">
            <w:pPr>
              <w:spacing w:before="40" w:after="40"/>
              <w:rPr>
                <w:color w:val="141414"/>
                <w:sz w:val="19"/>
              </w:rPr>
            </w:pPr>
            <w:r>
              <w:rPr>
                <w:color w:val="141414"/>
                <w:sz w:val="19"/>
              </w:rPr>
              <w:t xml:space="preserve">[ </w:t>
            </w:r>
            <w:proofErr w:type="gramStart"/>
            <w:r>
              <w:rPr>
                <w:color w:val="141414"/>
                <w:sz w:val="19"/>
              </w:rPr>
              <w:t>Violation ]</w:t>
            </w:r>
            <w:proofErr w:type="gramEnd"/>
          </w:p>
        </w:tc>
        <w:tc>
          <w:tcPr>
            <w:tcW w:w="2160" w:type="dxa"/>
            <w:shd w:val="clear" w:color="auto" w:fill="FFFFFF"/>
            <w:tcMar>
              <w:top w:w="70" w:type="dxa"/>
              <w:left w:w="100" w:type="dxa"/>
              <w:bottom w:w="70" w:type="dxa"/>
              <w:right w:w="100" w:type="dxa"/>
            </w:tcMar>
          </w:tcPr>
          <w:p w14:paraId="7330FC8E" w14:textId="36CBB428" w:rsidR="00FA3DE9" w:rsidRDefault="00FA3DE9" w:rsidP="00FA3DE9">
            <w:pPr>
              <w:spacing w:before="40" w:after="40"/>
              <w:rPr>
                <w:color w:val="141414"/>
                <w:sz w:val="19"/>
              </w:rPr>
            </w:pPr>
            <w:r>
              <w:rPr>
                <w:color w:val="141414"/>
                <w:sz w:val="19"/>
              </w:rPr>
              <w:t xml:space="preserve">[ </w:t>
            </w:r>
            <w:proofErr w:type="gramStart"/>
            <w:r>
              <w:rPr>
                <w:color w:val="141414"/>
                <w:sz w:val="19"/>
              </w:rPr>
              <w:t>Disposition ]</w:t>
            </w:r>
            <w:proofErr w:type="gramEnd"/>
          </w:p>
        </w:tc>
      </w:tr>
      <w:tr w:rsidR="00FA3DE9" w14:paraId="55C9A751" w14:textId="77777777" w:rsidTr="00FA3DE9">
        <w:trPr>
          <w:jc w:val="center"/>
        </w:trPr>
        <w:tc>
          <w:tcPr>
            <w:tcW w:w="1584" w:type="dxa"/>
            <w:shd w:val="clear" w:color="auto" w:fill="FFFFFF"/>
            <w:tcMar>
              <w:top w:w="70" w:type="dxa"/>
              <w:left w:w="100" w:type="dxa"/>
              <w:bottom w:w="70" w:type="dxa"/>
              <w:right w:w="100" w:type="dxa"/>
            </w:tcMar>
          </w:tcPr>
          <w:p w14:paraId="2040FCD5" w14:textId="21ECA3F5" w:rsidR="00FA3DE9" w:rsidRDefault="00FA3DE9" w:rsidP="00FA3DE9">
            <w:pPr>
              <w:spacing w:before="40" w:after="40"/>
              <w:rPr>
                <w:color w:val="141414"/>
                <w:sz w:val="19"/>
              </w:rPr>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2160" w:type="dxa"/>
            <w:shd w:val="clear" w:color="auto" w:fill="FFFFFF"/>
            <w:tcMar>
              <w:top w:w="70" w:type="dxa"/>
              <w:left w:w="100" w:type="dxa"/>
              <w:bottom w:w="70" w:type="dxa"/>
              <w:right w:w="100" w:type="dxa"/>
            </w:tcMar>
          </w:tcPr>
          <w:p w14:paraId="78304779" w14:textId="0E5AC034" w:rsidR="00FA3DE9" w:rsidRDefault="00FA3DE9" w:rsidP="00FA3DE9">
            <w:pPr>
              <w:spacing w:before="40" w:after="40"/>
              <w:rPr>
                <w:color w:val="141414"/>
                <w:sz w:val="19"/>
              </w:rPr>
            </w:pPr>
            <w:r>
              <w:rPr>
                <w:color w:val="141414"/>
                <w:sz w:val="19"/>
              </w:rPr>
              <w:t xml:space="preserve">[ </w:t>
            </w:r>
            <w:proofErr w:type="gramStart"/>
            <w:r>
              <w:rPr>
                <w:color w:val="141414"/>
                <w:sz w:val="19"/>
              </w:rPr>
              <w:t>Agency ]</w:t>
            </w:r>
            <w:proofErr w:type="gramEnd"/>
          </w:p>
        </w:tc>
        <w:tc>
          <w:tcPr>
            <w:tcW w:w="2016" w:type="dxa"/>
            <w:shd w:val="clear" w:color="auto" w:fill="FFFFFF"/>
            <w:tcMar>
              <w:top w:w="70" w:type="dxa"/>
              <w:left w:w="100" w:type="dxa"/>
              <w:bottom w:w="70" w:type="dxa"/>
              <w:right w:w="100" w:type="dxa"/>
            </w:tcMar>
          </w:tcPr>
          <w:p w14:paraId="6F32F3D3" w14:textId="4A8C4855" w:rsidR="00FA3DE9" w:rsidRDefault="00FA3DE9" w:rsidP="00FA3DE9">
            <w:pPr>
              <w:spacing w:before="40" w:after="40"/>
              <w:rPr>
                <w:color w:val="141414"/>
                <w:sz w:val="19"/>
              </w:rPr>
            </w:pPr>
            <w:r>
              <w:rPr>
                <w:color w:val="141414"/>
                <w:sz w:val="19"/>
              </w:rPr>
              <w:t xml:space="preserve">[ </w:t>
            </w:r>
            <w:proofErr w:type="gramStart"/>
            <w:r>
              <w:rPr>
                <w:color w:val="141414"/>
                <w:sz w:val="19"/>
              </w:rPr>
              <w:t>Location ]</w:t>
            </w:r>
            <w:proofErr w:type="gramEnd"/>
          </w:p>
        </w:tc>
        <w:tc>
          <w:tcPr>
            <w:tcW w:w="2160" w:type="dxa"/>
            <w:shd w:val="clear" w:color="auto" w:fill="FFFFFF"/>
            <w:tcMar>
              <w:top w:w="70" w:type="dxa"/>
              <w:left w:w="100" w:type="dxa"/>
              <w:bottom w:w="70" w:type="dxa"/>
              <w:right w:w="100" w:type="dxa"/>
            </w:tcMar>
          </w:tcPr>
          <w:p w14:paraId="10C0E40F" w14:textId="02BFBCA0" w:rsidR="00FA3DE9" w:rsidRDefault="00FA3DE9" w:rsidP="00FA3DE9">
            <w:pPr>
              <w:spacing w:before="40" w:after="40"/>
              <w:rPr>
                <w:color w:val="141414"/>
                <w:sz w:val="19"/>
              </w:rPr>
            </w:pPr>
            <w:r>
              <w:rPr>
                <w:color w:val="141414"/>
                <w:sz w:val="19"/>
              </w:rPr>
              <w:t xml:space="preserve">[ </w:t>
            </w:r>
            <w:proofErr w:type="gramStart"/>
            <w:r>
              <w:rPr>
                <w:color w:val="141414"/>
                <w:sz w:val="19"/>
              </w:rPr>
              <w:t>Violation ]</w:t>
            </w:r>
            <w:proofErr w:type="gramEnd"/>
          </w:p>
        </w:tc>
        <w:tc>
          <w:tcPr>
            <w:tcW w:w="2160" w:type="dxa"/>
            <w:shd w:val="clear" w:color="auto" w:fill="FFFFFF"/>
            <w:tcMar>
              <w:top w:w="70" w:type="dxa"/>
              <w:left w:w="100" w:type="dxa"/>
              <w:bottom w:w="70" w:type="dxa"/>
              <w:right w:w="100" w:type="dxa"/>
            </w:tcMar>
          </w:tcPr>
          <w:p w14:paraId="52F9D769" w14:textId="10B3EE24" w:rsidR="00FA3DE9" w:rsidRDefault="00FA3DE9" w:rsidP="00FA3DE9">
            <w:pPr>
              <w:spacing w:before="40" w:after="40"/>
              <w:rPr>
                <w:color w:val="141414"/>
                <w:sz w:val="19"/>
              </w:rPr>
            </w:pPr>
            <w:r>
              <w:rPr>
                <w:color w:val="141414"/>
                <w:sz w:val="19"/>
              </w:rPr>
              <w:t xml:space="preserve">[ </w:t>
            </w:r>
            <w:proofErr w:type="gramStart"/>
            <w:r>
              <w:rPr>
                <w:color w:val="141414"/>
                <w:sz w:val="19"/>
              </w:rPr>
              <w:t>Disposition ]</w:t>
            </w:r>
            <w:proofErr w:type="gramEnd"/>
          </w:p>
        </w:tc>
      </w:tr>
      <w:tr w:rsidR="00FA3DE9" w14:paraId="55A71F0B" w14:textId="77777777" w:rsidTr="00FA3DE9">
        <w:trPr>
          <w:jc w:val="center"/>
        </w:trPr>
        <w:tc>
          <w:tcPr>
            <w:tcW w:w="1584" w:type="dxa"/>
            <w:shd w:val="clear" w:color="auto" w:fill="FFFFFF"/>
            <w:tcMar>
              <w:top w:w="70" w:type="dxa"/>
              <w:left w:w="100" w:type="dxa"/>
              <w:bottom w:w="70" w:type="dxa"/>
              <w:right w:w="100" w:type="dxa"/>
            </w:tcMar>
          </w:tcPr>
          <w:p w14:paraId="72E8033B" w14:textId="6F595223" w:rsidR="00FA3DE9" w:rsidRDefault="00FA3DE9" w:rsidP="00FA3DE9">
            <w:pPr>
              <w:spacing w:before="40" w:after="40"/>
              <w:rPr>
                <w:color w:val="141414"/>
                <w:sz w:val="19"/>
              </w:rPr>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2160" w:type="dxa"/>
            <w:shd w:val="clear" w:color="auto" w:fill="FFFFFF"/>
            <w:tcMar>
              <w:top w:w="70" w:type="dxa"/>
              <w:left w:w="100" w:type="dxa"/>
              <w:bottom w:w="70" w:type="dxa"/>
              <w:right w:w="100" w:type="dxa"/>
            </w:tcMar>
          </w:tcPr>
          <w:p w14:paraId="49D0D8C2" w14:textId="50B0F6EF" w:rsidR="00FA3DE9" w:rsidRDefault="00FA3DE9" w:rsidP="00FA3DE9">
            <w:pPr>
              <w:spacing w:before="40" w:after="40"/>
              <w:rPr>
                <w:color w:val="141414"/>
                <w:sz w:val="19"/>
              </w:rPr>
            </w:pPr>
            <w:r>
              <w:rPr>
                <w:color w:val="141414"/>
                <w:sz w:val="19"/>
              </w:rPr>
              <w:t xml:space="preserve">[ </w:t>
            </w:r>
            <w:proofErr w:type="gramStart"/>
            <w:r>
              <w:rPr>
                <w:color w:val="141414"/>
                <w:sz w:val="19"/>
              </w:rPr>
              <w:t>Agency ]</w:t>
            </w:r>
            <w:proofErr w:type="gramEnd"/>
          </w:p>
        </w:tc>
        <w:tc>
          <w:tcPr>
            <w:tcW w:w="2016" w:type="dxa"/>
            <w:shd w:val="clear" w:color="auto" w:fill="FFFFFF"/>
            <w:tcMar>
              <w:top w:w="70" w:type="dxa"/>
              <w:left w:w="100" w:type="dxa"/>
              <w:bottom w:w="70" w:type="dxa"/>
              <w:right w:w="100" w:type="dxa"/>
            </w:tcMar>
          </w:tcPr>
          <w:p w14:paraId="6C185AB9" w14:textId="2FFE1028" w:rsidR="00FA3DE9" w:rsidRDefault="00FA3DE9" w:rsidP="00FA3DE9">
            <w:pPr>
              <w:spacing w:before="40" w:after="40"/>
              <w:rPr>
                <w:color w:val="141414"/>
                <w:sz w:val="19"/>
              </w:rPr>
            </w:pPr>
            <w:r>
              <w:rPr>
                <w:color w:val="141414"/>
                <w:sz w:val="19"/>
              </w:rPr>
              <w:t xml:space="preserve">[ </w:t>
            </w:r>
            <w:proofErr w:type="gramStart"/>
            <w:r>
              <w:rPr>
                <w:color w:val="141414"/>
                <w:sz w:val="19"/>
              </w:rPr>
              <w:t>Location ]</w:t>
            </w:r>
            <w:proofErr w:type="gramEnd"/>
          </w:p>
        </w:tc>
        <w:tc>
          <w:tcPr>
            <w:tcW w:w="2160" w:type="dxa"/>
            <w:shd w:val="clear" w:color="auto" w:fill="FFFFFF"/>
            <w:tcMar>
              <w:top w:w="70" w:type="dxa"/>
              <w:left w:w="100" w:type="dxa"/>
              <w:bottom w:w="70" w:type="dxa"/>
              <w:right w:w="100" w:type="dxa"/>
            </w:tcMar>
          </w:tcPr>
          <w:p w14:paraId="7D5D59A6" w14:textId="40BEA67F" w:rsidR="00FA3DE9" w:rsidRDefault="00FA3DE9" w:rsidP="00FA3DE9">
            <w:pPr>
              <w:spacing w:before="40" w:after="40"/>
              <w:rPr>
                <w:color w:val="141414"/>
                <w:sz w:val="19"/>
              </w:rPr>
            </w:pPr>
            <w:r>
              <w:rPr>
                <w:color w:val="141414"/>
                <w:sz w:val="19"/>
              </w:rPr>
              <w:t xml:space="preserve">[ </w:t>
            </w:r>
            <w:proofErr w:type="gramStart"/>
            <w:r>
              <w:rPr>
                <w:color w:val="141414"/>
                <w:sz w:val="19"/>
              </w:rPr>
              <w:t>Violation ]</w:t>
            </w:r>
            <w:proofErr w:type="gramEnd"/>
          </w:p>
        </w:tc>
        <w:tc>
          <w:tcPr>
            <w:tcW w:w="2160" w:type="dxa"/>
            <w:shd w:val="clear" w:color="auto" w:fill="FFFFFF"/>
            <w:tcMar>
              <w:top w:w="70" w:type="dxa"/>
              <w:left w:w="100" w:type="dxa"/>
              <w:bottom w:w="70" w:type="dxa"/>
              <w:right w:w="100" w:type="dxa"/>
            </w:tcMar>
          </w:tcPr>
          <w:p w14:paraId="01452B9F" w14:textId="6D06396A" w:rsidR="00FA3DE9" w:rsidRDefault="00FA3DE9" w:rsidP="00FA3DE9">
            <w:pPr>
              <w:spacing w:before="40" w:after="40"/>
              <w:rPr>
                <w:color w:val="141414"/>
                <w:sz w:val="19"/>
              </w:rPr>
            </w:pPr>
            <w:r>
              <w:rPr>
                <w:color w:val="141414"/>
                <w:sz w:val="19"/>
              </w:rPr>
              <w:t xml:space="preserve">[ </w:t>
            </w:r>
            <w:proofErr w:type="gramStart"/>
            <w:r>
              <w:rPr>
                <w:color w:val="141414"/>
                <w:sz w:val="19"/>
              </w:rPr>
              <w:t>Disposition ]</w:t>
            </w:r>
            <w:proofErr w:type="gramEnd"/>
          </w:p>
        </w:tc>
      </w:tr>
      <w:tr w:rsidR="00FA3DE9" w14:paraId="35221A8F" w14:textId="77777777" w:rsidTr="00FA3DE9">
        <w:trPr>
          <w:jc w:val="center"/>
        </w:trPr>
        <w:tc>
          <w:tcPr>
            <w:tcW w:w="1584" w:type="dxa"/>
            <w:shd w:val="clear" w:color="auto" w:fill="FFFFFF"/>
            <w:tcMar>
              <w:top w:w="70" w:type="dxa"/>
              <w:left w:w="100" w:type="dxa"/>
              <w:bottom w:w="70" w:type="dxa"/>
              <w:right w:w="100" w:type="dxa"/>
            </w:tcMar>
          </w:tcPr>
          <w:p w14:paraId="612F893A" w14:textId="0F98A568" w:rsidR="00FA3DE9" w:rsidRDefault="00FA3DE9" w:rsidP="00FA3DE9">
            <w:pPr>
              <w:spacing w:before="40" w:after="40"/>
              <w:rPr>
                <w:color w:val="141414"/>
                <w:sz w:val="19"/>
              </w:rPr>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2160" w:type="dxa"/>
            <w:shd w:val="clear" w:color="auto" w:fill="FFFFFF"/>
            <w:tcMar>
              <w:top w:w="70" w:type="dxa"/>
              <w:left w:w="100" w:type="dxa"/>
              <w:bottom w:w="70" w:type="dxa"/>
              <w:right w:w="100" w:type="dxa"/>
            </w:tcMar>
          </w:tcPr>
          <w:p w14:paraId="77B0578D" w14:textId="6E0E3EE6" w:rsidR="00FA3DE9" w:rsidRDefault="00FA3DE9" w:rsidP="00FA3DE9">
            <w:pPr>
              <w:spacing w:before="40" w:after="40"/>
              <w:rPr>
                <w:color w:val="141414"/>
                <w:sz w:val="19"/>
              </w:rPr>
            </w:pPr>
            <w:r>
              <w:rPr>
                <w:color w:val="141414"/>
                <w:sz w:val="19"/>
              </w:rPr>
              <w:t xml:space="preserve">[ </w:t>
            </w:r>
            <w:proofErr w:type="gramStart"/>
            <w:r>
              <w:rPr>
                <w:color w:val="141414"/>
                <w:sz w:val="19"/>
              </w:rPr>
              <w:t>Agency ]</w:t>
            </w:r>
            <w:proofErr w:type="gramEnd"/>
          </w:p>
        </w:tc>
        <w:tc>
          <w:tcPr>
            <w:tcW w:w="2016" w:type="dxa"/>
            <w:shd w:val="clear" w:color="auto" w:fill="FFFFFF"/>
            <w:tcMar>
              <w:top w:w="70" w:type="dxa"/>
              <w:left w:w="100" w:type="dxa"/>
              <w:bottom w:w="70" w:type="dxa"/>
              <w:right w:w="100" w:type="dxa"/>
            </w:tcMar>
          </w:tcPr>
          <w:p w14:paraId="431BA220" w14:textId="338FFFA2" w:rsidR="00FA3DE9" w:rsidRDefault="00FA3DE9" w:rsidP="00FA3DE9">
            <w:pPr>
              <w:spacing w:before="40" w:after="40"/>
              <w:rPr>
                <w:color w:val="141414"/>
                <w:sz w:val="19"/>
              </w:rPr>
            </w:pPr>
            <w:r>
              <w:rPr>
                <w:color w:val="141414"/>
                <w:sz w:val="19"/>
              </w:rPr>
              <w:t xml:space="preserve">[ </w:t>
            </w:r>
            <w:proofErr w:type="gramStart"/>
            <w:r>
              <w:rPr>
                <w:color w:val="141414"/>
                <w:sz w:val="19"/>
              </w:rPr>
              <w:t>Location ]</w:t>
            </w:r>
            <w:proofErr w:type="gramEnd"/>
          </w:p>
        </w:tc>
        <w:tc>
          <w:tcPr>
            <w:tcW w:w="2160" w:type="dxa"/>
            <w:shd w:val="clear" w:color="auto" w:fill="FFFFFF"/>
            <w:tcMar>
              <w:top w:w="70" w:type="dxa"/>
              <w:left w:w="100" w:type="dxa"/>
              <w:bottom w:w="70" w:type="dxa"/>
              <w:right w:w="100" w:type="dxa"/>
            </w:tcMar>
          </w:tcPr>
          <w:p w14:paraId="162780AA" w14:textId="364EA9EB" w:rsidR="00FA3DE9" w:rsidRDefault="00FA3DE9" w:rsidP="00FA3DE9">
            <w:pPr>
              <w:spacing w:before="40" w:after="40"/>
              <w:rPr>
                <w:color w:val="141414"/>
                <w:sz w:val="19"/>
              </w:rPr>
            </w:pPr>
            <w:r>
              <w:rPr>
                <w:color w:val="141414"/>
                <w:sz w:val="19"/>
              </w:rPr>
              <w:t xml:space="preserve">[ </w:t>
            </w:r>
            <w:proofErr w:type="gramStart"/>
            <w:r>
              <w:rPr>
                <w:color w:val="141414"/>
                <w:sz w:val="19"/>
              </w:rPr>
              <w:t>Violation ]</w:t>
            </w:r>
            <w:proofErr w:type="gramEnd"/>
          </w:p>
        </w:tc>
        <w:tc>
          <w:tcPr>
            <w:tcW w:w="2160" w:type="dxa"/>
            <w:shd w:val="clear" w:color="auto" w:fill="FFFFFF"/>
            <w:tcMar>
              <w:top w:w="70" w:type="dxa"/>
              <w:left w:w="100" w:type="dxa"/>
              <w:bottom w:w="70" w:type="dxa"/>
              <w:right w:w="100" w:type="dxa"/>
            </w:tcMar>
          </w:tcPr>
          <w:p w14:paraId="047FC7D6" w14:textId="02D95B77" w:rsidR="00FA3DE9" w:rsidRDefault="00FA3DE9" w:rsidP="00FA3DE9">
            <w:pPr>
              <w:spacing w:before="40" w:after="40"/>
              <w:rPr>
                <w:color w:val="141414"/>
                <w:sz w:val="19"/>
              </w:rPr>
            </w:pPr>
            <w:r>
              <w:rPr>
                <w:color w:val="141414"/>
                <w:sz w:val="19"/>
              </w:rPr>
              <w:t xml:space="preserve">[ </w:t>
            </w:r>
            <w:proofErr w:type="gramStart"/>
            <w:r>
              <w:rPr>
                <w:color w:val="141414"/>
                <w:sz w:val="19"/>
              </w:rPr>
              <w:t>Disposition ]</w:t>
            </w:r>
            <w:proofErr w:type="gramEnd"/>
          </w:p>
        </w:tc>
      </w:tr>
      <w:tr w:rsidR="00FA3DE9" w14:paraId="4861658F" w14:textId="77777777" w:rsidTr="00FA3DE9">
        <w:trPr>
          <w:jc w:val="center"/>
        </w:trPr>
        <w:tc>
          <w:tcPr>
            <w:tcW w:w="1584" w:type="dxa"/>
            <w:shd w:val="clear" w:color="auto" w:fill="FFFFFF"/>
            <w:tcMar>
              <w:top w:w="70" w:type="dxa"/>
              <w:left w:w="100" w:type="dxa"/>
              <w:bottom w:w="70" w:type="dxa"/>
              <w:right w:w="100" w:type="dxa"/>
            </w:tcMar>
          </w:tcPr>
          <w:p w14:paraId="0CF9878A" w14:textId="0A07BBD6" w:rsidR="00FA3DE9" w:rsidRDefault="00FA3DE9" w:rsidP="00FA3DE9">
            <w:pPr>
              <w:spacing w:before="40" w:after="40"/>
              <w:rPr>
                <w:color w:val="141414"/>
                <w:sz w:val="19"/>
              </w:rPr>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2160" w:type="dxa"/>
            <w:shd w:val="clear" w:color="auto" w:fill="FFFFFF"/>
            <w:tcMar>
              <w:top w:w="70" w:type="dxa"/>
              <w:left w:w="100" w:type="dxa"/>
              <w:bottom w:w="70" w:type="dxa"/>
              <w:right w:w="100" w:type="dxa"/>
            </w:tcMar>
          </w:tcPr>
          <w:p w14:paraId="5BD17DC4" w14:textId="65BDAAA0" w:rsidR="00FA3DE9" w:rsidRDefault="00FA3DE9" w:rsidP="00FA3DE9">
            <w:pPr>
              <w:spacing w:before="40" w:after="40"/>
              <w:rPr>
                <w:color w:val="141414"/>
                <w:sz w:val="19"/>
              </w:rPr>
            </w:pPr>
            <w:r>
              <w:rPr>
                <w:color w:val="141414"/>
                <w:sz w:val="19"/>
              </w:rPr>
              <w:t xml:space="preserve">[ </w:t>
            </w:r>
            <w:proofErr w:type="gramStart"/>
            <w:r>
              <w:rPr>
                <w:color w:val="141414"/>
                <w:sz w:val="19"/>
              </w:rPr>
              <w:t>Agency ]</w:t>
            </w:r>
            <w:proofErr w:type="gramEnd"/>
          </w:p>
        </w:tc>
        <w:tc>
          <w:tcPr>
            <w:tcW w:w="2016" w:type="dxa"/>
            <w:shd w:val="clear" w:color="auto" w:fill="FFFFFF"/>
            <w:tcMar>
              <w:top w:w="70" w:type="dxa"/>
              <w:left w:w="100" w:type="dxa"/>
              <w:bottom w:w="70" w:type="dxa"/>
              <w:right w:w="100" w:type="dxa"/>
            </w:tcMar>
          </w:tcPr>
          <w:p w14:paraId="0ED2B0BB" w14:textId="3847AA92" w:rsidR="00FA3DE9" w:rsidRDefault="00FA3DE9" w:rsidP="00FA3DE9">
            <w:pPr>
              <w:spacing w:before="40" w:after="40"/>
              <w:rPr>
                <w:color w:val="141414"/>
                <w:sz w:val="19"/>
              </w:rPr>
            </w:pPr>
            <w:r>
              <w:rPr>
                <w:color w:val="141414"/>
                <w:sz w:val="19"/>
              </w:rPr>
              <w:t xml:space="preserve">[ </w:t>
            </w:r>
            <w:proofErr w:type="gramStart"/>
            <w:r>
              <w:rPr>
                <w:color w:val="141414"/>
                <w:sz w:val="19"/>
              </w:rPr>
              <w:t>Location ]</w:t>
            </w:r>
            <w:proofErr w:type="gramEnd"/>
          </w:p>
        </w:tc>
        <w:tc>
          <w:tcPr>
            <w:tcW w:w="2160" w:type="dxa"/>
            <w:shd w:val="clear" w:color="auto" w:fill="FFFFFF"/>
            <w:tcMar>
              <w:top w:w="70" w:type="dxa"/>
              <w:left w:w="100" w:type="dxa"/>
              <w:bottom w:w="70" w:type="dxa"/>
              <w:right w:w="100" w:type="dxa"/>
            </w:tcMar>
          </w:tcPr>
          <w:p w14:paraId="43D2B852" w14:textId="306772D7" w:rsidR="00FA3DE9" w:rsidRDefault="00FA3DE9" w:rsidP="00FA3DE9">
            <w:pPr>
              <w:spacing w:before="40" w:after="40"/>
              <w:rPr>
                <w:color w:val="141414"/>
                <w:sz w:val="19"/>
              </w:rPr>
            </w:pPr>
            <w:r>
              <w:rPr>
                <w:color w:val="141414"/>
                <w:sz w:val="19"/>
              </w:rPr>
              <w:t xml:space="preserve">[ </w:t>
            </w:r>
            <w:proofErr w:type="gramStart"/>
            <w:r>
              <w:rPr>
                <w:color w:val="141414"/>
                <w:sz w:val="19"/>
              </w:rPr>
              <w:t>Violation ]</w:t>
            </w:r>
            <w:proofErr w:type="gramEnd"/>
          </w:p>
        </w:tc>
        <w:tc>
          <w:tcPr>
            <w:tcW w:w="2160" w:type="dxa"/>
            <w:shd w:val="clear" w:color="auto" w:fill="FFFFFF"/>
            <w:tcMar>
              <w:top w:w="70" w:type="dxa"/>
              <w:left w:w="100" w:type="dxa"/>
              <w:bottom w:w="70" w:type="dxa"/>
              <w:right w:w="100" w:type="dxa"/>
            </w:tcMar>
          </w:tcPr>
          <w:p w14:paraId="05F5F916" w14:textId="0BAD66BE" w:rsidR="00FA3DE9" w:rsidRDefault="00FA3DE9" w:rsidP="00FA3DE9">
            <w:pPr>
              <w:spacing w:before="40" w:after="40"/>
              <w:rPr>
                <w:color w:val="141414"/>
                <w:sz w:val="19"/>
              </w:rPr>
            </w:pPr>
            <w:r>
              <w:rPr>
                <w:color w:val="141414"/>
                <w:sz w:val="19"/>
              </w:rPr>
              <w:t xml:space="preserve">[ </w:t>
            </w:r>
            <w:proofErr w:type="gramStart"/>
            <w:r>
              <w:rPr>
                <w:color w:val="141414"/>
                <w:sz w:val="19"/>
              </w:rPr>
              <w:t>Disposition ]</w:t>
            </w:r>
            <w:proofErr w:type="gramEnd"/>
          </w:p>
        </w:tc>
      </w:tr>
    </w:tbl>
    <w:p w14:paraId="61CA99E0" w14:textId="77777777" w:rsidR="00AA3848" w:rsidRDefault="00AA3848">
      <w:pPr>
        <w:spacing w:after="120"/>
      </w:pPr>
    </w:p>
    <w:p w14:paraId="747F0DF1" w14:textId="77777777" w:rsidR="00FA3DE9" w:rsidRDefault="00FA3DE9">
      <w:r>
        <w:br w:type="page"/>
      </w:r>
    </w:p>
    <w:p w14:paraId="3B6D7586" w14:textId="1DFC3C49" w:rsidR="00FA3DE9" w:rsidRDefault="00FA3DE9" w:rsidP="00FA3DE9">
      <w:pPr>
        <w:keepNext/>
        <w:spacing w:before="280" w:after="120"/>
      </w:pPr>
      <w:r>
        <w:rPr>
          <w:b/>
          <w:color w:val="1B365D"/>
          <w:sz w:val="26"/>
        </w:rPr>
        <w:lastRenderedPageBreak/>
        <w:t>SECTION 11: DRIVER'S LICENSE AND TRAFFIC HISTORY (continued)</w:t>
      </w:r>
    </w:p>
    <w:p w14:paraId="347E0CCE" w14:textId="179D8D2C" w:rsidR="00AA3848" w:rsidRDefault="00FA3DE9">
      <w:r>
        <w:t xml:space="preserve">11.5.1 </w:t>
      </w:r>
      <w:r w:rsidR="00407892">
        <w:t>List all traffic accidents in the last five (5) years:</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584"/>
        <w:gridCol w:w="2304"/>
        <w:gridCol w:w="4032"/>
        <w:gridCol w:w="2160"/>
      </w:tblGrid>
      <w:tr w:rsidR="00AA3848" w14:paraId="1DA87435" w14:textId="77777777" w:rsidTr="00FA3DE9">
        <w:trPr>
          <w:jc w:val="center"/>
        </w:trPr>
        <w:tc>
          <w:tcPr>
            <w:tcW w:w="1584" w:type="dxa"/>
            <w:shd w:val="clear" w:color="auto" w:fill="1B365D"/>
            <w:tcMar>
              <w:top w:w="70" w:type="dxa"/>
              <w:left w:w="100" w:type="dxa"/>
              <w:bottom w:w="70" w:type="dxa"/>
              <w:right w:w="100" w:type="dxa"/>
            </w:tcMar>
          </w:tcPr>
          <w:p w14:paraId="62BDF9EC" w14:textId="77777777" w:rsidR="00AA3848" w:rsidRDefault="00407892">
            <w:pPr>
              <w:spacing w:before="40" w:after="40"/>
            </w:pPr>
            <w:r>
              <w:rPr>
                <w:b/>
                <w:color w:val="FFFFFF"/>
                <w:sz w:val="19"/>
              </w:rPr>
              <w:t>Date</w:t>
            </w:r>
          </w:p>
        </w:tc>
        <w:tc>
          <w:tcPr>
            <w:tcW w:w="2304" w:type="dxa"/>
            <w:shd w:val="clear" w:color="auto" w:fill="1B365D"/>
            <w:tcMar>
              <w:top w:w="70" w:type="dxa"/>
              <w:left w:w="100" w:type="dxa"/>
              <w:bottom w:w="70" w:type="dxa"/>
              <w:right w:w="100" w:type="dxa"/>
            </w:tcMar>
          </w:tcPr>
          <w:p w14:paraId="2D29D0B1" w14:textId="77777777" w:rsidR="00AA3848" w:rsidRDefault="00407892">
            <w:pPr>
              <w:spacing w:before="40" w:after="40"/>
            </w:pPr>
            <w:r>
              <w:rPr>
                <w:b/>
                <w:color w:val="FFFFFF"/>
                <w:sz w:val="19"/>
              </w:rPr>
              <w:t>Location</w:t>
            </w:r>
          </w:p>
        </w:tc>
        <w:tc>
          <w:tcPr>
            <w:tcW w:w="4032" w:type="dxa"/>
            <w:shd w:val="clear" w:color="auto" w:fill="1B365D"/>
            <w:tcMar>
              <w:top w:w="70" w:type="dxa"/>
              <w:left w:w="100" w:type="dxa"/>
              <w:bottom w:w="70" w:type="dxa"/>
              <w:right w:w="100" w:type="dxa"/>
            </w:tcMar>
          </w:tcPr>
          <w:p w14:paraId="3837D6BD" w14:textId="77777777" w:rsidR="00AA3848" w:rsidRDefault="00407892">
            <w:pPr>
              <w:spacing w:before="40" w:after="40"/>
            </w:pPr>
            <w:r>
              <w:rPr>
                <w:b/>
                <w:color w:val="FFFFFF"/>
                <w:sz w:val="19"/>
              </w:rPr>
              <w:t>Description of Accident</w:t>
            </w:r>
          </w:p>
        </w:tc>
        <w:tc>
          <w:tcPr>
            <w:tcW w:w="2160" w:type="dxa"/>
            <w:shd w:val="clear" w:color="auto" w:fill="1B365D"/>
            <w:tcMar>
              <w:top w:w="70" w:type="dxa"/>
              <w:left w:w="100" w:type="dxa"/>
              <w:bottom w:w="70" w:type="dxa"/>
              <w:right w:w="100" w:type="dxa"/>
            </w:tcMar>
          </w:tcPr>
          <w:p w14:paraId="5135F297" w14:textId="77777777" w:rsidR="00AA3848" w:rsidRDefault="00407892">
            <w:pPr>
              <w:spacing w:before="40" w:after="40"/>
            </w:pPr>
            <w:r>
              <w:rPr>
                <w:b/>
                <w:color w:val="FFFFFF"/>
                <w:sz w:val="19"/>
              </w:rPr>
              <w:t xml:space="preserve">Who Was </w:t>
            </w:r>
            <w:proofErr w:type="gramStart"/>
            <w:r>
              <w:rPr>
                <w:b/>
                <w:color w:val="FFFFFF"/>
                <w:sz w:val="19"/>
              </w:rPr>
              <w:t>At</w:t>
            </w:r>
            <w:proofErr w:type="gramEnd"/>
            <w:r>
              <w:rPr>
                <w:b/>
                <w:color w:val="FFFFFF"/>
                <w:sz w:val="19"/>
              </w:rPr>
              <w:t xml:space="preserve"> Fault?</w:t>
            </w:r>
          </w:p>
        </w:tc>
      </w:tr>
      <w:tr w:rsidR="00AA3848" w14:paraId="29DFFF94" w14:textId="77777777" w:rsidTr="00FA3DE9">
        <w:trPr>
          <w:jc w:val="center"/>
        </w:trPr>
        <w:tc>
          <w:tcPr>
            <w:tcW w:w="1584" w:type="dxa"/>
            <w:shd w:val="clear" w:color="auto" w:fill="FFFFFF"/>
            <w:tcMar>
              <w:top w:w="70" w:type="dxa"/>
              <w:left w:w="100" w:type="dxa"/>
              <w:bottom w:w="70" w:type="dxa"/>
              <w:right w:w="100" w:type="dxa"/>
            </w:tcMar>
          </w:tcPr>
          <w:p w14:paraId="627ED790"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2304" w:type="dxa"/>
            <w:shd w:val="clear" w:color="auto" w:fill="FFFFFF"/>
            <w:tcMar>
              <w:top w:w="70" w:type="dxa"/>
              <w:left w:w="100" w:type="dxa"/>
              <w:bottom w:w="70" w:type="dxa"/>
              <w:right w:w="100" w:type="dxa"/>
            </w:tcMar>
          </w:tcPr>
          <w:p w14:paraId="3720A600" w14:textId="77777777" w:rsidR="00AA3848" w:rsidRDefault="00407892">
            <w:pPr>
              <w:spacing w:before="40" w:after="40"/>
            </w:pPr>
            <w:r>
              <w:rPr>
                <w:color w:val="141414"/>
                <w:sz w:val="19"/>
              </w:rPr>
              <w:t xml:space="preserve">[ </w:t>
            </w:r>
            <w:proofErr w:type="gramStart"/>
            <w:r>
              <w:rPr>
                <w:color w:val="141414"/>
                <w:sz w:val="19"/>
              </w:rPr>
              <w:t>Location ]</w:t>
            </w:r>
            <w:proofErr w:type="gramEnd"/>
          </w:p>
        </w:tc>
        <w:tc>
          <w:tcPr>
            <w:tcW w:w="4032" w:type="dxa"/>
            <w:shd w:val="clear" w:color="auto" w:fill="FFFFFF"/>
            <w:tcMar>
              <w:top w:w="70" w:type="dxa"/>
              <w:left w:w="100" w:type="dxa"/>
              <w:bottom w:w="70" w:type="dxa"/>
              <w:right w:w="100" w:type="dxa"/>
            </w:tcMar>
          </w:tcPr>
          <w:p w14:paraId="7A8D1D0C" w14:textId="77777777" w:rsidR="00AA3848" w:rsidRDefault="00407892">
            <w:pPr>
              <w:spacing w:before="40" w:after="40"/>
            </w:pPr>
            <w:r>
              <w:rPr>
                <w:color w:val="141414"/>
                <w:sz w:val="19"/>
              </w:rPr>
              <w:t xml:space="preserve">[ Brief </w:t>
            </w:r>
            <w:proofErr w:type="gramStart"/>
            <w:r>
              <w:rPr>
                <w:color w:val="141414"/>
                <w:sz w:val="19"/>
              </w:rPr>
              <w:t>Description ]</w:t>
            </w:r>
            <w:proofErr w:type="gramEnd"/>
          </w:p>
        </w:tc>
        <w:tc>
          <w:tcPr>
            <w:tcW w:w="2160" w:type="dxa"/>
            <w:shd w:val="clear" w:color="auto" w:fill="FFFFFF"/>
            <w:tcMar>
              <w:top w:w="70" w:type="dxa"/>
              <w:left w:w="100" w:type="dxa"/>
              <w:bottom w:w="70" w:type="dxa"/>
              <w:right w:w="100" w:type="dxa"/>
            </w:tcMar>
          </w:tcPr>
          <w:p w14:paraId="12A04767" w14:textId="77777777" w:rsidR="00AA3848" w:rsidRDefault="00407892">
            <w:pPr>
              <w:spacing w:before="40" w:after="40"/>
            </w:pPr>
            <w:r>
              <w:rPr>
                <w:color w:val="141414"/>
                <w:sz w:val="19"/>
              </w:rPr>
              <w:t xml:space="preserve">[ At Fault </w:t>
            </w:r>
            <w:proofErr w:type="gramStart"/>
            <w:r>
              <w:rPr>
                <w:color w:val="141414"/>
                <w:sz w:val="19"/>
              </w:rPr>
              <w:t>Status ]</w:t>
            </w:r>
            <w:proofErr w:type="gramEnd"/>
          </w:p>
        </w:tc>
      </w:tr>
      <w:tr w:rsidR="00AA3848" w14:paraId="294B0C01" w14:textId="77777777" w:rsidTr="00FA3DE9">
        <w:trPr>
          <w:jc w:val="center"/>
        </w:trPr>
        <w:tc>
          <w:tcPr>
            <w:tcW w:w="1584" w:type="dxa"/>
            <w:shd w:val="clear" w:color="auto" w:fill="F9FBFD"/>
            <w:tcMar>
              <w:top w:w="70" w:type="dxa"/>
              <w:left w:w="100" w:type="dxa"/>
              <w:bottom w:w="70" w:type="dxa"/>
              <w:right w:w="100" w:type="dxa"/>
            </w:tcMar>
          </w:tcPr>
          <w:p w14:paraId="115C9D58" w14:textId="77777777" w:rsidR="00AA3848" w:rsidRDefault="00407892">
            <w:pPr>
              <w:spacing w:before="40" w:after="40"/>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2304" w:type="dxa"/>
            <w:shd w:val="clear" w:color="auto" w:fill="F9FBFD"/>
            <w:tcMar>
              <w:top w:w="70" w:type="dxa"/>
              <w:left w:w="100" w:type="dxa"/>
              <w:bottom w:w="70" w:type="dxa"/>
              <w:right w:w="100" w:type="dxa"/>
            </w:tcMar>
          </w:tcPr>
          <w:p w14:paraId="290D04DF" w14:textId="77777777" w:rsidR="00AA3848" w:rsidRDefault="00407892">
            <w:pPr>
              <w:spacing w:before="40" w:after="40"/>
            </w:pPr>
            <w:r>
              <w:rPr>
                <w:color w:val="141414"/>
                <w:sz w:val="19"/>
              </w:rPr>
              <w:t xml:space="preserve">[ </w:t>
            </w:r>
            <w:proofErr w:type="gramStart"/>
            <w:r>
              <w:rPr>
                <w:color w:val="141414"/>
                <w:sz w:val="19"/>
              </w:rPr>
              <w:t>Location ]</w:t>
            </w:r>
            <w:proofErr w:type="gramEnd"/>
          </w:p>
        </w:tc>
        <w:tc>
          <w:tcPr>
            <w:tcW w:w="4032" w:type="dxa"/>
            <w:shd w:val="clear" w:color="auto" w:fill="F9FBFD"/>
            <w:tcMar>
              <w:top w:w="70" w:type="dxa"/>
              <w:left w:w="100" w:type="dxa"/>
              <w:bottom w:w="70" w:type="dxa"/>
              <w:right w:w="100" w:type="dxa"/>
            </w:tcMar>
          </w:tcPr>
          <w:p w14:paraId="7380B8EC" w14:textId="77777777" w:rsidR="00AA3848" w:rsidRDefault="00407892">
            <w:pPr>
              <w:spacing w:before="40" w:after="40"/>
            </w:pPr>
            <w:r>
              <w:rPr>
                <w:color w:val="141414"/>
                <w:sz w:val="19"/>
              </w:rPr>
              <w:t xml:space="preserve">[ Brief </w:t>
            </w:r>
            <w:proofErr w:type="gramStart"/>
            <w:r>
              <w:rPr>
                <w:color w:val="141414"/>
                <w:sz w:val="19"/>
              </w:rPr>
              <w:t>Description ]</w:t>
            </w:r>
            <w:proofErr w:type="gramEnd"/>
          </w:p>
        </w:tc>
        <w:tc>
          <w:tcPr>
            <w:tcW w:w="2160" w:type="dxa"/>
            <w:shd w:val="clear" w:color="auto" w:fill="F9FBFD"/>
            <w:tcMar>
              <w:top w:w="70" w:type="dxa"/>
              <w:left w:w="100" w:type="dxa"/>
              <w:bottom w:w="70" w:type="dxa"/>
              <w:right w:w="100" w:type="dxa"/>
            </w:tcMar>
          </w:tcPr>
          <w:p w14:paraId="2C4334BD" w14:textId="77777777" w:rsidR="00AA3848" w:rsidRDefault="00407892">
            <w:pPr>
              <w:spacing w:before="40" w:after="40"/>
            </w:pPr>
            <w:r>
              <w:rPr>
                <w:color w:val="141414"/>
                <w:sz w:val="19"/>
              </w:rPr>
              <w:t xml:space="preserve">[ At Fault </w:t>
            </w:r>
            <w:proofErr w:type="gramStart"/>
            <w:r>
              <w:rPr>
                <w:color w:val="141414"/>
                <w:sz w:val="19"/>
              </w:rPr>
              <w:t>Status ]</w:t>
            </w:r>
            <w:proofErr w:type="gramEnd"/>
          </w:p>
        </w:tc>
      </w:tr>
      <w:tr w:rsidR="00FA3DE9" w14:paraId="636D0547" w14:textId="77777777" w:rsidTr="00FA3DE9">
        <w:trPr>
          <w:jc w:val="center"/>
        </w:trPr>
        <w:tc>
          <w:tcPr>
            <w:tcW w:w="1584" w:type="dxa"/>
            <w:shd w:val="clear" w:color="auto" w:fill="F9FBFD"/>
            <w:tcMar>
              <w:top w:w="70" w:type="dxa"/>
              <w:left w:w="100" w:type="dxa"/>
              <w:bottom w:w="70" w:type="dxa"/>
              <w:right w:w="100" w:type="dxa"/>
            </w:tcMar>
          </w:tcPr>
          <w:p w14:paraId="615663D0" w14:textId="108E3987" w:rsidR="00FA3DE9" w:rsidRDefault="00FA3DE9" w:rsidP="00FA3DE9">
            <w:pPr>
              <w:spacing w:before="40" w:after="40"/>
              <w:rPr>
                <w:color w:val="141414"/>
                <w:sz w:val="19"/>
              </w:rPr>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2304" w:type="dxa"/>
            <w:shd w:val="clear" w:color="auto" w:fill="F9FBFD"/>
            <w:tcMar>
              <w:top w:w="70" w:type="dxa"/>
              <w:left w:w="100" w:type="dxa"/>
              <w:bottom w:w="70" w:type="dxa"/>
              <w:right w:w="100" w:type="dxa"/>
            </w:tcMar>
          </w:tcPr>
          <w:p w14:paraId="4A4003AB" w14:textId="3B41AD2F" w:rsidR="00FA3DE9" w:rsidRDefault="00FA3DE9" w:rsidP="00FA3DE9">
            <w:pPr>
              <w:spacing w:before="40" w:after="40"/>
              <w:rPr>
                <w:color w:val="141414"/>
                <w:sz w:val="19"/>
              </w:rPr>
            </w:pPr>
            <w:r>
              <w:rPr>
                <w:color w:val="141414"/>
                <w:sz w:val="19"/>
              </w:rPr>
              <w:t xml:space="preserve">[ </w:t>
            </w:r>
            <w:proofErr w:type="gramStart"/>
            <w:r>
              <w:rPr>
                <w:color w:val="141414"/>
                <w:sz w:val="19"/>
              </w:rPr>
              <w:t>Location ]</w:t>
            </w:r>
            <w:proofErr w:type="gramEnd"/>
          </w:p>
        </w:tc>
        <w:tc>
          <w:tcPr>
            <w:tcW w:w="4032" w:type="dxa"/>
            <w:shd w:val="clear" w:color="auto" w:fill="F9FBFD"/>
            <w:tcMar>
              <w:top w:w="70" w:type="dxa"/>
              <w:left w:w="100" w:type="dxa"/>
              <w:bottom w:w="70" w:type="dxa"/>
              <w:right w:w="100" w:type="dxa"/>
            </w:tcMar>
          </w:tcPr>
          <w:p w14:paraId="14D9A08C" w14:textId="619DC64E" w:rsidR="00FA3DE9" w:rsidRDefault="00FA3DE9" w:rsidP="00FA3DE9">
            <w:pPr>
              <w:spacing w:before="40" w:after="40"/>
              <w:rPr>
                <w:color w:val="141414"/>
                <w:sz w:val="19"/>
              </w:rPr>
            </w:pPr>
            <w:r>
              <w:rPr>
                <w:color w:val="141414"/>
                <w:sz w:val="19"/>
              </w:rPr>
              <w:t xml:space="preserve">[ Brief </w:t>
            </w:r>
            <w:proofErr w:type="gramStart"/>
            <w:r>
              <w:rPr>
                <w:color w:val="141414"/>
                <w:sz w:val="19"/>
              </w:rPr>
              <w:t>Description ]</w:t>
            </w:r>
            <w:proofErr w:type="gramEnd"/>
          </w:p>
        </w:tc>
        <w:tc>
          <w:tcPr>
            <w:tcW w:w="2160" w:type="dxa"/>
            <w:shd w:val="clear" w:color="auto" w:fill="F9FBFD"/>
            <w:tcMar>
              <w:top w:w="70" w:type="dxa"/>
              <w:left w:w="100" w:type="dxa"/>
              <w:bottom w:w="70" w:type="dxa"/>
              <w:right w:w="100" w:type="dxa"/>
            </w:tcMar>
          </w:tcPr>
          <w:p w14:paraId="7BF0E423" w14:textId="7CCD7D31" w:rsidR="00FA3DE9" w:rsidRDefault="00FA3DE9" w:rsidP="00FA3DE9">
            <w:pPr>
              <w:spacing w:before="40" w:after="40"/>
              <w:rPr>
                <w:color w:val="141414"/>
                <w:sz w:val="19"/>
              </w:rPr>
            </w:pPr>
            <w:r>
              <w:rPr>
                <w:color w:val="141414"/>
                <w:sz w:val="19"/>
              </w:rPr>
              <w:t xml:space="preserve">[ At Fault </w:t>
            </w:r>
            <w:proofErr w:type="gramStart"/>
            <w:r>
              <w:rPr>
                <w:color w:val="141414"/>
                <w:sz w:val="19"/>
              </w:rPr>
              <w:t>Status ]</w:t>
            </w:r>
            <w:proofErr w:type="gramEnd"/>
          </w:p>
        </w:tc>
      </w:tr>
      <w:tr w:rsidR="00FA3DE9" w14:paraId="2412B016" w14:textId="77777777" w:rsidTr="00FA3DE9">
        <w:trPr>
          <w:jc w:val="center"/>
        </w:trPr>
        <w:tc>
          <w:tcPr>
            <w:tcW w:w="1584" w:type="dxa"/>
            <w:shd w:val="clear" w:color="auto" w:fill="F9FBFD"/>
            <w:tcMar>
              <w:top w:w="70" w:type="dxa"/>
              <w:left w:w="100" w:type="dxa"/>
              <w:bottom w:w="70" w:type="dxa"/>
              <w:right w:w="100" w:type="dxa"/>
            </w:tcMar>
          </w:tcPr>
          <w:p w14:paraId="7E564EFD" w14:textId="4BC45F5C" w:rsidR="00FA3DE9" w:rsidRDefault="00FA3DE9" w:rsidP="00FA3DE9">
            <w:pPr>
              <w:spacing w:before="40" w:after="40"/>
              <w:rPr>
                <w:color w:val="141414"/>
                <w:sz w:val="19"/>
              </w:rPr>
            </w:pPr>
            <w:r>
              <w:rPr>
                <w:color w:val="141414"/>
                <w:sz w:val="19"/>
              </w:rPr>
              <w:t>[ MM/</w:t>
            </w:r>
            <w:proofErr w:type="spellStart"/>
            <w:proofErr w:type="gramStart"/>
            <w:r>
              <w:rPr>
                <w:color w:val="141414"/>
                <w:sz w:val="19"/>
              </w:rPr>
              <w:t>YYYY</w:t>
            </w:r>
            <w:proofErr w:type="spellEnd"/>
            <w:r>
              <w:rPr>
                <w:color w:val="141414"/>
                <w:sz w:val="19"/>
              </w:rPr>
              <w:t xml:space="preserve"> ]</w:t>
            </w:r>
            <w:proofErr w:type="gramEnd"/>
          </w:p>
        </w:tc>
        <w:tc>
          <w:tcPr>
            <w:tcW w:w="2304" w:type="dxa"/>
            <w:shd w:val="clear" w:color="auto" w:fill="F9FBFD"/>
            <w:tcMar>
              <w:top w:w="70" w:type="dxa"/>
              <w:left w:w="100" w:type="dxa"/>
              <w:bottom w:w="70" w:type="dxa"/>
              <w:right w:w="100" w:type="dxa"/>
            </w:tcMar>
          </w:tcPr>
          <w:p w14:paraId="502140DC" w14:textId="478B3073" w:rsidR="00FA3DE9" w:rsidRDefault="00FA3DE9" w:rsidP="00FA3DE9">
            <w:pPr>
              <w:spacing w:before="40" w:after="40"/>
              <w:rPr>
                <w:color w:val="141414"/>
                <w:sz w:val="19"/>
              </w:rPr>
            </w:pPr>
            <w:r>
              <w:rPr>
                <w:color w:val="141414"/>
                <w:sz w:val="19"/>
              </w:rPr>
              <w:t xml:space="preserve">[ </w:t>
            </w:r>
            <w:proofErr w:type="gramStart"/>
            <w:r>
              <w:rPr>
                <w:color w:val="141414"/>
                <w:sz w:val="19"/>
              </w:rPr>
              <w:t>Location ]</w:t>
            </w:r>
            <w:proofErr w:type="gramEnd"/>
          </w:p>
        </w:tc>
        <w:tc>
          <w:tcPr>
            <w:tcW w:w="4032" w:type="dxa"/>
            <w:shd w:val="clear" w:color="auto" w:fill="F9FBFD"/>
            <w:tcMar>
              <w:top w:w="70" w:type="dxa"/>
              <w:left w:w="100" w:type="dxa"/>
              <w:bottom w:w="70" w:type="dxa"/>
              <w:right w:w="100" w:type="dxa"/>
            </w:tcMar>
          </w:tcPr>
          <w:p w14:paraId="26C228FE" w14:textId="41CE986C" w:rsidR="00FA3DE9" w:rsidRDefault="00FA3DE9" w:rsidP="00FA3DE9">
            <w:pPr>
              <w:spacing w:before="40" w:after="40"/>
              <w:rPr>
                <w:color w:val="141414"/>
                <w:sz w:val="19"/>
              </w:rPr>
            </w:pPr>
            <w:r>
              <w:rPr>
                <w:color w:val="141414"/>
                <w:sz w:val="19"/>
              </w:rPr>
              <w:t xml:space="preserve">[ Brief </w:t>
            </w:r>
            <w:proofErr w:type="gramStart"/>
            <w:r>
              <w:rPr>
                <w:color w:val="141414"/>
                <w:sz w:val="19"/>
              </w:rPr>
              <w:t>Description ]</w:t>
            </w:r>
            <w:proofErr w:type="gramEnd"/>
          </w:p>
        </w:tc>
        <w:tc>
          <w:tcPr>
            <w:tcW w:w="2160" w:type="dxa"/>
            <w:shd w:val="clear" w:color="auto" w:fill="F9FBFD"/>
            <w:tcMar>
              <w:top w:w="70" w:type="dxa"/>
              <w:left w:w="100" w:type="dxa"/>
              <w:bottom w:w="70" w:type="dxa"/>
              <w:right w:w="100" w:type="dxa"/>
            </w:tcMar>
          </w:tcPr>
          <w:p w14:paraId="01AB4F6D" w14:textId="2DBA4F9C" w:rsidR="00FA3DE9" w:rsidRDefault="00FA3DE9" w:rsidP="00FA3DE9">
            <w:pPr>
              <w:spacing w:before="40" w:after="40"/>
              <w:rPr>
                <w:color w:val="141414"/>
                <w:sz w:val="19"/>
              </w:rPr>
            </w:pPr>
            <w:r>
              <w:rPr>
                <w:color w:val="141414"/>
                <w:sz w:val="19"/>
              </w:rPr>
              <w:t xml:space="preserve">[ At Fault </w:t>
            </w:r>
            <w:proofErr w:type="gramStart"/>
            <w:r>
              <w:rPr>
                <w:color w:val="141414"/>
                <w:sz w:val="19"/>
              </w:rPr>
              <w:t>Status ]</w:t>
            </w:r>
            <w:proofErr w:type="gramEnd"/>
          </w:p>
        </w:tc>
      </w:tr>
    </w:tbl>
    <w:p w14:paraId="3F1857EF" w14:textId="77777777" w:rsidR="00AA3848" w:rsidRDefault="00AA3848">
      <w:pPr>
        <w:spacing w:after="12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600"/>
        <w:gridCol w:w="6480"/>
      </w:tblGrid>
      <w:tr w:rsidR="00AA3848" w14:paraId="4C8DCD0F" w14:textId="77777777">
        <w:trPr>
          <w:jc w:val="center"/>
        </w:trPr>
        <w:tc>
          <w:tcPr>
            <w:tcW w:w="3600" w:type="dxa"/>
            <w:shd w:val="clear" w:color="auto" w:fill="1B365D"/>
            <w:tcMar>
              <w:top w:w="70" w:type="dxa"/>
              <w:left w:w="100" w:type="dxa"/>
              <w:bottom w:w="70" w:type="dxa"/>
              <w:right w:w="100" w:type="dxa"/>
            </w:tcMar>
          </w:tcPr>
          <w:p w14:paraId="23F22FF0" w14:textId="77777777" w:rsidR="00AA3848" w:rsidRDefault="00407892">
            <w:pPr>
              <w:spacing w:before="40" w:after="40"/>
            </w:pPr>
            <w:r>
              <w:rPr>
                <w:b/>
                <w:color w:val="FFFFFF"/>
                <w:sz w:val="19"/>
              </w:rPr>
              <w:t>Question</w:t>
            </w:r>
          </w:p>
        </w:tc>
        <w:tc>
          <w:tcPr>
            <w:tcW w:w="6480" w:type="dxa"/>
            <w:shd w:val="clear" w:color="auto" w:fill="1B365D"/>
            <w:tcMar>
              <w:top w:w="70" w:type="dxa"/>
              <w:left w:w="100" w:type="dxa"/>
              <w:bottom w:w="70" w:type="dxa"/>
              <w:right w:w="100" w:type="dxa"/>
            </w:tcMar>
          </w:tcPr>
          <w:p w14:paraId="1D25C1F0" w14:textId="77777777" w:rsidR="00AA3848" w:rsidRDefault="00407892">
            <w:pPr>
              <w:spacing w:before="40" w:after="40"/>
            </w:pPr>
            <w:r>
              <w:rPr>
                <w:b/>
                <w:color w:val="FFFFFF"/>
                <w:sz w:val="19"/>
              </w:rPr>
              <w:t>Response &amp; Explanation</w:t>
            </w:r>
          </w:p>
        </w:tc>
      </w:tr>
      <w:tr w:rsidR="00AA3848" w14:paraId="0F838099" w14:textId="77777777">
        <w:trPr>
          <w:jc w:val="center"/>
        </w:trPr>
        <w:tc>
          <w:tcPr>
            <w:tcW w:w="3600" w:type="dxa"/>
            <w:shd w:val="clear" w:color="auto" w:fill="FFFFFF"/>
            <w:tcMar>
              <w:top w:w="70" w:type="dxa"/>
              <w:left w:w="100" w:type="dxa"/>
              <w:bottom w:w="70" w:type="dxa"/>
              <w:right w:w="100" w:type="dxa"/>
            </w:tcMar>
          </w:tcPr>
          <w:p w14:paraId="77008D1D" w14:textId="77777777" w:rsidR="00AA3848" w:rsidRDefault="00407892">
            <w:pPr>
              <w:spacing w:before="40" w:after="40"/>
            </w:pPr>
            <w:r>
              <w:rPr>
                <w:color w:val="141414"/>
                <w:sz w:val="19"/>
              </w:rPr>
              <w:t>Hit &amp; Run: Ever hit vehicle/person/object and left scene?</w:t>
            </w:r>
          </w:p>
        </w:tc>
        <w:tc>
          <w:tcPr>
            <w:tcW w:w="6480" w:type="dxa"/>
            <w:shd w:val="clear" w:color="auto" w:fill="FFFFFF"/>
            <w:tcMar>
              <w:top w:w="70" w:type="dxa"/>
              <w:left w:w="100" w:type="dxa"/>
              <w:bottom w:w="70" w:type="dxa"/>
              <w:right w:w="100" w:type="dxa"/>
            </w:tcMar>
          </w:tcPr>
          <w:p w14:paraId="6B329B7A" w14:textId="77777777" w:rsidR="00AA3848" w:rsidRDefault="00407892">
            <w:pPr>
              <w:spacing w:before="40" w:after="40"/>
            </w:pPr>
            <w:proofErr w:type="gramStart"/>
            <w:r>
              <w:rPr>
                <w:i/>
                <w:color w:val="6E6E6E"/>
                <w:sz w:val="19"/>
              </w:rPr>
              <w:t>[  ]</w:t>
            </w:r>
            <w:proofErr w:type="gramEnd"/>
            <w:r>
              <w:rPr>
                <w:i/>
                <w:color w:val="6E6E6E"/>
                <w:sz w:val="19"/>
              </w:rPr>
              <w:t xml:space="preserve"> YES    [  ] NO   If YES, explain: [ Type Explanation ]</w:t>
            </w:r>
          </w:p>
        </w:tc>
      </w:tr>
      <w:tr w:rsidR="00AA3848" w14:paraId="1AA06D10" w14:textId="77777777">
        <w:trPr>
          <w:jc w:val="center"/>
        </w:trPr>
        <w:tc>
          <w:tcPr>
            <w:tcW w:w="3600" w:type="dxa"/>
            <w:shd w:val="clear" w:color="auto" w:fill="F9FBFD"/>
            <w:tcMar>
              <w:top w:w="70" w:type="dxa"/>
              <w:left w:w="100" w:type="dxa"/>
              <w:bottom w:w="70" w:type="dxa"/>
              <w:right w:w="100" w:type="dxa"/>
            </w:tcMar>
          </w:tcPr>
          <w:p w14:paraId="42E92900" w14:textId="77777777" w:rsidR="00AA3848" w:rsidRDefault="00407892">
            <w:pPr>
              <w:spacing w:before="40" w:after="40"/>
            </w:pPr>
            <w:r>
              <w:rPr>
                <w:color w:val="141414"/>
                <w:sz w:val="19"/>
              </w:rPr>
              <w:t>Drinking Prior to Accident: Had you been drinking prior to motor vehicle accident?</w:t>
            </w:r>
          </w:p>
        </w:tc>
        <w:tc>
          <w:tcPr>
            <w:tcW w:w="6480" w:type="dxa"/>
            <w:shd w:val="clear" w:color="auto" w:fill="F9FBFD"/>
            <w:tcMar>
              <w:top w:w="70" w:type="dxa"/>
              <w:left w:w="100" w:type="dxa"/>
              <w:bottom w:w="70" w:type="dxa"/>
              <w:right w:w="100" w:type="dxa"/>
            </w:tcMar>
          </w:tcPr>
          <w:p w14:paraId="05D6C06B" w14:textId="77777777" w:rsidR="00AA3848" w:rsidRDefault="00407892">
            <w:pPr>
              <w:spacing w:before="40" w:after="40"/>
            </w:pPr>
            <w:proofErr w:type="gramStart"/>
            <w:r>
              <w:rPr>
                <w:i/>
                <w:color w:val="6E6E6E"/>
                <w:sz w:val="19"/>
              </w:rPr>
              <w:t>[  ]</w:t>
            </w:r>
            <w:proofErr w:type="gramEnd"/>
            <w:r>
              <w:rPr>
                <w:i/>
                <w:color w:val="6E6E6E"/>
                <w:sz w:val="19"/>
              </w:rPr>
              <w:t xml:space="preserve"> YES    [  ] NO   If YES, explain: [ Type Explanation ]</w:t>
            </w:r>
          </w:p>
        </w:tc>
      </w:tr>
    </w:tbl>
    <w:p w14:paraId="1784CE64" w14:textId="77777777" w:rsidR="00AA3848" w:rsidRDefault="00AA3848">
      <w:pPr>
        <w:spacing w:after="120"/>
      </w:pPr>
    </w:p>
    <w:p w14:paraId="5CEE820E" w14:textId="77777777" w:rsidR="00AA3848" w:rsidRDefault="00407892">
      <w:pPr>
        <w:keepNext/>
        <w:spacing w:before="280" w:after="120"/>
      </w:pPr>
      <w:r>
        <w:rPr>
          <w:b/>
          <w:color w:val="1B365D"/>
          <w:sz w:val="26"/>
        </w:rPr>
        <w:t>SECTION 12: DRUG USAGE</w:t>
      </w:r>
    </w:p>
    <w:p w14:paraId="450047F9" w14:textId="77777777" w:rsidR="00AA3848" w:rsidRDefault="00407892">
      <w:r>
        <w:t>Answer 'YES' or 'NO' whether you have ever used any of the drugs listed below. Complete all adjoining blocks for any 'YES' answers.</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168"/>
        <w:gridCol w:w="1152"/>
        <w:gridCol w:w="1152"/>
        <w:gridCol w:w="1152"/>
        <w:gridCol w:w="1152"/>
        <w:gridCol w:w="1152"/>
        <w:gridCol w:w="1152"/>
      </w:tblGrid>
      <w:tr w:rsidR="00AA3848" w14:paraId="25740A7E" w14:textId="77777777">
        <w:trPr>
          <w:jc w:val="center"/>
        </w:trPr>
        <w:tc>
          <w:tcPr>
            <w:tcW w:w="3168" w:type="dxa"/>
            <w:shd w:val="clear" w:color="auto" w:fill="1B365D"/>
            <w:tcMar>
              <w:top w:w="70" w:type="dxa"/>
              <w:left w:w="100" w:type="dxa"/>
              <w:bottom w:w="70" w:type="dxa"/>
              <w:right w:w="100" w:type="dxa"/>
            </w:tcMar>
          </w:tcPr>
          <w:p w14:paraId="36D60315" w14:textId="77777777" w:rsidR="00AA3848" w:rsidRDefault="00407892">
            <w:pPr>
              <w:spacing w:before="40" w:after="40"/>
            </w:pPr>
            <w:r>
              <w:rPr>
                <w:b/>
                <w:color w:val="FFFFFF"/>
                <w:sz w:val="19"/>
              </w:rPr>
              <w:t>Substance Category / Name</w:t>
            </w:r>
          </w:p>
        </w:tc>
        <w:tc>
          <w:tcPr>
            <w:tcW w:w="1152" w:type="dxa"/>
            <w:shd w:val="clear" w:color="auto" w:fill="1B365D"/>
            <w:tcMar>
              <w:top w:w="70" w:type="dxa"/>
              <w:left w:w="100" w:type="dxa"/>
              <w:bottom w:w="70" w:type="dxa"/>
              <w:right w:w="100" w:type="dxa"/>
            </w:tcMar>
          </w:tcPr>
          <w:p w14:paraId="4B411E7C" w14:textId="77777777" w:rsidR="00AA3848" w:rsidRDefault="00407892">
            <w:pPr>
              <w:spacing w:before="40" w:after="40"/>
            </w:pPr>
            <w:r>
              <w:rPr>
                <w:b/>
                <w:color w:val="FFFFFF"/>
                <w:sz w:val="19"/>
              </w:rPr>
              <w:t>Used? (Y/N)</w:t>
            </w:r>
          </w:p>
        </w:tc>
        <w:tc>
          <w:tcPr>
            <w:tcW w:w="1152" w:type="dxa"/>
            <w:shd w:val="clear" w:color="auto" w:fill="1B365D"/>
            <w:tcMar>
              <w:top w:w="70" w:type="dxa"/>
              <w:left w:w="100" w:type="dxa"/>
              <w:bottom w:w="70" w:type="dxa"/>
              <w:right w:w="100" w:type="dxa"/>
            </w:tcMar>
          </w:tcPr>
          <w:p w14:paraId="1C3B5D6E" w14:textId="77777777" w:rsidR="00AA3848" w:rsidRDefault="00407892">
            <w:pPr>
              <w:spacing w:before="40" w:after="40"/>
            </w:pPr>
            <w:r>
              <w:rPr>
                <w:b/>
                <w:color w:val="FFFFFF"/>
                <w:sz w:val="19"/>
              </w:rPr>
              <w:t>First Used</w:t>
            </w:r>
          </w:p>
        </w:tc>
        <w:tc>
          <w:tcPr>
            <w:tcW w:w="1152" w:type="dxa"/>
            <w:shd w:val="clear" w:color="auto" w:fill="1B365D"/>
            <w:tcMar>
              <w:top w:w="70" w:type="dxa"/>
              <w:left w:w="100" w:type="dxa"/>
              <w:bottom w:w="70" w:type="dxa"/>
              <w:right w:w="100" w:type="dxa"/>
            </w:tcMar>
          </w:tcPr>
          <w:p w14:paraId="2C7C0B65" w14:textId="77777777" w:rsidR="00AA3848" w:rsidRDefault="00407892">
            <w:pPr>
              <w:spacing w:before="40" w:after="40"/>
            </w:pPr>
            <w:r>
              <w:rPr>
                <w:b/>
                <w:color w:val="FFFFFF"/>
                <w:sz w:val="19"/>
              </w:rPr>
              <w:t>Last Used</w:t>
            </w:r>
          </w:p>
        </w:tc>
        <w:tc>
          <w:tcPr>
            <w:tcW w:w="1152" w:type="dxa"/>
            <w:shd w:val="clear" w:color="auto" w:fill="1B365D"/>
            <w:tcMar>
              <w:top w:w="70" w:type="dxa"/>
              <w:left w:w="100" w:type="dxa"/>
              <w:bottom w:w="70" w:type="dxa"/>
              <w:right w:w="100" w:type="dxa"/>
            </w:tcMar>
          </w:tcPr>
          <w:p w14:paraId="2DCDF1A4" w14:textId="77777777" w:rsidR="00AA3848" w:rsidRDefault="00407892">
            <w:pPr>
              <w:spacing w:before="40" w:after="40"/>
            </w:pPr>
            <w:r>
              <w:rPr>
                <w:b/>
                <w:color w:val="FFFFFF"/>
                <w:sz w:val="19"/>
              </w:rPr>
              <w:t>Times Used</w:t>
            </w:r>
          </w:p>
        </w:tc>
        <w:tc>
          <w:tcPr>
            <w:tcW w:w="1152" w:type="dxa"/>
            <w:shd w:val="clear" w:color="auto" w:fill="1B365D"/>
            <w:tcMar>
              <w:top w:w="70" w:type="dxa"/>
              <w:left w:w="100" w:type="dxa"/>
              <w:bottom w:w="70" w:type="dxa"/>
              <w:right w:w="100" w:type="dxa"/>
            </w:tcMar>
          </w:tcPr>
          <w:p w14:paraId="50BBF326" w14:textId="77777777" w:rsidR="00AA3848" w:rsidRDefault="00407892">
            <w:pPr>
              <w:spacing w:before="40" w:after="40"/>
            </w:pPr>
            <w:r>
              <w:rPr>
                <w:b/>
                <w:color w:val="FFFFFF"/>
                <w:sz w:val="19"/>
              </w:rPr>
              <w:t>Largest Amt Bought</w:t>
            </w:r>
          </w:p>
        </w:tc>
        <w:tc>
          <w:tcPr>
            <w:tcW w:w="1152" w:type="dxa"/>
            <w:shd w:val="clear" w:color="auto" w:fill="1B365D"/>
            <w:tcMar>
              <w:top w:w="70" w:type="dxa"/>
              <w:left w:w="100" w:type="dxa"/>
              <w:bottom w:w="70" w:type="dxa"/>
              <w:right w:w="100" w:type="dxa"/>
            </w:tcMar>
          </w:tcPr>
          <w:p w14:paraId="556BD916" w14:textId="77777777" w:rsidR="00AA3848" w:rsidRDefault="00407892">
            <w:pPr>
              <w:spacing w:before="40" w:after="40"/>
            </w:pPr>
            <w:r>
              <w:rPr>
                <w:b/>
                <w:color w:val="FFFFFF"/>
                <w:sz w:val="19"/>
              </w:rPr>
              <w:t>Largest Amt Sold</w:t>
            </w:r>
          </w:p>
        </w:tc>
      </w:tr>
      <w:tr w:rsidR="00AA3848" w14:paraId="4B505DF1" w14:textId="77777777">
        <w:trPr>
          <w:jc w:val="center"/>
        </w:trPr>
        <w:tc>
          <w:tcPr>
            <w:tcW w:w="3168" w:type="dxa"/>
            <w:shd w:val="clear" w:color="auto" w:fill="FFFFFF"/>
            <w:tcMar>
              <w:top w:w="70" w:type="dxa"/>
              <w:left w:w="100" w:type="dxa"/>
              <w:bottom w:w="70" w:type="dxa"/>
              <w:right w:w="100" w:type="dxa"/>
            </w:tcMar>
          </w:tcPr>
          <w:p w14:paraId="6FC35405" w14:textId="77777777" w:rsidR="00AA3848" w:rsidRDefault="00407892">
            <w:pPr>
              <w:spacing w:before="40" w:after="40"/>
            </w:pPr>
            <w:r>
              <w:rPr>
                <w:color w:val="141414"/>
                <w:sz w:val="19"/>
              </w:rPr>
              <w:t>Narcotics: Kratom</w:t>
            </w:r>
          </w:p>
        </w:tc>
        <w:tc>
          <w:tcPr>
            <w:tcW w:w="1152" w:type="dxa"/>
            <w:shd w:val="clear" w:color="auto" w:fill="FFFFFF"/>
            <w:tcMar>
              <w:top w:w="70" w:type="dxa"/>
              <w:left w:w="100" w:type="dxa"/>
              <w:bottom w:w="70" w:type="dxa"/>
              <w:right w:w="100" w:type="dxa"/>
            </w:tcMar>
          </w:tcPr>
          <w:p w14:paraId="337B3243"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FFFFF"/>
            <w:tcMar>
              <w:top w:w="70" w:type="dxa"/>
              <w:left w:w="100" w:type="dxa"/>
              <w:bottom w:w="70" w:type="dxa"/>
              <w:right w:w="100" w:type="dxa"/>
            </w:tcMar>
          </w:tcPr>
          <w:p w14:paraId="1844044B"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04655D75"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3FBF0B6C"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FFFFF"/>
            <w:tcMar>
              <w:top w:w="70" w:type="dxa"/>
              <w:left w:w="100" w:type="dxa"/>
              <w:bottom w:w="70" w:type="dxa"/>
              <w:right w:w="100" w:type="dxa"/>
            </w:tcMar>
          </w:tcPr>
          <w:p w14:paraId="1F2617BC"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FFFFF"/>
            <w:tcMar>
              <w:top w:w="70" w:type="dxa"/>
              <w:left w:w="100" w:type="dxa"/>
              <w:bottom w:w="70" w:type="dxa"/>
              <w:right w:w="100" w:type="dxa"/>
            </w:tcMar>
          </w:tcPr>
          <w:p w14:paraId="1369578C"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0C60C34F" w14:textId="77777777">
        <w:trPr>
          <w:jc w:val="center"/>
        </w:trPr>
        <w:tc>
          <w:tcPr>
            <w:tcW w:w="3168" w:type="dxa"/>
            <w:shd w:val="clear" w:color="auto" w:fill="F9FBFD"/>
            <w:tcMar>
              <w:top w:w="70" w:type="dxa"/>
              <w:left w:w="100" w:type="dxa"/>
              <w:bottom w:w="70" w:type="dxa"/>
              <w:right w:w="100" w:type="dxa"/>
            </w:tcMar>
          </w:tcPr>
          <w:p w14:paraId="6530B659" w14:textId="77777777" w:rsidR="00AA3848" w:rsidRDefault="00407892">
            <w:pPr>
              <w:spacing w:before="40" w:after="40"/>
            </w:pPr>
            <w:r>
              <w:rPr>
                <w:color w:val="141414"/>
                <w:sz w:val="19"/>
              </w:rPr>
              <w:t>Narcotics: Opium</w:t>
            </w:r>
          </w:p>
        </w:tc>
        <w:tc>
          <w:tcPr>
            <w:tcW w:w="1152" w:type="dxa"/>
            <w:shd w:val="clear" w:color="auto" w:fill="F9FBFD"/>
            <w:tcMar>
              <w:top w:w="70" w:type="dxa"/>
              <w:left w:w="100" w:type="dxa"/>
              <w:bottom w:w="70" w:type="dxa"/>
              <w:right w:w="100" w:type="dxa"/>
            </w:tcMar>
          </w:tcPr>
          <w:p w14:paraId="18D05F55"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9FBFD"/>
            <w:tcMar>
              <w:top w:w="70" w:type="dxa"/>
              <w:left w:w="100" w:type="dxa"/>
              <w:bottom w:w="70" w:type="dxa"/>
              <w:right w:w="100" w:type="dxa"/>
            </w:tcMar>
          </w:tcPr>
          <w:p w14:paraId="0CE6020B"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6EE92261"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00D8E0E6"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9FBFD"/>
            <w:tcMar>
              <w:top w:w="70" w:type="dxa"/>
              <w:left w:w="100" w:type="dxa"/>
              <w:bottom w:w="70" w:type="dxa"/>
              <w:right w:w="100" w:type="dxa"/>
            </w:tcMar>
          </w:tcPr>
          <w:p w14:paraId="1B387C32"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61015D2F"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6F77F53C" w14:textId="77777777">
        <w:trPr>
          <w:jc w:val="center"/>
        </w:trPr>
        <w:tc>
          <w:tcPr>
            <w:tcW w:w="3168" w:type="dxa"/>
            <w:shd w:val="clear" w:color="auto" w:fill="FFFFFF"/>
            <w:tcMar>
              <w:top w:w="70" w:type="dxa"/>
              <w:left w:w="100" w:type="dxa"/>
              <w:bottom w:w="70" w:type="dxa"/>
              <w:right w:w="100" w:type="dxa"/>
            </w:tcMar>
          </w:tcPr>
          <w:p w14:paraId="773166CB" w14:textId="77777777" w:rsidR="00AA3848" w:rsidRDefault="00407892">
            <w:pPr>
              <w:spacing w:before="40" w:after="40"/>
            </w:pPr>
            <w:r>
              <w:rPr>
                <w:color w:val="141414"/>
                <w:sz w:val="19"/>
              </w:rPr>
              <w:t>Narcotics: Morphine</w:t>
            </w:r>
          </w:p>
        </w:tc>
        <w:tc>
          <w:tcPr>
            <w:tcW w:w="1152" w:type="dxa"/>
            <w:shd w:val="clear" w:color="auto" w:fill="FFFFFF"/>
            <w:tcMar>
              <w:top w:w="70" w:type="dxa"/>
              <w:left w:w="100" w:type="dxa"/>
              <w:bottom w:w="70" w:type="dxa"/>
              <w:right w:w="100" w:type="dxa"/>
            </w:tcMar>
          </w:tcPr>
          <w:p w14:paraId="3D416352"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FFFFF"/>
            <w:tcMar>
              <w:top w:w="70" w:type="dxa"/>
              <w:left w:w="100" w:type="dxa"/>
              <w:bottom w:w="70" w:type="dxa"/>
              <w:right w:w="100" w:type="dxa"/>
            </w:tcMar>
          </w:tcPr>
          <w:p w14:paraId="108C1815"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6984A88E"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21434201"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FFFFF"/>
            <w:tcMar>
              <w:top w:w="70" w:type="dxa"/>
              <w:left w:w="100" w:type="dxa"/>
              <w:bottom w:w="70" w:type="dxa"/>
              <w:right w:w="100" w:type="dxa"/>
            </w:tcMar>
          </w:tcPr>
          <w:p w14:paraId="2C47E1DA"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FFFFF"/>
            <w:tcMar>
              <w:top w:w="70" w:type="dxa"/>
              <w:left w:w="100" w:type="dxa"/>
              <w:bottom w:w="70" w:type="dxa"/>
              <w:right w:w="100" w:type="dxa"/>
            </w:tcMar>
          </w:tcPr>
          <w:p w14:paraId="5CB03898"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4A6D0753" w14:textId="77777777">
        <w:trPr>
          <w:jc w:val="center"/>
        </w:trPr>
        <w:tc>
          <w:tcPr>
            <w:tcW w:w="3168" w:type="dxa"/>
            <w:shd w:val="clear" w:color="auto" w:fill="F9FBFD"/>
            <w:tcMar>
              <w:top w:w="70" w:type="dxa"/>
              <w:left w:w="100" w:type="dxa"/>
              <w:bottom w:w="70" w:type="dxa"/>
              <w:right w:w="100" w:type="dxa"/>
            </w:tcMar>
          </w:tcPr>
          <w:p w14:paraId="6807ECB7" w14:textId="77777777" w:rsidR="00AA3848" w:rsidRDefault="00407892">
            <w:pPr>
              <w:spacing w:before="40" w:after="40"/>
            </w:pPr>
            <w:r>
              <w:rPr>
                <w:color w:val="141414"/>
                <w:sz w:val="19"/>
              </w:rPr>
              <w:t>Narcotics: Heroin</w:t>
            </w:r>
          </w:p>
        </w:tc>
        <w:tc>
          <w:tcPr>
            <w:tcW w:w="1152" w:type="dxa"/>
            <w:shd w:val="clear" w:color="auto" w:fill="F9FBFD"/>
            <w:tcMar>
              <w:top w:w="70" w:type="dxa"/>
              <w:left w:w="100" w:type="dxa"/>
              <w:bottom w:w="70" w:type="dxa"/>
              <w:right w:w="100" w:type="dxa"/>
            </w:tcMar>
          </w:tcPr>
          <w:p w14:paraId="1311144E"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9FBFD"/>
            <w:tcMar>
              <w:top w:w="70" w:type="dxa"/>
              <w:left w:w="100" w:type="dxa"/>
              <w:bottom w:w="70" w:type="dxa"/>
              <w:right w:w="100" w:type="dxa"/>
            </w:tcMar>
          </w:tcPr>
          <w:p w14:paraId="1144B66D"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14172F05"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587387DD"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9FBFD"/>
            <w:tcMar>
              <w:top w:w="70" w:type="dxa"/>
              <w:left w:w="100" w:type="dxa"/>
              <w:bottom w:w="70" w:type="dxa"/>
              <w:right w:w="100" w:type="dxa"/>
            </w:tcMar>
          </w:tcPr>
          <w:p w14:paraId="63301A33"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476A0C77"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031308DB" w14:textId="77777777">
        <w:trPr>
          <w:jc w:val="center"/>
        </w:trPr>
        <w:tc>
          <w:tcPr>
            <w:tcW w:w="3168" w:type="dxa"/>
            <w:shd w:val="clear" w:color="auto" w:fill="FFFFFF"/>
            <w:tcMar>
              <w:top w:w="70" w:type="dxa"/>
              <w:left w:w="100" w:type="dxa"/>
              <w:bottom w:w="70" w:type="dxa"/>
              <w:right w:w="100" w:type="dxa"/>
            </w:tcMar>
          </w:tcPr>
          <w:p w14:paraId="53BEC9AD" w14:textId="77777777" w:rsidR="00AA3848" w:rsidRDefault="00407892">
            <w:pPr>
              <w:spacing w:before="40" w:after="40"/>
            </w:pPr>
            <w:r>
              <w:rPr>
                <w:color w:val="141414"/>
                <w:sz w:val="19"/>
              </w:rPr>
              <w:t>Narcotics: Fentanyl</w:t>
            </w:r>
          </w:p>
        </w:tc>
        <w:tc>
          <w:tcPr>
            <w:tcW w:w="1152" w:type="dxa"/>
            <w:shd w:val="clear" w:color="auto" w:fill="FFFFFF"/>
            <w:tcMar>
              <w:top w:w="70" w:type="dxa"/>
              <w:left w:w="100" w:type="dxa"/>
              <w:bottom w:w="70" w:type="dxa"/>
              <w:right w:w="100" w:type="dxa"/>
            </w:tcMar>
          </w:tcPr>
          <w:p w14:paraId="594BD979"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FFFFF"/>
            <w:tcMar>
              <w:top w:w="70" w:type="dxa"/>
              <w:left w:w="100" w:type="dxa"/>
              <w:bottom w:w="70" w:type="dxa"/>
              <w:right w:w="100" w:type="dxa"/>
            </w:tcMar>
          </w:tcPr>
          <w:p w14:paraId="4DE2D8D0"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12A485F2"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4CB35B59"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FFFFF"/>
            <w:tcMar>
              <w:top w:w="70" w:type="dxa"/>
              <w:left w:w="100" w:type="dxa"/>
              <w:bottom w:w="70" w:type="dxa"/>
              <w:right w:w="100" w:type="dxa"/>
            </w:tcMar>
          </w:tcPr>
          <w:p w14:paraId="17C43549"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FFFFF"/>
            <w:tcMar>
              <w:top w:w="70" w:type="dxa"/>
              <w:left w:w="100" w:type="dxa"/>
              <w:bottom w:w="70" w:type="dxa"/>
              <w:right w:w="100" w:type="dxa"/>
            </w:tcMar>
          </w:tcPr>
          <w:p w14:paraId="5D3CDDBA"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6FD0A9E1" w14:textId="77777777">
        <w:trPr>
          <w:jc w:val="center"/>
        </w:trPr>
        <w:tc>
          <w:tcPr>
            <w:tcW w:w="3168" w:type="dxa"/>
            <w:shd w:val="clear" w:color="auto" w:fill="F9FBFD"/>
            <w:tcMar>
              <w:top w:w="70" w:type="dxa"/>
              <w:left w:w="100" w:type="dxa"/>
              <w:bottom w:w="70" w:type="dxa"/>
              <w:right w:w="100" w:type="dxa"/>
            </w:tcMar>
          </w:tcPr>
          <w:p w14:paraId="0C477CB3" w14:textId="77777777" w:rsidR="00AA3848" w:rsidRDefault="00407892">
            <w:pPr>
              <w:spacing w:before="40" w:after="40"/>
            </w:pPr>
            <w:r>
              <w:rPr>
                <w:color w:val="141414"/>
                <w:sz w:val="19"/>
              </w:rPr>
              <w:t>Narcotics: Codeine</w:t>
            </w:r>
          </w:p>
        </w:tc>
        <w:tc>
          <w:tcPr>
            <w:tcW w:w="1152" w:type="dxa"/>
            <w:shd w:val="clear" w:color="auto" w:fill="F9FBFD"/>
            <w:tcMar>
              <w:top w:w="70" w:type="dxa"/>
              <w:left w:w="100" w:type="dxa"/>
              <w:bottom w:w="70" w:type="dxa"/>
              <w:right w:w="100" w:type="dxa"/>
            </w:tcMar>
          </w:tcPr>
          <w:p w14:paraId="2D8788EB"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9FBFD"/>
            <w:tcMar>
              <w:top w:w="70" w:type="dxa"/>
              <w:left w:w="100" w:type="dxa"/>
              <w:bottom w:w="70" w:type="dxa"/>
              <w:right w:w="100" w:type="dxa"/>
            </w:tcMar>
          </w:tcPr>
          <w:p w14:paraId="439C5815"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5FEBFB7A"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7B1B5161"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9FBFD"/>
            <w:tcMar>
              <w:top w:w="70" w:type="dxa"/>
              <w:left w:w="100" w:type="dxa"/>
              <w:bottom w:w="70" w:type="dxa"/>
              <w:right w:w="100" w:type="dxa"/>
            </w:tcMar>
          </w:tcPr>
          <w:p w14:paraId="620E032D"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4E9CC8D0"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166C49DC" w14:textId="77777777">
        <w:trPr>
          <w:jc w:val="center"/>
        </w:trPr>
        <w:tc>
          <w:tcPr>
            <w:tcW w:w="3168" w:type="dxa"/>
            <w:shd w:val="clear" w:color="auto" w:fill="FFFFFF"/>
            <w:tcMar>
              <w:top w:w="70" w:type="dxa"/>
              <w:left w:w="100" w:type="dxa"/>
              <w:bottom w:w="70" w:type="dxa"/>
              <w:right w:w="100" w:type="dxa"/>
            </w:tcMar>
          </w:tcPr>
          <w:p w14:paraId="3312002B" w14:textId="77777777" w:rsidR="00AA3848" w:rsidRDefault="00407892">
            <w:pPr>
              <w:spacing w:before="40" w:after="40"/>
            </w:pPr>
            <w:r>
              <w:rPr>
                <w:color w:val="141414"/>
                <w:sz w:val="19"/>
              </w:rPr>
              <w:t>Narcotics: Methadone</w:t>
            </w:r>
          </w:p>
        </w:tc>
        <w:tc>
          <w:tcPr>
            <w:tcW w:w="1152" w:type="dxa"/>
            <w:shd w:val="clear" w:color="auto" w:fill="FFFFFF"/>
            <w:tcMar>
              <w:top w:w="70" w:type="dxa"/>
              <w:left w:w="100" w:type="dxa"/>
              <w:bottom w:w="70" w:type="dxa"/>
              <w:right w:w="100" w:type="dxa"/>
            </w:tcMar>
          </w:tcPr>
          <w:p w14:paraId="549D4CF5"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FFFFF"/>
            <w:tcMar>
              <w:top w:w="70" w:type="dxa"/>
              <w:left w:w="100" w:type="dxa"/>
              <w:bottom w:w="70" w:type="dxa"/>
              <w:right w:w="100" w:type="dxa"/>
            </w:tcMar>
          </w:tcPr>
          <w:p w14:paraId="319E3CF4"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1E953057"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5C6C28F5"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FFFFF"/>
            <w:tcMar>
              <w:top w:w="70" w:type="dxa"/>
              <w:left w:w="100" w:type="dxa"/>
              <w:bottom w:w="70" w:type="dxa"/>
              <w:right w:w="100" w:type="dxa"/>
            </w:tcMar>
          </w:tcPr>
          <w:p w14:paraId="3C6C376A"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FFFFF"/>
            <w:tcMar>
              <w:top w:w="70" w:type="dxa"/>
              <w:left w:w="100" w:type="dxa"/>
              <w:bottom w:w="70" w:type="dxa"/>
              <w:right w:w="100" w:type="dxa"/>
            </w:tcMar>
          </w:tcPr>
          <w:p w14:paraId="1E96B361"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62A45DEF" w14:textId="77777777">
        <w:trPr>
          <w:jc w:val="center"/>
        </w:trPr>
        <w:tc>
          <w:tcPr>
            <w:tcW w:w="3168" w:type="dxa"/>
            <w:shd w:val="clear" w:color="auto" w:fill="F9FBFD"/>
            <w:tcMar>
              <w:top w:w="70" w:type="dxa"/>
              <w:left w:w="100" w:type="dxa"/>
              <w:bottom w:w="70" w:type="dxa"/>
              <w:right w:w="100" w:type="dxa"/>
            </w:tcMar>
          </w:tcPr>
          <w:p w14:paraId="535A4A8C" w14:textId="77777777" w:rsidR="00AA3848" w:rsidRDefault="00407892">
            <w:pPr>
              <w:spacing w:before="40" w:after="40"/>
            </w:pPr>
            <w:r>
              <w:rPr>
                <w:color w:val="141414"/>
                <w:sz w:val="19"/>
              </w:rPr>
              <w:t>Narcotics: Suboxone</w:t>
            </w:r>
          </w:p>
        </w:tc>
        <w:tc>
          <w:tcPr>
            <w:tcW w:w="1152" w:type="dxa"/>
            <w:shd w:val="clear" w:color="auto" w:fill="F9FBFD"/>
            <w:tcMar>
              <w:top w:w="70" w:type="dxa"/>
              <w:left w:w="100" w:type="dxa"/>
              <w:bottom w:w="70" w:type="dxa"/>
              <w:right w:w="100" w:type="dxa"/>
            </w:tcMar>
          </w:tcPr>
          <w:p w14:paraId="49EABD97"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9FBFD"/>
            <w:tcMar>
              <w:top w:w="70" w:type="dxa"/>
              <w:left w:w="100" w:type="dxa"/>
              <w:bottom w:w="70" w:type="dxa"/>
              <w:right w:w="100" w:type="dxa"/>
            </w:tcMar>
          </w:tcPr>
          <w:p w14:paraId="4D7836CD"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17DB345C"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4F7477C0"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9FBFD"/>
            <w:tcMar>
              <w:top w:w="70" w:type="dxa"/>
              <w:left w:w="100" w:type="dxa"/>
              <w:bottom w:w="70" w:type="dxa"/>
              <w:right w:w="100" w:type="dxa"/>
            </w:tcMar>
          </w:tcPr>
          <w:p w14:paraId="4222E1C8"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4F3C981D"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0055A85D" w14:textId="77777777">
        <w:trPr>
          <w:jc w:val="center"/>
        </w:trPr>
        <w:tc>
          <w:tcPr>
            <w:tcW w:w="3168" w:type="dxa"/>
            <w:shd w:val="clear" w:color="auto" w:fill="FFFFFF"/>
            <w:tcMar>
              <w:top w:w="70" w:type="dxa"/>
              <w:left w:w="100" w:type="dxa"/>
              <w:bottom w:w="70" w:type="dxa"/>
              <w:right w:w="100" w:type="dxa"/>
            </w:tcMar>
          </w:tcPr>
          <w:p w14:paraId="56B48C04" w14:textId="77777777" w:rsidR="00AA3848" w:rsidRDefault="00407892">
            <w:pPr>
              <w:spacing w:before="40" w:after="40"/>
            </w:pPr>
            <w:r>
              <w:rPr>
                <w:color w:val="141414"/>
                <w:sz w:val="19"/>
              </w:rPr>
              <w:t xml:space="preserve">Narcotics: </w:t>
            </w:r>
            <w:proofErr w:type="spellStart"/>
            <w:r>
              <w:rPr>
                <w:color w:val="141414"/>
                <w:sz w:val="19"/>
              </w:rPr>
              <w:t>Dilaudid</w:t>
            </w:r>
            <w:proofErr w:type="spellEnd"/>
          </w:p>
        </w:tc>
        <w:tc>
          <w:tcPr>
            <w:tcW w:w="1152" w:type="dxa"/>
            <w:shd w:val="clear" w:color="auto" w:fill="FFFFFF"/>
            <w:tcMar>
              <w:top w:w="70" w:type="dxa"/>
              <w:left w:w="100" w:type="dxa"/>
              <w:bottom w:w="70" w:type="dxa"/>
              <w:right w:w="100" w:type="dxa"/>
            </w:tcMar>
          </w:tcPr>
          <w:p w14:paraId="676C4866"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FFFFF"/>
            <w:tcMar>
              <w:top w:w="70" w:type="dxa"/>
              <w:left w:w="100" w:type="dxa"/>
              <w:bottom w:w="70" w:type="dxa"/>
              <w:right w:w="100" w:type="dxa"/>
            </w:tcMar>
          </w:tcPr>
          <w:p w14:paraId="40224DD1"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7F101FD1"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28A18D6A"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FFFFF"/>
            <w:tcMar>
              <w:top w:w="70" w:type="dxa"/>
              <w:left w:w="100" w:type="dxa"/>
              <w:bottom w:w="70" w:type="dxa"/>
              <w:right w:w="100" w:type="dxa"/>
            </w:tcMar>
          </w:tcPr>
          <w:p w14:paraId="58BAD1FB"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FFFFF"/>
            <w:tcMar>
              <w:top w:w="70" w:type="dxa"/>
              <w:left w:w="100" w:type="dxa"/>
              <w:bottom w:w="70" w:type="dxa"/>
              <w:right w:w="100" w:type="dxa"/>
            </w:tcMar>
          </w:tcPr>
          <w:p w14:paraId="1216660C"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5279BD62" w14:textId="77777777">
        <w:trPr>
          <w:jc w:val="center"/>
        </w:trPr>
        <w:tc>
          <w:tcPr>
            <w:tcW w:w="3168" w:type="dxa"/>
            <w:shd w:val="clear" w:color="auto" w:fill="F9FBFD"/>
            <w:tcMar>
              <w:top w:w="70" w:type="dxa"/>
              <w:left w:w="100" w:type="dxa"/>
              <w:bottom w:w="70" w:type="dxa"/>
              <w:right w:w="100" w:type="dxa"/>
            </w:tcMar>
          </w:tcPr>
          <w:p w14:paraId="7128AEA1" w14:textId="77777777" w:rsidR="00AA3848" w:rsidRDefault="00407892">
            <w:pPr>
              <w:spacing w:before="40" w:after="40"/>
            </w:pPr>
            <w:r>
              <w:rPr>
                <w:color w:val="141414"/>
                <w:sz w:val="19"/>
              </w:rPr>
              <w:t>Narcotics: Demerol</w:t>
            </w:r>
          </w:p>
        </w:tc>
        <w:tc>
          <w:tcPr>
            <w:tcW w:w="1152" w:type="dxa"/>
            <w:shd w:val="clear" w:color="auto" w:fill="F9FBFD"/>
            <w:tcMar>
              <w:top w:w="70" w:type="dxa"/>
              <w:left w:w="100" w:type="dxa"/>
              <w:bottom w:w="70" w:type="dxa"/>
              <w:right w:w="100" w:type="dxa"/>
            </w:tcMar>
          </w:tcPr>
          <w:p w14:paraId="40C05532"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9FBFD"/>
            <w:tcMar>
              <w:top w:w="70" w:type="dxa"/>
              <w:left w:w="100" w:type="dxa"/>
              <w:bottom w:w="70" w:type="dxa"/>
              <w:right w:w="100" w:type="dxa"/>
            </w:tcMar>
          </w:tcPr>
          <w:p w14:paraId="2D912706"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3492CC13"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7EABC5E5"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9FBFD"/>
            <w:tcMar>
              <w:top w:w="70" w:type="dxa"/>
              <w:left w:w="100" w:type="dxa"/>
              <w:bottom w:w="70" w:type="dxa"/>
              <w:right w:w="100" w:type="dxa"/>
            </w:tcMar>
          </w:tcPr>
          <w:p w14:paraId="1ED3EFF5"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43A956F5"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65FD5D43" w14:textId="77777777">
        <w:trPr>
          <w:jc w:val="center"/>
        </w:trPr>
        <w:tc>
          <w:tcPr>
            <w:tcW w:w="3168" w:type="dxa"/>
            <w:shd w:val="clear" w:color="auto" w:fill="FFFFFF"/>
            <w:tcMar>
              <w:top w:w="70" w:type="dxa"/>
              <w:left w:w="100" w:type="dxa"/>
              <w:bottom w:w="70" w:type="dxa"/>
              <w:right w:w="100" w:type="dxa"/>
            </w:tcMar>
          </w:tcPr>
          <w:p w14:paraId="23634447" w14:textId="77777777" w:rsidR="00AA3848" w:rsidRDefault="00407892">
            <w:pPr>
              <w:spacing w:before="40" w:after="40"/>
            </w:pPr>
            <w:r>
              <w:rPr>
                <w:color w:val="141414"/>
                <w:sz w:val="19"/>
              </w:rPr>
              <w:lastRenderedPageBreak/>
              <w:t>Narcotics: Oxycodone</w:t>
            </w:r>
          </w:p>
        </w:tc>
        <w:tc>
          <w:tcPr>
            <w:tcW w:w="1152" w:type="dxa"/>
            <w:shd w:val="clear" w:color="auto" w:fill="FFFFFF"/>
            <w:tcMar>
              <w:top w:w="70" w:type="dxa"/>
              <w:left w:w="100" w:type="dxa"/>
              <w:bottom w:w="70" w:type="dxa"/>
              <w:right w:w="100" w:type="dxa"/>
            </w:tcMar>
          </w:tcPr>
          <w:p w14:paraId="323F0BF2"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FFFFF"/>
            <w:tcMar>
              <w:top w:w="70" w:type="dxa"/>
              <w:left w:w="100" w:type="dxa"/>
              <w:bottom w:w="70" w:type="dxa"/>
              <w:right w:w="100" w:type="dxa"/>
            </w:tcMar>
          </w:tcPr>
          <w:p w14:paraId="37BA0693"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769B1010"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35C42DC6"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FFFFF"/>
            <w:tcMar>
              <w:top w:w="70" w:type="dxa"/>
              <w:left w:w="100" w:type="dxa"/>
              <w:bottom w:w="70" w:type="dxa"/>
              <w:right w:w="100" w:type="dxa"/>
            </w:tcMar>
          </w:tcPr>
          <w:p w14:paraId="421CD76D"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FFFFF"/>
            <w:tcMar>
              <w:top w:w="70" w:type="dxa"/>
              <w:left w:w="100" w:type="dxa"/>
              <w:bottom w:w="70" w:type="dxa"/>
              <w:right w:w="100" w:type="dxa"/>
            </w:tcMar>
          </w:tcPr>
          <w:p w14:paraId="678149E9"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7B8BE63C" w14:textId="77777777">
        <w:trPr>
          <w:jc w:val="center"/>
        </w:trPr>
        <w:tc>
          <w:tcPr>
            <w:tcW w:w="3168" w:type="dxa"/>
            <w:shd w:val="clear" w:color="auto" w:fill="F9FBFD"/>
            <w:tcMar>
              <w:top w:w="70" w:type="dxa"/>
              <w:left w:w="100" w:type="dxa"/>
              <w:bottom w:w="70" w:type="dxa"/>
              <w:right w:w="100" w:type="dxa"/>
            </w:tcMar>
          </w:tcPr>
          <w:p w14:paraId="43EFC994" w14:textId="77777777" w:rsidR="00AA3848" w:rsidRDefault="00407892">
            <w:pPr>
              <w:spacing w:before="40" w:after="40"/>
            </w:pPr>
            <w:r>
              <w:rPr>
                <w:color w:val="141414"/>
                <w:sz w:val="19"/>
              </w:rPr>
              <w:t xml:space="preserve">Narcotics: </w:t>
            </w:r>
            <w:proofErr w:type="spellStart"/>
            <w:r>
              <w:rPr>
                <w:color w:val="141414"/>
                <w:sz w:val="19"/>
              </w:rPr>
              <w:t>Lorcet</w:t>
            </w:r>
            <w:proofErr w:type="spellEnd"/>
            <w:r>
              <w:rPr>
                <w:color w:val="141414"/>
                <w:sz w:val="19"/>
              </w:rPr>
              <w:t xml:space="preserve"> / Vicodin</w:t>
            </w:r>
          </w:p>
        </w:tc>
        <w:tc>
          <w:tcPr>
            <w:tcW w:w="1152" w:type="dxa"/>
            <w:shd w:val="clear" w:color="auto" w:fill="F9FBFD"/>
            <w:tcMar>
              <w:top w:w="70" w:type="dxa"/>
              <w:left w:w="100" w:type="dxa"/>
              <w:bottom w:w="70" w:type="dxa"/>
              <w:right w:w="100" w:type="dxa"/>
            </w:tcMar>
          </w:tcPr>
          <w:p w14:paraId="6114FE5E"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9FBFD"/>
            <w:tcMar>
              <w:top w:w="70" w:type="dxa"/>
              <w:left w:w="100" w:type="dxa"/>
              <w:bottom w:w="70" w:type="dxa"/>
              <w:right w:w="100" w:type="dxa"/>
            </w:tcMar>
          </w:tcPr>
          <w:p w14:paraId="7D6F408D"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300C4A59"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628D0C2D"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9FBFD"/>
            <w:tcMar>
              <w:top w:w="70" w:type="dxa"/>
              <w:left w:w="100" w:type="dxa"/>
              <w:bottom w:w="70" w:type="dxa"/>
              <w:right w:w="100" w:type="dxa"/>
            </w:tcMar>
          </w:tcPr>
          <w:p w14:paraId="5818FE00"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51D5362B"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08D09EB1" w14:textId="77777777">
        <w:trPr>
          <w:jc w:val="center"/>
        </w:trPr>
        <w:tc>
          <w:tcPr>
            <w:tcW w:w="3168" w:type="dxa"/>
            <w:shd w:val="clear" w:color="auto" w:fill="FFFFFF"/>
            <w:tcMar>
              <w:top w:w="70" w:type="dxa"/>
              <w:left w:w="100" w:type="dxa"/>
              <w:bottom w:w="70" w:type="dxa"/>
              <w:right w:w="100" w:type="dxa"/>
            </w:tcMar>
          </w:tcPr>
          <w:p w14:paraId="410C8B1A" w14:textId="77777777" w:rsidR="00AA3848" w:rsidRDefault="00407892">
            <w:pPr>
              <w:spacing w:before="40" w:after="40"/>
            </w:pPr>
            <w:r>
              <w:rPr>
                <w:color w:val="141414"/>
                <w:sz w:val="19"/>
              </w:rPr>
              <w:t>Cannabis: Marijuana</w:t>
            </w:r>
          </w:p>
        </w:tc>
        <w:tc>
          <w:tcPr>
            <w:tcW w:w="1152" w:type="dxa"/>
            <w:shd w:val="clear" w:color="auto" w:fill="FFFFFF"/>
            <w:tcMar>
              <w:top w:w="70" w:type="dxa"/>
              <w:left w:w="100" w:type="dxa"/>
              <w:bottom w:w="70" w:type="dxa"/>
              <w:right w:w="100" w:type="dxa"/>
            </w:tcMar>
          </w:tcPr>
          <w:p w14:paraId="19412F4D"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FFFFF"/>
            <w:tcMar>
              <w:top w:w="70" w:type="dxa"/>
              <w:left w:w="100" w:type="dxa"/>
              <w:bottom w:w="70" w:type="dxa"/>
              <w:right w:w="100" w:type="dxa"/>
            </w:tcMar>
          </w:tcPr>
          <w:p w14:paraId="74C0620E"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137E9F10"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7BA8D28B"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FFFFF"/>
            <w:tcMar>
              <w:top w:w="70" w:type="dxa"/>
              <w:left w:w="100" w:type="dxa"/>
              <w:bottom w:w="70" w:type="dxa"/>
              <w:right w:w="100" w:type="dxa"/>
            </w:tcMar>
          </w:tcPr>
          <w:p w14:paraId="16A2255F"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FFFFF"/>
            <w:tcMar>
              <w:top w:w="70" w:type="dxa"/>
              <w:left w:w="100" w:type="dxa"/>
              <w:bottom w:w="70" w:type="dxa"/>
              <w:right w:w="100" w:type="dxa"/>
            </w:tcMar>
          </w:tcPr>
          <w:p w14:paraId="65805F30"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46AE26B1" w14:textId="77777777">
        <w:trPr>
          <w:jc w:val="center"/>
        </w:trPr>
        <w:tc>
          <w:tcPr>
            <w:tcW w:w="3168" w:type="dxa"/>
            <w:shd w:val="clear" w:color="auto" w:fill="F9FBFD"/>
            <w:tcMar>
              <w:top w:w="70" w:type="dxa"/>
              <w:left w:w="100" w:type="dxa"/>
              <w:bottom w:w="70" w:type="dxa"/>
              <w:right w:w="100" w:type="dxa"/>
            </w:tcMar>
          </w:tcPr>
          <w:p w14:paraId="46648F24" w14:textId="77777777" w:rsidR="00AA3848" w:rsidRDefault="00407892">
            <w:pPr>
              <w:spacing w:before="40" w:after="40"/>
            </w:pPr>
            <w:r>
              <w:rPr>
                <w:color w:val="141414"/>
                <w:sz w:val="19"/>
              </w:rPr>
              <w:t>Cannabis: Hashish</w:t>
            </w:r>
          </w:p>
        </w:tc>
        <w:tc>
          <w:tcPr>
            <w:tcW w:w="1152" w:type="dxa"/>
            <w:shd w:val="clear" w:color="auto" w:fill="F9FBFD"/>
            <w:tcMar>
              <w:top w:w="70" w:type="dxa"/>
              <w:left w:w="100" w:type="dxa"/>
              <w:bottom w:w="70" w:type="dxa"/>
              <w:right w:w="100" w:type="dxa"/>
            </w:tcMar>
          </w:tcPr>
          <w:p w14:paraId="1AD443AE"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9FBFD"/>
            <w:tcMar>
              <w:top w:w="70" w:type="dxa"/>
              <w:left w:w="100" w:type="dxa"/>
              <w:bottom w:w="70" w:type="dxa"/>
              <w:right w:w="100" w:type="dxa"/>
            </w:tcMar>
          </w:tcPr>
          <w:p w14:paraId="5C351764"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7BCF4578"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59A90D3F"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9FBFD"/>
            <w:tcMar>
              <w:top w:w="70" w:type="dxa"/>
              <w:left w:w="100" w:type="dxa"/>
              <w:bottom w:w="70" w:type="dxa"/>
              <w:right w:w="100" w:type="dxa"/>
            </w:tcMar>
          </w:tcPr>
          <w:p w14:paraId="456DFF15"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27DF9043"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724FB19D" w14:textId="77777777">
        <w:trPr>
          <w:jc w:val="center"/>
        </w:trPr>
        <w:tc>
          <w:tcPr>
            <w:tcW w:w="3168" w:type="dxa"/>
            <w:shd w:val="clear" w:color="auto" w:fill="FFFFFF"/>
            <w:tcMar>
              <w:top w:w="70" w:type="dxa"/>
              <w:left w:w="100" w:type="dxa"/>
              <w:bottom w:w="70" w:type="dxa"/>
              <w:right w:w="100" w:type="dxa"/>
            </w:tcMar>
          </w:tcPr>
          <w:p w14:paraId="220F31AA" w14:textId="77777777" w:rsidR="00AA3848" w:rsidRDefault="00407892">
            <w:pPr>
              <w:spacing w:before="40" w:after="40"/>
            </w:pPr>
            <w:r>
              <w:rPr>
                <w:color w:val="141414"/>
                <w:sz w:val="19"/>
              </w:rPr>
              <w:t>Cannabis: K2 / Spice (Synthetic)</w:t>
            </w:r>
          </w:p>
        </w:tc>
        <w:tc>
          <w:tcPr>
            <w:tcW w:w="1152" w:type="dxa"/>
            <w:shd w:val="clear" w:color="auto" w:fill="FFFFFF"/>
            <w:tcMar>
              <w:top w:w="70" w:type="dxa"/>
              <w:left w:w="100" w:type="dxa"/>
              <w:bottom w:w="70" w:type="dxa"/>
              <w:right w:w="100" w:type="dxa"/>
            </w:tcMar>
          </w:tcPr>
          <w:p w14:paraId="3BF106AC"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FFFFF"/>
            <w:tcMar>
              <w:top w:w="70" w:type="dxa"/>
              <w:left w:w="100" w:type="dxa"/>
              <w:bottom w:w="70" w:type="dxa"/>
              <w:right w:w="100" w:type="dxa"/>
            </w:tcMar>
          </w:tcPr>
          <w:p w14:paraId="2899CC01"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2F33FBD6"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7851006E"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FFFFF"/>
            <w:tcMar>
              <w:top w:w="70" w:type="dxa"/>
              <w:left w:w="100" w:type="dxa"/>
              <w:bottom w:w="70" w:type="dxa"/>
              <w:right w:w="100" w:type="dxa"/>
            </w:tcMar>
          </w:tcPr>
          <w:p w14:paraId="568A64EF"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FFFFF"/>
            <w:tcMar>
              <w:top w:w="70" w:type="dxa"/>
              <w:left w:w="100" w:type="dxa"/>
              <w:bottom w:w="70" w:type="dxa"/>
              <w:right w:w="100" w:type="dxa"/>
            </w:tcMar>
          </w:tcPr>
          <w:p w14:paraId="164F1119"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7D651DB1" w14:textId="77777777">
        <w:trPr>
          <w:jc w:val="center"/>
        </w:trPr>
        <w:tc>
          <w:tcPr>
            <w:tcW w:w="3168" w:type="dxa"/>
            <w:shd w:val="clear" w:color="auto" w:fill="F9FBFD"/>
            <w:tcMar>
              <w:top w:w="70" w:type="dxa"/>
              <w:left w:w="100" w:type="dxa"/>
              <w:bottom w:w="70" w:type="dxa"/>
              <w:right w:w="100" w:type="dxa"/>
            </w:tcMar>
          </w:tcPr>
          <w:p w14:paraId="765DC373" w14:textId="77777777" w:rsidR="00AA3848" w:rsidRDefault="00407892">
            <w:pPr>
              <w:spacing w:before="40" w:after="40"/>
            </w:pPr>
            <w:r>
              <w:rPr>
                <w:color w:val="141414"/>
                <w:sz w:val="19"/>
              </w:rPr>
              <w:t xml:space="preserve">Hallucinogens: LSD / </w:t>
            </w:r>
            <w:proofErr w:type="spellStart"/>
            <w:r>
              <w:rPr>
                <w:color w:val="141414"/>
                <w:sz w:val="19"/>
              </w:rPr>
              <w:t>DMT</w:t>
            </w:r>
            <w:proofErr w:type="spellEnd"/>
            <w:r>
              <w:rPr>
                <w:color w:val="141414"/>
                <w:sz w:val="19"/>
              </w:rPr>
              <w:t xml:space="preserve"> / PCP</w:t>
            </w:r>
          </w:p>
        </w:tc>
        <w:tc>
          <w:tcPr>
            <w:tcW w:w="1152" w:type="dxa"/>
            <w:shd w:val="clear" w:color="auto" w:fill="F9FBFD"/>
            <w:tcMar>
              <w:top w:w="70" w:type="dxa"/>
              <w:left w:w="100" w:type="dxa"/>
              <w:bottom w:w="70" w:type="dxa"/>
              <w:right w:w="100" w:type="dxa"/>
            </w:tcMar>
          </w:tcPr>
          <w:p w14:paraId="062016E1"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9FBFD"/>
            <w:tcMar>
              <w:top w:w="70" w:type="dxa"/>
              <w:left w:w="100" w:type="dxa"/>
              <w:bottom w:w="70" w:type="dxa"/>
              <w:right w:w="100" w:type="dxa"/>
            </w:tcMar>
          </w:tcPr>
          <w:p w14:paraId="181A7235"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499C2522"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064966F1"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9FBFD"/>
            <w:tcMar>
              <w:top w:w="70" w:type="dxa"/>
              <w:left w:w="100" w:type="dxa"/>
              <w:bottom w:w="70" w:type="dxa"/>
              <w:right w:w="100" w:type="dxa"/>
            </w:tcMar>
          </w:tcPr>
          <w:p w14:paraId="48FEDA02"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73FE49E0"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76CC3872" w14:textId="77777777">
        <w:trPr>
          <w:jc w:val="center"/>
        </w:trPr>
        <w:tc>
          <w:tcPr>
            <w:tcW w:w="3168" w:type="dxa"/>
            <w:shd w:val="clear" w:color="auto" w:fill="FFFFFF"/>
            <w:tcMar>
              <w:top w:w="70" w:type="dxa"/>
              <w:left w:w="100" w:type="dxa"/>
              <w:bottom w:w="70" w:type="dxa"/>
              <w:right w:w="100" w:type="dxa"/>
            </w:tcMar>
          </w:tcPr>
          <w:p w14:paraId="2B31114E" w14:textId="77777777" w:rsidR="00AA3848" w:rsidRDefault="00407892">
            <w:pPr>
              <w:spacing w:before="40" w:after="40"/>
            </w:pPr>
            <w:r>
              <w:rPr>
                <w:color w:val="141414"/>
                <w:sz w:val="19"/>
              </w:rPr>
              <w:t>Hallucinogens: Psilocybin / Mushrooms</w:t>
            </w:r>
          </w:p>
        </w:tc>
        <w:tc>
          <w:tcPr>
            <w:tcW w:w="1152" w:type="dxa"/>
            <w:shd w:val="clear" w:color="auto" w:fill="FFFFFF"/>
            <w:tcMar>
              <w:top w:w="70" w:type="dxa"/>
              <w:left w:w="100" w:type="dxa"/>
              <w:bottom w:w="70" w:type="dxa"/>
              <w:right w:w="100" w:type="dxa"/>
            </w:tcMar>
          </w:tcPr>
          <w:p w14:paraId="14719682"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FFFFF"/>
            <w:tcMar>
              <w:top w:w="70" w:type="dxa"/>
              <w:left w:w="100" w:type="dxa"/>
              <w:bottom w:w="70" w:type="dxa"/>
              <w:right w:w="100" w:type="dxa"/>
            </w:tcMar>
          </w:tcPr>
          <w:p w14:paraId="64A7C367"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13003FE1"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0B9F5F14"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FFFFF"/>
            <w:tcMar>
              <w:top w:w="70" w:type="dxa"/>
              <w:left w:w="100" w:type="dxa"/>
              <w:bottom w:w="70" w:type="dxa"/>
              <w:right w:w="100" w:type="dxa"/>
            </w:tcMar>
          </w:tcPr>
          <w:p w14:paraId="7C0F288D"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FFFFF"/>
            <w:tcMar>
              <w:top w:w="70" w:type="dxa"/>
              <w:left w:w="100" w:type="dxa"/>
              <w:bottom w:w="70" w:type="dxa"/>
              <w:right w:w="100" w:type="dxa"/>
            </w:tcMar>
          </w:tcPr>
          <w:p w14:paraId="6C93A274"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6D44B782" w14:textId="77777777">
        <w:trPr>
          <w:jc w:val="center"/>
        </w:trPr>
        <w:tc>
          <w:tcPr>
            <w:tcW w:w="3168" w:type="dxa"/>
            <w:shd w:val="clear" w:color="auto" w:fill="F9FBFD"/>
            <w:tcMar>
              <w:top w:w="70" w:type="dxa"/>
              <w:left w:w="100" w:type="dxa"/>
              <w:bottom w:w="70" w:type="dxa"/>
              <w:right w:w="100" w:type="dxa"/>
            </w:tcMar>
          </w:tcPr>
          <w:p w14:paraId="139E5472" w14:textId="77777777" w:rsidR="00AA3848" w:rsidRDefault="00407892">
            <w:pPr>
              <w:spacing w:before="40" w:after="40"/>
            </w:pPr>
            <w:r>
              <w:rPr>
                <w:color w:val="141414"/>
                <w:sz w:val="19"/>
              </w:rPr>
              <w:t>Hallucinogens: Ecstasy / MDMA</w:t>
            </w:r>
          </w:p>
        </w:tc>
        <w:tc>
          <w:tcPr>
            <w:tcW w:w="1152" w:type="dxa"/>
            <w:shd w:val="clear" w:color="auto" w:fill="F9FBFD"/>
            <w:tcMar>
              <w:top w:w="70" w:type="dxa"/>
              <w:left w:w="100" w:type="dxa"/>
              <w:bottom w:w="70" w:type="dxa"/>
              <w:right w:w="100" w:type="dxa"/>
            </w:tcMar>
          </w:tcPr>
          <w:p w14:paraId="3C1A4399"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9FBFD"/>
            <w:tcMar>
              <w:top w:w="70" w:type="dxa"/>
              <w:left w:w="100" w:type="dxa"/>
              <w:bottom w:w="70" w:type="dxa"/>
              <w:right w:w="100" w:type="dxa"/>
            </w:tcMar>
          </w:tcPr>
          <w:p w14:paraId="56A02889"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593FF572"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05B802EA"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9FBFD"/>
            <w:tcMar>
              <w:top w:w="70" w:type="dxa"/>
              <w:left w:w="100" w:type="dxa"/>
              <w:bottom w:w="70" w:type="dxa"/>
              <w:right w:w="100" w:type="dxa"/>
            </w:tcMar>
          </w:tcPr>
          <w:p w14:paraId="7F547F14"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679C2BAF"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611D5A5E" w14:textId="77777777">
        <w:trPr>
          <w:jc w:val="center"/>
        </w:trPr>
        <w:tc>
          <w:tcPr>
            <w:tcW w:w="3168" w:type="dxa"/>
            <w:shd w:val="clear" w:color="auto" w:fill="FFFFFF"/>
            <w:tcMar>
              <w:top w:w="70" w:type="dxa"/>
              <w:left w:w="100" w:type="dxa"/>
              <w:bottom w:w="70" w:type="dxa"/>
              <w:right w:w="100" w:type="dxa"/>
            </w:tcMar>
          </w:tcPr>
          <w:p w14:paraId="0040D564" w14:textId="77777777" w:rsidR="00AA3848" w:rsidRDefault="00407892">
            <w:pPr>
              <w:spacing w:before="40" w:after="40"/>
            </w:pPr>
            <w:r>
              <w:rPr>
                <w:color w:val="141414"/>
                <w:sz w:val="19"/>
              </w:rPr>
              <w:t>Stimulants: Cocaine / Crack</w:t>
            </w:r>
          </w:p>
        </w:tc>
        <w:tc>
          <w:tcPr>
            <w:tcW w:w="1152" w:type="dxa"/>
            <w:shd w:val="clear" w:color="auto" w:fill="FFFFFF"/>
            <w:tcMar>
              <w:top w:w="70" w:type="dxa"/>
              <w:left w:w="100" w:type="dxa"/>
              <w:bottom w:w="70" w:type="dxa"/>
              <w:right w:w="100" w:type="dxa"/>
            </w:tcMar>
          </w:tcPr>
          <w:p w14:paraId="524704D1"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FFFFF"/>
            <w:tcMar>
              <w:top w:w="70" w:type="dxa"/>
              <w:left w:w="100" w:type="dxa"/>
              <w:bottom w:w="70" w:type="dxa"/>
              <w:right w:w="100" w:type="dxa"/>
            </w:tcMar>
          </w:tcPr>
          <w:p w14:paraId="09909534"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0AB8B480"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6AF14659"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FFFFF"/>
            <w:tcMar>
              <w:top w:w="70" w:type="dxa"/>
              <w:left w:w="100" w:type="dxa"/>
              <w:bottom w:w="70" w:type="dxa"/>
              <w:right w:w="100" w:type="dxa"/>
            </w:tcMar>
          </w:tcPr>
          <w:p w14:paraId="4524B8D8"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FFFFF"/>
            <w:tcMar>
              <w:top w:w="70" w:type="dxa"/>
              <w:left w:w="100" w:type="dxa"/>
              <w:bottom w:w="70" w:type="dxa"/>
              <w:right w:w="100" w:type="dxa"/>
            </w:tcMar>
          </w:tcPr>
          <w:p w14:paraId="2CD421B1"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002F818D" w14:textId="77777777">
        <w:trPr>
          <w:jc w:val="center"/>
        </w:trPr>
        <w:tc>
          <w:tcPr>
            <w:tcW w:w="3168" w:type="dxa"/>
            <w:shd w:val="clear" w:color="auto" w:fill="F9FBFD"/>
            <w:tcMar>
              <w:top w:w="70" w:type="dxa"/>
              <w:left w:w="100" w:type="dxa"/>
              <w:bottom w:w="70" w:type="dxa"/>
              <w:right w:w="100" w:type="dxa"/>
            </w:tcMar>
          </w:tcPr>
          <w:p w14:paraId="3E20A489" w14:textId="77777777" w:rsidR="00AA3848" w:rsidRDefault="00407892">
            <w:pPr>
              <w:spacing w:before="40" w:after="40"/>
            </w:pPr>
            <w:r>
              <w:rPr>
                <w:color w:val="141414"/>
                <w:sz w:val="19"/>
              </w:rPr>
              <w:t>Stimulants: Amphetamine / Speed</w:t>
            </w:r>
          </w:p>
        </w:tc>
        <w:tc>
          <w:tcPr>
            <w:tcW w:w="1152" w:type="dxa"/>
            <w:shd w:val="clear" w:color="auto" w:fill="F9FBFD"/>
            <w:tcMar>
              <w:top w:w="70" w:type="dxa"/>
              <w:left w:w="100" w:type="dxa"/>
              <w:bottom w:w="70" w:type="dxa"/>
              <w:right w:w="100" w:type="dxa"/>
            </w:tcMar>
          </w:tcPr>
          <w:p w14:paraId="0554F430"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9FBFD"/>
            <w:tcMar>
              <w:top w:w="70" w:type="dxa"/>
              <w:left w:w="100" w:type="dxa"/>
              <w:bottom w:w="70" w:type="dxa"/>
              <w:right w:w="100" w:type="dxa"/>
            </w:tcMar>
          </w:tcPr>
          <w:p w14:paraId="272895CE"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5B07B46F"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51A1F3CB"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9FBFD"/>
            <w:tcMar>
              <w:top w:w="70" w:type="dxa"/>
              <w:left w:w="100" w:type="dxa"/>
              <w:bottom w:w="70" w:type="dxa"/>
              <w:right w:w="100" w:type="dxa"/>
            </w:tcMar>
          </w:tcPr>
          <w:p w14:paraId="4D129B0C"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5DD2EF34"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28CA8CF5" w14:textId="77777777">
        <w:trPr>
          <w:jc w:val="center"/>
        </w:trPr>
        <w:tc>
          <w:tcPr>
            <w:tcW w:w="3168" w:type="dxa"/>
            <w:shd w:val="clear" w:color="auto" w:fill="FFFFFF"/>
            <w:tcMar>
              <w:top w:w="70" w:type="dxa"/>
              <w:left w:w="100" w:type="dxa"/>
              <w:bottom w:w="70" w:type="dxa"/>
              <w:right w:w="100" w:type="dxa"/>
            </w:tcMar>
          </w:tcPr>
          <w:p w14:paraId="3989A1AA" w14:textId="77777777" w:rsidR="00AA3848" w:rsidRDefault="00407892">
            <w:pPr>
              <w:spacing w:before="40" w:after="40"/>
            </w:pPr>
            <w:r>
              <w:rPr>
                <w:color w:val="141414"/>
                <w:sz w:val="19"/>
              </w:rPr>
              <w:t>Stimulants: Methamphetamine</w:t>
            </w:r>
          </w:p>
        </w:tc>
        <w:tc>
          <w:tcPr>
            <w:tcW w:w="1152" w:type="dxa"/>
            <w:shd w:val="clear" w:color="auto" w:fill="FFFFFF"/>
            <w:tcMar>
              <w:top w:w="70" w:type="dxa"/>
              <w:left w:w="100" w:type="dxa"/>
              <w:bottom w:w="70" w:type="dxa"/>
              <w:right w:w="100" w:type="dxa"/>
            </w:tcMar>
          </w:tcPr>
          <w:p w14:paraId="700BCD60"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FFFFF"/>
            <w:tcMar>
              <w:top w:w="70" w:type="dxa"/>
              <w:left w:w="100" w:type="dxa"/>
              <w:bottom w:w="70" w:type="dxa"/>
              <w:right w:w="100" w:type="dxa"/>
            </w:tcMar>
          </w:tcPr>
          <w:p w14:paraId="0FD2C334"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239767F3"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027BA8C0"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FFFFF"/>
            <w:tcMar>
              <w:top w:w="70" w:type="dxa"/>
              <w:left w:w="100" w:type="dxa"/>
              <w:bottom w:w="70" w:type="dxa"/>
              <w:right w:w="100" w:type="dxa"/>
            </w:tcMar>
          </w:tcPr>
          <w:p w14:paraId="5D058E90"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FFFFF"/>
            <w:tcMar>
              <w:top w:w="70" w:type="dxa"/>
              <w:left w:w="100" w:type="dxa"/>
              <w:bottom w:w="70" w:type="dxa"/>
              <w:right w:w="100" w:type="dxa"/>
            </w:tcMar>
          </w:tcPr>
          <w:p w14:paraId="393B08BA"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671AD0A6" w14:textId="77777777">
        <w:trPr>
          <w:jc w:val="center"/>
        </w:trPr>
        <w:tc>
          <w:tcPr>
            <w:tcW w:w="3168" w:type="dxa"/>
            <w:shd w:val="clear" w:color="auto" w:fill="F9FBFD"/>
            <w:tcMar>
              <w:top w:w="70" w:type="dxa"/>
              <w:left w:w="100" w:type="dxa"/>
              <w:bottom w:w="70" w:type="dxa"/>
              <w:right w:w="100" w:type="dxa"/>
            </w:tcMar>
          </w:tcPr>
          <w:p w14:paraId="7D8E4E1E" w14:textId="77777777" w:rsidR="00AA3848" w:rsidRDefault="00407892">
            <w:pPr>
              <w:spacing w:before="40" w:after="40"/>
            </w:pPr>
            <w:r>
              <w:rPr>
                <w:color w:val="141414"/>
                <w:sz w:val="19"/>
              </w:rPr>
              <w:t>Stimulants: Adderall / Vyvanse</w:t>
            </w:r>
          </w:p>
        </w:tc>
        <w:tc>
          <w:tcPr>
            <w:tcW w:w="1152" w:type="dxa"/>
            <w:shd w:val="clear" w:color="auto" w:fill="F9FBFD"/>
            <w:tcMar>
              <w:top w:w="70" w:type="dxa"/>
              <w:left w:w="100" w:type="dxa"/>
              <w:bottom w:w="70" w:type="dxa"/>
              <w:right w:w="100" w:type="dxa"/>
            </w:tcMar>
          </w:tcPr>
          <w:p w14:paraId="5757E12A"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9FBFD"/>
            <w:tcMar>
              <w:top w:w="70" w:type="dxa"/>
              <w:left w:w="100" w:type="dxa"/>
              <w:bottom w:w="70" w:type="dxa"/>
              <w:right w:w="100" w:type="dxa"/>
            </w:tcMar>
          </w:tcPr>
          <w:p w14:paraId="6165E34B"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1CCDA8B0"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18CD25C2"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9FBFD"/>
            <w:tcMar>
              <w:top w:w="70" w:type="dxa"/>
              <w:left w:w="100" w:type="dxa"/>
              <w:bottom w:w="70" w:type="dxa"/>
              <w:right w:w="100" w:type="dxa"/>
            </w:tcMar>
          </w:tcPr>
          <w:p w14:paraId="112E3156"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34276A03"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57965D74" w14:textId="77777777">
        <w:trPr>
          <w:jc w:val="center"/>
        </w:trPr>
        <w:tc>
          <w:tcPr>
            <w:tcW w:w="3168" w:type="dxa"/>
            <w:shd w:val="clear" w:color="auto" w:fill="FFFFFF"/>
            <w:tcMar>
              <w:top w:w="70" w:type="dxa"/>
              <w:left w:w="100" w:type="dxa"/>
              <w:bottom w:w="70" w:type="dxa"/>
              <w:right w:w="100" w:type="dxa"/>
            </w:tcMar>
          </w:tcPr>
          <w:p w14:paraId="0AC36F29" w14:textId="77777777" w:rsidR="00AA3848" w:rsidRDefault="00407892">
            <w:pPr>
              <w:spacing w:before="40" w:after="40"/>
            </w:pPr>
            <w:r>
              <w:rPr>
                <w:color w:val="141414"/>
                <w:sz w:val="19"/>
              </w:rPr>
              <w:t>Stimulants: Bath Salts</w:t>
            </w:r>
          </w:p>
        </w:tc>
        <w:tc>
          <w:tcPr>
            <w:tcW w:w="1152" w:type="dxa"/>
            <w:shd w:val="clear" w:color="auto" w:fill="FFFFFF"/>
            <w:tcMar>
              <w:top w:w="70" w:type="dxa"/>
              <w:left w:w="100" w:type="dxa"/>
              <w:bottom w:w="70" w:type="dxa"/>
              <w:right w:w="100" w:type="dxa"/>
            </w:tcMar>
          </w:tcPr>
          <w:p w14:paraId="068C3F3B"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FFFFF"/>
            <w:tcMar>
              <w:top w:w="70" w:type="dxa"/>
              <w:left w:w="100" w:type="dxa"/>
              <w:bottom w:w="70" w:type="dxa"/>
              <w:right w:w="100" w:type="dxa"/>
            </w:tcMar>
          </w:tcPr>
          <w:p w14:paraId="4D626AE9"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53AC5A7D"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16185231"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FFFFF"/>
            <w:tcMar>
              <w:top w:w="70" w:type="dxa"/>
              <w:left w:w="100" w:type="dxa"/>
              <w:bottom w:w="70" w:type="dxa"/>
              <w:right w:w="100" w:type="dxa"/>
            </w:tcMar>
          </w:tcPr>
          <w:p w14:paraId="3E15E10A"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FFFFF"/>
            <w:tcMar>
              <w:top w:w="70" w:type="dxa"/>
              <w:left w:w="100" w:type="dxa"/>
              <w:bottom w:w="70" w:type="dxa"/>
              <w:right w:w="100" w:type="dxa"/>
            </w:tcMar>
          </w:tcPr>
          <w:p w14:paraId="68672229"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7AAFBFEB" w14:textId="77777777">
        <w:trPr>
          <w:jc w:val="center"/>
        </w:trPr>
        <w:tc>
          <w:tcPr>
            <w:tcW w:w="3168" w:type="dxa"/>
            <w:shd w:val="clear" w:color="auto" w:fill="F9FBFD"/>
            <w:tcMar>
              <w:top w:w="70" w:type="dxa"/>
              <w:left w:w="100" w:type="dxa"/>
              <w:bottom w:w="70" w:type="dxa"/>
              <w:right w:w="100" w:type="dxa"/>
            </w:tcMar>
          </w:tcPr>
          <w:p w14:paraId="3E8C0DD2" w14:textId="77777777" w:rsidR="00AA3848" w:rsidRDefault="00407892">
            <w:pPr>
              <w:spacing w:before="40" w:after="40"/>
            </w:pPr>
            <w:r>
              <w:rPr>
                <w:color w:val="141414"/>
                <w:sz w:val="19"/>
              </w:rPr>
              <w:t>Depressants: Barbiturates / Tranquilizers</w:t>
            </w:r>
          </w:p>
        </w:tc>
        <w:tc>
          <w:tcPr>
            <w:tcW w:w="1152" w:type="dxa"/>
            <w:shd w:val="clear" w:color="auto" w:fill="F9FBFD"/>
            <w:tcMar>
              <w:top w:w="70" w:type="dxa"/>
              <w:left w:w="100" w:type="dxa"/>
              <w:bottom w:w="70" w:type="dxa"/>
              <w:right w:w="100" w:type="dxa"/>
            </w:tcMar>
          </w:tcPr>
          <w:p w14:paraId="1DFB1399"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9FBFD"/>
            <w:tcMar>
              <w:top w:w="70" w:type="dxa"/>
              <w:left w:w="100" w:type="dxa"/>
              <w:bottom w:w="70" w:type="dxa"/>
              <w:right w:w="100" w:type="dxa"/>
            </w:tcMar>
          </w:tcPr>
          <w:p w14:paraId="442B940C"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56DB646E"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39A8A228"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9FBFD"/>
            <w:tcMar>
              <w:top w:w="70" w:type="dxa"/>
              <w:left w:w="100" w:type="dxa"/>
              <w:bottom w:w="70" w:type="dxa"/>
              <w:right w:w="100" w:type="dxa"/>
            </w:tcMar>
          </w:tcPr>
          <w:p w14:paraId="1561BC57"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618306FB"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082F9EC7" w14:textId="77777777">
        <w:trPr>
          <w:jc w:val="center"/>
        </w:trPr>
        <w:tc>
          <w:tcPr>
            <w:tcW w:w="3168" w:type="dxa"/>
            <w:shd w:val="clear" w:color="auto" w:fill="FFFFFF"/>
            <w:tcMar>
              <w:top w:w="70" w:type="dxa"/>
              <w:left w:w="100" w:type="dxa"/>
              <w:bottom w:w="70" w:type="dxa"/>
              <w:right w:w="100" w:type="dxa"/>
            </w:tcMar>
          </w:tcPr>
          <w:p w14:paraId="43629A6C" w14:textId="77777777" w:rsidR="00AA3848" w:rsidRDefault="00407892">
            <w:pPr>
              <w:spacing w:before="40" w:after="40"/>
            </w:pPr>
            <w:r>
              <w:rPr>
                <w:color w:val="141414"/>
                <w:sz w:val="19"/>
              </w:rPr>
              <w:t>Depressants: Valium / Xanax / Quaaludes</w:t>
            </w:r>
          </w:p>
        </w:tc>
        <w:tc>
          <w:tcPr>
            <w:tcW w:w="1152" w:type="dxa"/>
            <w:shd w:val="clear" w:color="auto" w:fill="FFFFFF"/>
            <w:tcMar>
              <w:top w:w="70" w:type="dxa"/>
              <w:left w:w="100" w:type="dxa"/>
              <w:bottom w:w="70" w:type="dxa"/>
              <w:right w:w="100" w:type="dxa"/>
            </w:tcMar>
          </w:tcPr>
          <w:p w14:paraId="38CB0B69"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FFFFF"/>
            <w:tcMar>
              <w:top w:w="70" w:type="dxa"/>
              <w:left w:w="100" w:type="dxa"/>
              <w:bottom w:w="70" w:type="dxa"/>
              <w:right w:w="100" w:type="dxa"/>
            </w:tcMar>
          </w:tcPr>
          <w:p w14:paraId="60817D61"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62B3E1F4"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29F0472D"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FFFFF"/>
            <w:tcMar>
              <w:top w:w="70" w:type="dxa"/>
              <w:left w:w="100" w:type="dxa"/>
              <w:bottom w:w="70" w:type="dxa"/>
              <w:right w:w="100" w:type="dxa"/>
            </w:tcMar>
          </w:tcPr>
          <w:p w14:paraId="01E754A8"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FFFFF"/>
            <w:tcMar>
              <w:top w:w="70" w:type="dxa"/>
              <w:left w:w="100" w:type="dxa"/>
              <w:bottom w:w="70" w:type="dxa"/>
              <w:right w:w="100" w:type="dxa"/>
            </w:tcMar>
          </w:tcPr>
          <w:p w14:paraId="22A75333"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4B1475BA" w14:textId="77777777">
        <w:trPr>
          <w:jc w:val="center"/>
        </w:trPr>
        <w:tc>
          <w:tcPr>
            <w:tcW w:w="3168" w:type="dxa"/>
            <w:shd w:val="clear" w:color="auto" w:fill="F9FBFD"/>
            <w:tcMar>
              <w:top w:w="70" w:type="dxa"/>
              <w:left w:w="100" w:type="dxa"/>
              <w:bottom w:w="70" w:type="dxa"/>
              <w:right w:w="100" w:type="dxa"/>
            </w:tcMar>
          </w:tcPr>
          <w:p w14:paraId="25EAFB35" w14:textId="77777777" w:rsidR="00AA3848" w:rsidRDefault="00407892">
            <w:pPr>
              <w:spacing w:before="40" w:after="40"/>
            </w:pPr>
            <w:r>
              <w:rPr>
                <w:color w:val="141414"/>
                <w:sz w:val="19"/>
              </w:rPr>
              <w:t>OTC / Abuse: Inhalants / Glue / Solvents / Thinners</w:t>
            </w:r>
          </w:p>
        </w:tc>
        <w:tc>
          <w:tcPr>
            <w:tcW w:w="1152" w:type="dxa"/>
            <w:shd w:val="clear" w:color="auto" w:fill="F9FBFD"/>
            <w:tcMar>
              <w:top w:w="70" w:type="dxa"/>
              <w:left w:w="100" w:type="dxa"/>
              <w:bottom w:w="70" w:type="dxa"/>
              <w:right w:w="100" w:type="dxa"/>
            </w:tcMar>
          </w:tcPr>
          <w:p w14:paraId="42B3DB99"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9FBFD"/>
            <w:tcMar>
              <w:top w:w="70" w:type="dxa"/>
              <w:left w:w="100" w:type="dxa"/>
              <w:bottom w:w="70" w:type="dxa"/>
              <w:right w:w="100" w:type="dxa"/>
            </w:tcMar>
          </w:tcPr>
          <w:p w14:paraId="08FC5108"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52BD4838"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9FBFD"/>
            <w:tcMar>
              <w:top w:w="70" w:type="dxa"/>
              <w:left w:w="100" w:type="dxa"/>
              <w:bottom w:w="70" w:type="dxa"/>
              <w:right w:w="100" w:type="dxa"/>
            </w:tcMar>
          </w:tcPr>
          <w:p w14:paraId="42885B8B"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9FBFD"/>
            <w:tcMar>
              <w:top w:w="70" w:type="dxa"/>
              <w:left w:w="100" w:type="dxa"/>
              <w:bottom w:w="70" w:type="dxa"/>
              <w:right w:w="100" w:type="dxa"/>
            </w:tcMar>
          </w:tcPr>
          <w:p w14:paraId="042CBD1D"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435FBE4D" w14:textId="77777777" w:rsidR="00AA3848" w:rsidRDefault="00407892">
            <w:pPr>
              <w:spacing w:before="40" w:after="40"/>
            </w:pPr>
            <w:r>
              <w:rPr>
                <w:color w:val="141414"/>
                <w:sz w:val="19"/>
              </w:rPr>
              <w:t xml:space="preserve">[ Amt / </w:t>
            </w:r>
            <w:proofErr w:type="gramStart"/>
            <w:r>
              <w:rPr>
                <w:color w:val="141414"/>
                <w:sz w:val="19"/>
              </w:rPr>
              <w:t>$ ]</w:t>
            </w:r>
            <w:proofErr w:type="gramEnd"/>
          </w:p>
        </w:tc>
      </w:tr>
      <w:tr w:rsidR="00AA3848" w14:paraId="7A2B8A17" w14:textId="77777777">
        <w:trPr>
          <w:jc w:val="center"/>
        </w:trPr>
        <w:tc>
          <w:tcPr>
            <w:tcW w:w="3168" w:type="dxa"/>
            <w:shd w:val="clear" w:color="auto" w:fill="FFFFFF"/>
            <w:tcMar>
              <w:top w:w="70" w:type="dxa"/>
              <w:left w:w="100" w:type="dxa"/>
              <w:bottom w:w="70" w:type="dxa"/>
              <w:right w:w="100" w:type="dxa"/>
            </w:tcMar>
          </w:tcPr>
          <w:p w14:paraId="6AF52DAB" w14:textId="77777777" w:rsidR="00AA3848" w:rsidRDefault="00407892">
            <w:pPr>
              <w:spacing w:before="40" w:after="40"/>
            </w:pPr>
            <w:r>
              <w:rPr>
                <w:color w:val="141414"/>
                <w:sz w:val="19"/>
              </w:rPr>
              <w:t xml:space="preserve">OTC / Abuse: Tianeptine / </w:t>
            </w:r>
            <w:proofErr w:type="spellStart"/>
            <w:r>
              <w:rPr>
                <w:color w:val="141414"/>
                <w:sz w:val="19"/>
              </w:rPr>
              <w:t>Phenibut</w:t>
            </w:r>
            <w:proofErr w:type="spellEnd"/>
          </w:p>
        </w:tc>
        <w:tc>
          <w:tcPr>
            <w:tcW w:w="1152" w:type="dxa"/>
            <w:shd w:val="clear" w:color="auto" w:fill="FFFFFF"/>
            <w:tcMar>
              <w:top w:w="70" w:type="dxa"/>
              <w:left w:w="100" w:type="dxa"/>
              <w:bottom w:w="70" w:type="dxa"/>
              <w:right w:w="100" w:type="dxa"/>
            </w:tcMar>
          </w:tcPr>
          <w:p w14:paraId="5AE5F5CD" w14:textId="77777777" w:rsidR="00AA3848" w:rsidRDefault="00407892">
            <w:pPr>
              <w:spacing w:before="40" w:after="40"/>
            </w:pPr>
            <w:proofErr w:type="gramStart"/>
            <w:r>
              <w:rPr>
                <w:color w:val="141414"/>
                <w:sz w:val="19"/>
              </w:rPr>
              <w:t>[  ]</w:t>
            </w:r>
            <w:proofErr w:type="gramEnd"/>
            <w:r>
              <w:rPr>
                <w:color w:val="141414"/>
                <w:sz w:val="19"/>
              </w:rPr>
              <w:t xml:space="preserve"> Y  [  ] N</w:t>
            </w:r>
          </w:p>
        </w:tc>
        <w:tc>
          <w:tcPr>
            <w:tcW w:w="1152" w:type="dxa"/>
            <w:shd w:val="clear" w:color="auto" w:fill="FFFFFF"/>
            <w:tcMar>
              <w:top w:w="70" w:type="dxa"/>
              <w:left w:w="100" w:type="dxa"/>
              <w:bottom w:w="70" w:type="dxa"/>
              <w:right w:w="100" w:type="dxa"/>
            </w:tcMar>
          </w:tcPr>
          <w:p w14:paraId="43139CE7"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6277252E" w14:textId="77777777" w:rsidR="00AA3848" w:rsidRDefault="00407892">
            <w:pPr>
              <w:spacing w:before="40" w:after="40"/>
            </w:pPr>
            <w:r>
              <w:rPr>
                <w:color w:val="141414"/>
                <w:sz w:val="19"/>
              </w:rPr>
              <w:t>[ MM/</w:t>
            </w:r>
            <w:proofErr w:type="spellStart"/>
            <w:proofErr w:type="gramStart"/>
            <w:r>
              <w:rPr>
                <w:color w:val="141414"/>
                <w:sz w:val="19"/>
              </w:rPr>
              <w:t>YY</w:t>
            </w:r>
            <w:proofErr w:type="spellEnd"/>
            <w:r>
              <w:rPr>
                <w:color w:val="141414"/>
                <w:sz w:val="19"/>
              </w:rPr>
              <w:t xml:space="preserve"> ]</w:t>
            </w:r>
            <w:proofErr w:type="gramEnd"/>
          </w:p>
        </w:tc>
        <w:tc>
          <w:tcPr>
            <w:tcW w:w="1152" w:type="dxa"/>
            <w:shd w:val="clear" w:color="auto" w:fill="FFFFFF"/>
            <w:tcMar>
              <w:top w:w="70" w:type="dxa"/>
              <w:left w:w="100" w:type="dxa"/>
              <w:bottom w:w="70" w:type="dxa"/>
              <w:right w:w="100" w:type="dxa"/>
            </w:tcMar>
          </w:tcPr>
          <w:p w14:paraId="0FDA38B2" w14:textId="77777777" w:rsidR="00AA3848" w:rsidRDefault="00407892">
            <w:pPr>
              <w:spacing w:before="40" w:after="40"/>
            </w:pPr>
            <w:r>
              <w:rPr>
                <w:color w:val="141414"/>
                <w:sz w:val="19"/>
              </w:rPr>
              <w:t xml:space="preserve">[ </w:t>
            </w:r>
            <w:proofErr w:type="gramStart"/>
            <w:r>
              <w:rPr>
                <w:color w:val="141414"/>
                <w:sz w:val="19"/>
              </w:rPr>
              <w:t>Count ]</w:t>
            </w:r>
            <w:proofErr w:type="gramEnd"/>
          </w:p>
        </w:tc>
        <w:tc>
          <w:tcPr>
            <w:tcW w:w="1152" w:type="dxa"/>
            <w:shd w:val="clear" w:color="auto" w:fill="FFFFFF"/>
            <w:tcMar>
              <w:top w:w="70" w:type="dxa"/>
              <w:left w:w="100" w:type="dxa"/>
              <w:bottom w:w="70" w:type="dxa"/>
              <w:right w:w="100" w:type="dxa"/>
            </w:tcMar>
          </w:tcPr>
          <w:p w14:paraId="41BDB61E" w14:textId="77777777" w:rsidR="00AA3848" w:rsidRDefault="00407892">
            <w:pPr>
              <w:spacing w:before="40" w:after="40"/>
            </w:pPr>
            <w:r>
              <w:rPr>
                <w:color w:val="141414"/>
                <w:sz w:val="19"/>
              </w:rPr>
              <w:t xml:space="preserve">[ Amt / </w:t>
            </w:r>
            <w:proofErr w:type="gramStart"/>
            <w:r>
              <w:rPr>
                <w:color w:val="141414"/>
                <w:sz w:val="19"/>
              </w:rPr>
              <w:t>$ ]</w:t>
            </w:r>
            <w:proofErr w:type="gramEnd"/>
          </w:p>
        </w:tc>
        <w:tc>
          <w:tcPr>
            <w:tcW w:w="1152" w:type="dxa"/>
            <w:shd w:val="clear" w:color="auto" w:fill="FFFFFF"/>
            <w:tcMar>
              <w:top w:w="70" w:type="dxa"/>
              <w:left w:w="100" w:type="dxa"/>
              <w:bottom w:w="70" w:type="dxa"/>
              <w:right w:w="100" w:type="dxa"/>
            </w:tcMar>
          </w:tcPr>
          <w:p w14:paraId="2600723E" w14:textId="77777777" w:rsidR="00AA3848" w:rsidRDefault="00407892">
            <w:pPr>
              <w:spacing w:before="40" w:after="40"/>
            </w:pPr>
            <w:r>
              <w:rPr>
                <w:color w:val="141414"/>
                <w:sz w:val="19"/>
              </w:rPr>
              <w:t xml:space="preserve">[ Amt / </w:t>
            </w:r>
            <w:proofErr w:type="gramStart"/>
            <w:r>
              <w:rPr>
                <w:color w:val="141414"/>
                <w:sz w:val="19"/>
              </w:rPr>
              <w:t>$ ]</w:t>
            </w:r>
            <w:proofErr w:type="gramEnd"/>
          </w:p>
        </w:tc>
      </w:tr>
    </w:tbl>
    <w:p w14:paraId="735D7ED3" w14:textId="77777777" w:rsidR="00AA3848" w:rsidRDefault="00AA3848">
      <w:pPr>
        <w:spacing w:after="120"/>
      </w:pPr>
    </w:p>
    <w:p w14:paraId="64D76933" w14:textId="77777777" w:rsidR="00AA3848" w:rsidRDefault="00407892">
      <w:pPr>
        <w:keepNext/>
        <w:spacing w:before="200" w:after="80"/>
      </w:pPr>
      <w:r>
        <w:rPr>
          <w:b/>
          <w:color w:val="2F5496"/>
          <w:sz w:val="22"/>
        </w:rPr>
        <w:t>Drug Activity Questionnaire</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720"/>
        <w:gridCol w:w="7200"/>
        <w:gridCol w:w="2160"/>
      </w:tblGrid>
      <w:tr w:rsidR="00AA3848" w14:paraId="325EDE19" w14:textId="77777777" w:rsidTr="00FA3DE9">
        <w:trPr>
          <w:jc w:val="center"/>
        </w:trPr>
        <w:tc>
          <w:tcPr>
            <w:tcW w:w="720" w:type="dxa"/>
            <w:shd w:val="clear" w:color="auto" w:fill="1B365D"/>
            <w:tcMar>
              <w:top w:w="70" w:type="dxa"/>
              <w:left w:w="100" w:type="dxa"/>
              <w:bottom w:w="70" w:type="dxa"/>
              <w:right w:w="100" w:type="dxa"/>
            </w:tcMar>
          </w:tcPr>
          <w:p w14:paraId="36EBAFCE" w14:textId="77777777" w:rsidR="00AA3848" w:rsidRDefault="00407892">
            <w:pPr>
              <w:spacing w:before="40" w:after="40"/>
            </w:pPr>
            <w:r>
              <w:rPr>
                <w:b/>
                <w:color w:val="FFFFFF"/>
                <w:sz w:val="19"/>
              </w:rPr>
              <w:t>#</w:t>
            </w:r>
          </w:p>
        </w:tc>
        <w:tc>
          <w:tcPr>
            <w:tcW w:w="7200" w:type="dxa"/>
            <w:shd w:val="clear" w:color="auto" w:fill="1B365D"/>
            <w:tcMar>
              <w:top w:w="70" w:type="dxa"/>
              <w:left w:w="100" w:type="dxa"/>
              <w:bottom w:w="70" w:type="dxa"/>
              <w:right w:w="100" w:type="dxa"/>
            </w:tcMar>
          </w:tcPr>
          <w:p w14:paraId="0AC4495B" w14:textId="77777777" w:rsidR="00AA3848" w:rsidRDefault="00407892">
            <w:pPr>
              <w:spacing w:before="40" w:after="40"/>
            </w:pPr>
            <w:r>
              <w:rPr>
                <w:b/>
                <w:color w:val="FFFFFF"/>
                <w:sz w:val="19"/>
              </w:rPr>
              <w:t>Question</w:t>
            </w:r>
          </w:p>
        </w:tc>
        <w:tc>
          <w:tcPr>
            <w:tcW w:w="2160" w:type="dxa"/>
            <w:shd w:val="clear" w:color="auto" w:fill="1B365D"/>
            <w:tcMar>
              <w:top w:w="70" w:type="dxa"/>
              <w:left w:w="100" w:type="dxa"/>
              <w:bottom w:w="70" w:type="dxa"/>
              <w:right w:w="100" w:type="dxa"/>
            </w:tcMar>
          </w:tcPr>
          <w:p w14:paraId="273EE188" w14:textId="77777777" w:rsidR="00AA3848" w:rsidRDefault="00407892">
            <w:pPr>
              <w:spacing w:before="40" w:after="40"/>
            </w:pPr>
            <w:r>
              <w:rPr>
                <w:b/>
                <w:color w:val="FFFFFF"/>
                <w:sz w:val="19"/>
              </w:rPr>
              <w:t>Response</w:t>
            </w:r>
          </w:p>
        </w:tc>
      </w:tr>
      <w:tr w:rsidR="00AA3848" w14:paraId="7BD8B759" w14:textId="77777777" w:rsidTr="00FA3DE9">
        <w:trPr>
          <w:jc w:val="center"/>
        </w:trPr>
        <w:tc>
          <w:tcPr>
            <w:tcW w:w="720" w:type="dxa"/>
            <w:shd w:val="clear" w:color="auto" w:fill="FFFFFF"/>
            <w:tcMar>
              <w:top w:w="70" w:type="dxa"/>
              <w:left w:w="100" w:type="dxa"/>
              <w:bottom w:w="70" w:type="dxa"/>
              <w:right w:w="100" w:type="dxa"/>
            </w:tcMar>
          </w:tcPr>
          <w:p w14:paraId="7C7B27B1" w14:textId="77777777" w:rsidR="00AA3848" w:rsidRDefault="00407892">
            <w:pPr>
              <w:spacing w:before="40" w:after="40"/>
            </w:pPr>
            <w:r>
              <w:rPr>
                <w:color w:val="141414"/>
                <w:sz w:val="19"/>
              </w:rPr>
              <w:t>12.2</w:t>
            </w:r>
          </w:p>
        </w:tc>
        <w:tc>
          <w:tcPr>
            <w:tcW w:w="7200" w:type="dxa"/>
            <w:shd w:val="clear" w:color="auto" w:fill="FFFFFF"/>
            <w:tcMar>
              <w:top w:w="70" w:type="dxa"/>
              <w:left w:w="100" w:type="dxa"/>
              <w:bottom w:w="70" w:type="dxa"/>
              <w:right w:w="100" w:type="dxa"/>
            </w:tcMar>
          </w:tcPr>
          <w:p w14:paraId="1BAE9D80" w14:textId="77777777" w:rsidR="00AA3848" w:rsidRDefault="00407892">
            <w:pPr>
              <w:spacing w:before="40" w:after="40"/>
            </w:pPr>
            <w:r>
              <w:rPr>
                <w:color w:val="141414"/>
                <w:sz w:val="19"/>
              </w:rPr>
              <w:t>Have you ever transported illegal drugs (including prescription drugs with illegal intent)?</w:t>
            </w:r>
          </w:p>
        </w:tc>
        <w:tc>
          <w:tcPr>
            <w:tcW w:w="2160" w:type="dxa"/>
            <w:shd w:val="clear" w:color="auto" w:fill="FFFFFF"/>
            <w:tcMar>
              <w:top w:w="70" w:type="dxa"/>
              <w:left w:w="100" w:type="dxa"/>
              <w:bottom w:w="70" w:type="dxa"/>
              <w:right w:w="100" w:type="dxa"/>
            </w:tcMar>
          </w:tcPr>
          <w:p w14:paraId="14DCF611"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63C22E7E" w14:textId="77777777" w:rsidTr="00FA3DE9">
        <w:trPr>
          <w:jc w:val="center"/>
        </w:trPr>
        <w:tc>
          <w:tcPr>
            <w:tcW w:w="720" w:type="dxa"/>
            <w:shd w:val="clear" w:color="auto" w:fill="F9FBFD"/>
            <w:tcMar>
              <w:top w:w="70" w:type="dxa"/>
              <w:left w:w="100" w:type="dxa"/>
              <w:bottom w:w="70" w:type="dxa"/>
              <w:right w:w="100" w:type="dxa"/>
            </w:tcMar>
          </w:tcPr>
          <w:p w14:paraId="43FED4FB" w14:textId="77777777" w:rsidR="00AA3848" w:rsidRDefault="00407892">
            <w:pPr>
              <w:spacing w:before="40" w:after="40"/>
            </w:pPr>
            <w:r>
              <w:rPr>
                <w:color w:val="141414"/>
                <w:sz w:val="19"/>
              </w:rPr>
              <w:t>12.3</w:t>
            </w:r>
          </w:p>
        </w:tc>
        <w:tc>
          <w:tcPr>
            <w:tcW w:w="7200" w:type="dxa"/>
            <w:shd w:val="clear" w:color="auto" w:fill="F9FBFD"/>
            <w:tcMar>
              <w:top w:w="70" w:type="dxa"/>
              <w:left w:w="100" w:type="dxa"/>
              <w:bottom w:w="70" w:type="dxa"/>
              <w:right w:w="100" w:type="dxa"/>
            </w:tcMar>
          </w:tcPr>
          <w:p w14:paraId="223D8092" w14:textId="77777777" w:rsidR="00AA3848" w:rsidRDefault="00407892">
            <w:pPr>
              <w:spacing w:before="40" w:after="40"/>
            </w:pPr>
            <w:r>
              <w:rPr>
                <w:color w:val="141414"/>
                <w:sz w:val="19"/>
              </w:rPr>
              <w:t>Have you ever abused steroids or substances mimicking testosterone?</w:t>
            </w:r>
          </w:p>
        </w:tc>
        <w:tc>
          <w:tcPr>
            <w:tcW w:w="2160" w:type="dxa"/>
            <w:shd w:val="clear" w:color="auto" w:fill="F9FBFD"/>
            <w:tcMar>
              <w:top w:w="70" w:type="dxa"/>
              <w:left w:w="100" w:type="dxa"/>
              <w:bottom w:w="70" w:type="dxa"/>
              <w:right w:w="100" w:type="dxa"/>
            </w:tcMar>
          </w:tcPr>
          <w:p w14:paraId="2C7A1D48"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3DE67743" w14:textId="77777777" w:rsidTr="00FA3DE9">
        <w:trPr>
          <w:jc w:val="center"/>
        </w:trPr>
        <w:tc>
          <w:tcPr>
            <w:tcW w:w="720" w:type="dxa"/>
            <w:shd w:val="clear" w:color="auto" w:fill="FFFFFF"/>
            <w:tcMar>
              <w:top w:w="70" w:type="dxa"/>
              <w:left w:w="100" w:type="dxa"/>
              <w:bottom w:w="70" w:type="dxa"/>
              <w:right w:w="100" w:type="dxa"/>
            </w:tcMar>
          </w:tcPr>
          <w:p w14:paraId="2B7E81B9" w14:textId="77777777" w:rsidR="00AA3848" w:rsidRDefault="00407892">
            <w:pPr>
              <w:spacing w:before="40" w:after="40"/>
            </w:pPr>
            <w:r>
              <w:rPr>
                <w:color w:val="141414"/>
                <w:sz w:val="19"/>
              </w:rPr>
              <w:t>12.4</w:t>
            </w:r>
          </w:p>
        </w:tc>
        <w:tc>
          <w:tcPr>
            <w:tcW w:w="7200" w:type="dxa"/>
            <w:shd w:val="clear" w:color="auto" w:fill="FFFFFF"/>
            <w:tcMar>
              <w:top w:w="70" w:type="dxa"/>
              <w:left w:w="100" w:type="dxa"/>
              <w:bottom w:w="70" w:type="dxa"/>
              <w:right w:w="100" w:type="dxa"/>
            </w:tcMar>
          </w:tcPr>
          <w:p w14:paraId="2F4369E7" w14:textId="77777777" w:rsidR="00AA3848" w:rsidRDefault="00407892">
            <w:pPr>
              <w:spacing w:before="40" w:after="40"/>
            </w:pPr>
            <w:r>
              <w:rPr>
                <w:color w:val="141414"/>
                <w:sz w:val="19"/>
              </w:rPr>
              <w:t>When was the last time you were with someone using illegal or non-prescribed drugs?</w:t>
            </w:r>
          </w:p>
        </w:tc>
        <w:tc>
          <w:tcPr>
            <w:tcW w:w="2160" w:type="dxa"/>
            <w:shd w:val="clear" w:color="auto" w:fill="FFFFFF"/>
            <w:tcMar>
              <w:top w:w="70" w:type="dxa"/>
              <w:left w:w="100" w:type="dxa"/>
              <w:bottom w:w="70" w:type="dxa"/>
              <w:right w:w="100" w:type="dxa"/>
            </w:tcMar>
          </w:tcPr>
          <w:p w14:paraId="484298A3" w14:textId="382FEF7D" w:rsidR="00AA3848" w:rsidRDefault="00407892">
            <w:pPr>
              <w:spacing w:before="40" w:after="40"/>
            </w:pPr>
            <w:r>
              <w:rPr>
                <w:i/>
                <w:color w:val="6E6E6E"/>
                <w:sz w:val="19"/>
              </w:rPr>
              <w:t>Date: [ MM/</w:t>
            </w:r>
            <w:proofErr w:type="spellStart"/>
            <w:proofErr w:type="gramStart"/>
            <w:r>
              <w:rPr>
                <w:i/>
                <w:color w:val="6E6E6E"/>
                <w:sz w:val="19"/>
              </w:rPr>
              <w:t>YYYY</w:t>
            </w:r>
            <w:proofErr w:type="spellEnd"/>
            <w:r>
              <w:rPr>
                <w:i/>
                <w:color w:val="6E6E6E"/>
                <w:sz w:val="19"/>
              </w:rPr>
              <w:t xml:space="preserve"> ]</w:t>
            </w:r>
            <w:proofErr w:type="gramEnd"/>
          </w:p>
        </w:tc>
      </w:tr>
      <w:tr w:rsidR="002108D0" w14:paraId="27E5C4F2" w14:textId="77777777" w:rsidTr="00C7463E">
        <w:trPr>
          <w:jc w:val="center"/>
        </w:trPr>
        <w:tc>
          <w:tcPr>
            <w:tcW w:w="10080" w:type="dxa"/>
            <w:gridSpan w:val="3"/>
            <w:shd w:val="clear" w:color="auto" w:fill="FFFFFF"/>
            <w:tcMar>
              <w:top w:w="70" w:type="dxa"/>
              <w:left w:w="100" w:type="dxa"/>
              <w:bottom w:w="70" w:type="dxa"/>
              <w:right w:w="100" w:type="dxa"/>
            </w:tcMar>
          </w:tcPr>
          <w:p w14:paraId="5D51D859" w14:textId="22035A77" w:rsidR="002108D0" w:rsidRDefault="002108D0">
            <w:pPr>
              <w:spacing w:before="40" w:after="40"/>
              <w:rPr>
                <w:i/>
                <w:color w:val="6E6E6E"/>
                <w:sz w:val="19"/>
              </w:rPr>
            </w:pPr>
            <w:r>
              <w:rPr>
                <w:i/>
                <w:color w:val="6E6E6E"/>
                <w:sz w:val="19"/>
              </w:rPr>
              <w:t xml:space="preserve">Circumstances: [ Type </w:t>
            </w:r>
            <w:proofErr w:type="gramStart"/>
            <w:r>
              <w:rPr>
                <w:i/>
                <w:color w:val="6E6E6E"/>
                <w:sz w:val="19"/>
              </w:rPr>
              <w:t>Circumstances ]</w:t>
            </w:r>
            <w:proofErr w:type="gramEnd"/>
          </w:p>
        </w:tc>
      </w:tr>
      <w:tr w:rsidR="00AA3848" w14:paraId="6E092CC0" w14:textId="77777777" w:rsidTr="00FA3DE9">
        <w:trPr>
          <w:jc w:val="center"/>
        </w:trPr>
        <w:tc>
          <w:tcPr>
            <w:tcW w:w="720" w:type="dxa"/>
            <w:shd w:val="clear" w:color="auto" w:fill="F9FBFD"/>
            <w:tcMar>
              <w:top w:w="70" w:type="dxa"/>
              <w:left w:w="100" w:type="dxa"/>
              <w:bottom w:w="70" w:type="dxa"/>
              <w:right w:w="100" w:type="dxa"/>
            </w:tcMar>
          </w:tcPr>
          <w:p w14:paraId="4D7A1B35" w14:textId="77777777" w:rsidR="00AA3848" w:rsidRDefault="00407892">
            <w:pPr>
              <w:spacing w:before="40" w:after="40"/>
            </w:pPr>
            <w:r>
              <w:rPr>
                <w:color w:val="141414"/>
                <w:sz w:val="19"/>
              </w:rPr>
              <w:t>12.5</w:t>
            </w:r>
          </w:p>
        </w:tc>
        <w:tc>
          <w:tcPr>
            <w:tcW w:w="7200" w:type="dxa"/>
            <w:shd w:val="clear" w:color="auto" w:fill="F9FBFD"/>
            <w:tcMar>
              <w:top w:w="70" w:type="dxa"/>
              <w:left w:w="100" w:type="dxa"/>
              <w:bottom w:w="70" w:type="dxa"/>
              <w:right w:w="100" w:type="dxa"/>
            </w:tcMar>
          </w:tcPr>
          <w:p w14:paraId="6072A03C" w14:textId="77777777" w:rsidR="00AA3848" w:rsidRDefault="00407892">
            <w:pPr>
              <w:spacing w:before="40" w:after="40"/>
            </w:pPr>
            <w:r>
              <w:rPr>
                <w:color w:val="141414"/>
                <w:sz w:val="19"/>
              </w:rPr>
              <w:t>Are any close friends or family involved in the use or sale of illegal/prescription drugs?</w:t>
            </w:r>
          </w:p>
        </w:tc>
        <w:tc>
          <w:tcPr>
            <w:tcW w:w="2160" w:type="dxa"/>
            <w:shd w:val="clear" w:color="auto" w:fill="F9FBFD"/>
            <w:tcMar>
              <w:top w:w="70" w:type="dxa"/>
              <w:left w:w="100" w:type="dxa"/>
              <w:bottom w:w="70" w:type="dxa"/>
              <w:right w:w="100" w:type="dxa"/>
            </w:tcMar>
          </w:tcPr>
          <w:p w14:paraId="287A11CA"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2BE4D4E9" w14:textId="77777777" w:rsidTr="00FA3DE9">
        <w:trPr>
          <w:jc w:val="center"/>
        </w:trPr>
        <w:tc>
          <w:tcPr>
            <w:tcW w:w="720" w:type="dxa"/>
            <w:shd w:val="clear" w:color="auto" w:fill="FFFFFF"/>
            <w:tcMar>
              <w:top w:w="70" w:type="dxa"/>
              <w:left w:w="100" w:type="dxa"/>
              <w:bottom w:w="70" w:type="dxa"/>
              <w:right w:w="100" w:type="dxa"/>
            </w:tcMar>
          </w:tcPr>
          <w:p w14:paraId="7106AEB1" w14:textId="77777777" w:rsidR="00AA3848" w:rsidRDefault="00407892">
            <w:pPr>
              <w:spacing w:before="40" w:after="40"/>
            </w:pPr>
            <w:r>
              <w:rPr>
                <w:color w:val="141414"/>
                <w:sz w:val="19"/>
              </w:rPr>
              <w:lastRenderedPageBreak/>
              <w:t>12.6</w:t>
            </w:r>
          </w:p>
        </w:tc>
        <w:tc>
          <w:tcPr>
            <w:tcW w:w="7200" w:type="dxa"/>
            <w:shd w:val="clear" w:color="auto" w:fill="FFFFFF"/>
            <w:tcMar>
              <w:top w:w="70" w:type="dxa"/>
              <w:left w:w="100" w:type="dxa"/>
              <w:bottom w:w="70" w:type="dxa"/>
              <w:right w:w="100" w:type="dxa"/>
            </w:tcMar>
          </w:tcPr>
          <w:p w14:paraId="2868C0B3" w14:textId="77777777" w:rsidR="00AA3848" w:rsidRDefault="00407892">
            <w:pPr>
              <w:spacing w:before="40" w:after="40"/>
            </w:pPr>
            <w:r>
              <w:rPr>
                <w:color w:val="141414"/>
                <w:sz w:val="19"/>
              </w:rPr>
              <w:t>Have you ever grown Marijuana or manufactured Methamphetamine?</w:t>
            </w:r>
          </w:p>
        </w:tc>
        <w:tc>
          <w:tcPr>
            <w:tcW w:w="2160" w:type="dxa"/>
            <w:shd w:val="clear" w:color="auto" w:fill="FFFFFF"/>
            <w:tcMar>
              <w:top w:w="70" w:type="dxa"/>
              <w:left w:w="100" w:type="dxa"/>
              <w:bottom w:w="70" w:type="dxa"/>
              <w:right w:w="100" w:type="dxa"/>
            </w:tcMar>
          </w:tcPr>
          <w:p w14:paraId="55B56B5E"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272B8C67" w14:textId="77777777" w:rsidTr="00FA3DE9">
        <w:trPr>
          <w:jc w:val="center"/>
        </w:trPr>
        <w:tc>
          <w:tcPr>
            <w:tcW w:w="720" w:type="dxa"/>
            <w:shd w:val="clear" w:color="auto" w:fill="F9FBFD"/>
            <w:tcMar>
              <w:top w:w="70" w:type="dxa"/>
              <w:left w:w="100" w:type="dxa"/>
              <w:bottom w:w="70" w:type="dxa"/>
              <w:right w:w="100" w:type="dxa"/>
            </w:tcMar>
          </w:tcPr>
          <w:p w14:paraId="04C8A75F" w14:textId="77777777" w:rsidR="00AA3848" w:rsidRDefault="00407892">
            <w:pPr>
              <w:spacing w:before="40" w:after="40"/>
            </w:pPr>
            <w:r>
              <w:rPr>
                <w:color w:val="141414"/>
                <w:sz w:val="19"/>
              </w:rPr>
              <w:t>12.7</w:t>
            </w:r>
          </w:p>
        </w:tc>
        <w:tc>
          <w:tcPr>
            <w:tcW w:w="7200" w:type="dxa"/>
            <w:shd w:val="clear" w:color="auto" w:fill="F9FBFD"/>
            <w:tcMar>
              <w:top w:w="70" w:type="dxa"/>
              <w:left w:w="100" w:type="dxa"/>
              <w:bottom w:w="70" w:type="dxa"/>
              <w:right w:w="100" w:type="dxa"/>
            </w:tcMar>
          </w:tcPr>
          <w:p w14:paraId="20C987E2" w14:textId="77777777" w:rsidR="00AA3848" w:rsidRDefault="00407892">
            <w:pPr>
              <w:spacing w:before="40" w:after="40"/>
            </w:pPr>
            <w:r>
              <w:rPr>
                <w:color w:val="141414"/>
                <w:sz w:val="19"/>
              </w:rPr>
              <w:t>Have you ever used illegal drugs or abused prescription drugs while working?</w:t>
            </w:r>
          </w:p>
        </w:tc>
        <w:tc>
          <w:tcPr>
            <w:tcW w:w="2160" w:type="dxa"/>
            <w:shd w:val="clear" w:color="auto" w:fill="F9FBFD"/>
            <w:tcMar>
              <w:top w:w="70" w:type="dxa"/>
              <w:left w:w="100" w:type="dxa"/>
              <w:bottom w:w="70" w:type="dxa"/>
              <w:right w:w="100" w:type="dxa"/>
            </w:tcMar>
          </w:tcPr>
          <w:p w14:paraId="6E6EAE8F"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3BCEF40C" w14:textId="77777777" w:rsidTr="00FA3DE9">
        <w:trPr>
          <w:jc w:val="center"/>
        </w:trPr>
        <w:tc>
          <w:tcPr>
            <w:tcW w:w="720" w:type="dxa"/>
            <w:shd w:val="clear" w:color="auto" w:fill="FFFFFF"/>
            <w:tcMar>
              <w:top w:w="70" w:type="dxa"/>
              <w:left w:w="100" w:type="dxa"/>
              <w:bottom w:w="70" w:type="dxa"/>
              <w:right w:w="100" w:type="dxa"/>
            </w:tcMar>
          </w:tcPr>
          <w:p w14:paraId="4CB606FC" w14:textId="77777777" w:rsidR="00AA3848" w:rsidRDefault="00407892">
            <w:pPr>
              <w:spacing w:before="40" w:after="40"/>
            </w:pPr>
            <w:r>
              <w:rPr>
                <w:color w:val="141414"/>
                <w:sz w:val="19"/>
              </w:rPr>
              <w:t>12.8</w:t>
            </w:r>
          </w:p>
        </w:tc>
        <w:tc>
          <w:tcPr>
            <w:tcW w:w="7200" w:type="dxa"/>
            <w:shd w:val="clear" w:color="auto" w:fill="FFFFFF"/>
            <w:tcMar>
              <w:top w:w="70" w:type="dxa"/>
              <w:left w:w="100" w:type="dxa"/>
              <w:bottom w:w="70" w:type="dxa"/>
              <w:right w:w="100" w:type="dxa"/>
            </w:tcMar>
          </w:tcPr>
          <w:p w14:paraId="7E36DAE5" w14:textId="77777777" w:rsidR="00AA3848" w:rsidRDefault="00407892">
            <w:pPr>
              <w:spacing w:before="40" w:after="40"/>
            </w:pPr>
            <w:r>
              <w:rPr>
                <w:color w:val="141414"/>
                <w:sz w:val="19"/>
              </w:rPr>
              <w:t>Have you ever sought treatment from a physician to acquire prescription drugs to abuse or sell?</w:t>
            </w:r>
          </w:p>
        </w:tc>
        <w:tc>
          <w:tcPr>
            <w:tcW w:w="2160" w:type="dxa"/>
            <w:shd w:val="clear" w:color="auto" w:fill="FFFFFF"/>
            <w:tcMar>
              <w:top w:w="70" w:type="dxa"/>
              <w:left w:w="100" w:type="dxa"/>
              <w:bottom w:w="70" w:type="dxa"/>
              <w:right w:w="100" w:type="dxa"/>
            </w:tcMar>
          </w:tcPr>
          <w:p w14:paraId="19786BDE"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1F448C42" w14:textId="77777777" w:rsidTr="00FA3DE9">
        <w:trPr>
          <w:jc w:val="center"/>
        </w:trPr>
        <w:tc>
          <w:tcPr>
            <w:tcW w:w="720" w:type="dxa"/>
            <w:shd w:val="clear" w:color="auto" w:fill="F9FBFD"/>
            <w:tcMar>
              <w:top w:w="70" w:type="dxa"/>
              <w:left w:w="100" w:type="dxa"/>
              <w:bottom w:w="70" w:type="dxa"/>
              <w:right w:w="100" w:type="dxa"/>
            </w:tcMar>
          </w:tcPr>
          <w:p w14:paraId="0D754661" w14:textId="77777777" w:rsidR="00AA3848" w:rsidRDefault="00407892">
            <w:pPr>
              <w:spacing w:before="40" w:after="40"/>
            </w:pPr>
            <w:r>
              <w:rPr>
                <w:color w:val="141414"/>
                <w:sz w:val="19"/>
              </w:rPr>
              <w:t>12.9</w:t>
            </w:r>
          </w:p>
        </w:tc>
        <w:tc>
          <w:tcPr>
            <w:tcW w:w="7200" w:type="dxa"/>
            <w:shd w:val="clear" w:color="auto" w:fill="F9FBFD"/>
            <w:tcMar>
              <w:top w:w="70" w:type="dxa"/>
              <w:left w:w="100" w:type="dxa"/>
              <w:bottom w:w="70" w:type="dxa"/>
              <w:right w:w="100" w:type="dxa"/>
            </w:tcMar>
          </w:tcPr>
          <w:p w14:paraId="6719BECB" w14:textId="77777777" w:rsidR="00AA3848" w:rsidRDefault="00407892">
            <w:pPr>
              <w:spacing w:before="40" w:after="40"/>
            </w:pPr>
            <w:r>
              <w:rPr>
                <w:color w:val="141414"/>
                <w:sz w:val="19"/>
              </w:rPr>
              <w:t>Have you ever forged or altered a prescription?</w:t>
            </w:r>
          </w:p>
        </w:tc>
        <w:tc>
          <w:tcPr>
            <w:tcW w:w="2160" w:type="dxa"/>
            <w:shd w:val="clear" w:color="auto" w:fill="F9FBFD"/>
            <w:tcMar>
              <w:top w:w="70" w:type="dxa"/>
              <w:left w:w="100" w:type="dxa"/>
              <w:bottom w:w="70" w:type="dxa"/>
              <w:right w:w="100" w:type="dxa"/>
            </w:tcMar>
          </w:tcPr>
          <w:p w14:paraId="61B95D7E"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76D58D82" w14:textId="77777777" w:rsidTr="00FA3DE9">
        <w:trPr>
          <w:jc w:val="center"/>
        </w:trPr>
        <w:tc>
          <w:tcPr>
            <w:tcW w:w="720" w:type="dxa"/>
            <w:shd w:val="clear" w:color="auto" w:fill="FFFFFF"/>
            <w:tcMar>
              <w:top w:w="70" w:type="dxa"/>
              <w:left w:w="100" w:type="dxa"/>
              <w:bottom w:w="70" w:type="dxa"/>
              <w:right w:w="100" w:type="dxa"/>
            </w:tcMar>
          </w:tcPr>
          <w:p w14:paraId="23C57F85" w14:textId="77777777" w:rsidR="00AA3848" w:rsidRDefault="00407892">
            <w:pPr>
              <w:spacing w:before="40" w:after="40"/>
            </w:pPr>
            <w:r>
              <w:rPr>
                <w:color w:val="141414"/>
                <w:sz w:val="19"/>
              </w:rPr>
              <w:t>12.10</w:t>
            </w:r>
          </w:p>
        </w:tc>
        <w:tc>
          <w:tcPr>
            <w:tcW w:w="7200" w:type="dxa"/>
            <w:shd w:val="clear" w:color="auto" w:fill="FFFFFF"/>
            <w:tcMar>
              <w:top w:w="70" w:type="dxa"/>
              <w:left w:w="100" w:type="dxa"/>
              <w:bottom w:w="70" w:type="dxa"/>
              <w:right w:w="100" w:type="dxa"/>
            </w:tcMar>
          </w:tcPr>
          <w:p w14:paraId="6AB9C5FD" w14:textId="77777777" w:rsidR="00AA3848" w:rsidRDefault="00407892">
            <w:pPr>
              <w:spacing w:before="40" w:after="40"/>
            </w:pPr>
            <w:r>
              <w:rPr>
                <w:color w:val="141414"/>
                <w:sz w:val="19"/>
              </w:rPr>
              <w:t>Have you ever sold a prescription drug (yours or someone else's)?</w:t>
            </w:r>
          </w:p>
        </w:tc>
        <w:tc>
          <w:tcPr>
            <w:tcW w:w="2160" w:type="dxa"/>
            <w:shd w:val="clear" w:color="auto" w:fill="FFFFFF"/>
            <w:tcMar>
              <w:top w:w="70" w:type="dxa"/>
              <w:left w:w="100" w:type="dxa"/>
              <w:bottom w:w="70" w:type="dxa"/>
              <w:right w:w="100" w:type="dxa"/>
            </w:tcMar>
          </w:tcPr>
          <w:p w14:paraId="73ED6F59"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2C34CC95" w14:textId="77777777" w:rsidTr="00FA3DE9">
        <w:trPr>
          <w:jc w:val="center"/>
        </w:trPr>
        <w:tc>
          <w:tcPr>
            <w:tcW w:w="720" w:type="dxa"/>
            <w:shd w:val="clear" w:color="auto" w:fill="F9FBFD"/>
            <w:tcMar>
              <w:top w:w="70" w:type="dxa"/>
              <w:left w:w="100" w:type="dxa"/>
              <w:bottom w:w="70" w:type="dxa"/>
              <w:right w:w="100" w:type="dxa"/>
            </w:tcMar>
          </w:tcPr>
          <w:p w14:paraId="79A2AEE2" w14:textId="77777777" w:rsidR="00AA3848" w:rsidRDefault="00407892">
            <w:pPr>
              <w:spacing w:before="40" w:after="40"/>
            </w:pPr>
            <w:r>
              <w:rPr>
                <w:color w:val="141414"/>
                <w:sz w:val="19"/>
              </w:rPr>
              <w:t>12.11</w:t>
            </w:r>
          </w:p>
        </w:tc>
        <w:tc>
          <w:tcPr>
            <w:tcW w:w="7200" w:type="dxa"/>
            <w:shd w:val="clear" w:color="auto" w:fill="F9FBFD"/>
            <w:tcMar>
              <w:top w:w="70" w:type="dxa"/>
              <w:left w:w="100" w:type="dxa"/>
              <w:bottom w:w="70" w:type="dxa"/>
              <w:right w:w="100" w:type="dxa"/>
            </w:tcMar>
          </w:tcPr>
          <w:p w14:paraId="711BFB46" w14:textId="77777777" w:rsidR="00AA3848" w:rsidRDefault="00407892">
            <w:pPr>
              <w:spacing w:before="40" w:after="40"/>
            </w:pPr>
            <w:r>
              <w:rPr>
                <w:color w:val="141414"/>
                <w:sz w:val="19"/>
              </w:rPr>
              <w:t>Since taking the Anniston Civil Service test, have you used any illegal drugs?</w:t>
            </w:r>
          </w:p>
        </w:tc>
        <w:tc>
          <w:tcPr>
            <w:tcW w:w="2160" w:type="dxa"/>
            <w:shd w:val="clear" w:color="auto" w:fill="F9FBFD"/>
            <w:tcMar>
              <w:top w:w="70" w:type="dxa"/>
              <w:left w:w="100" w:type="dxa"/>
              <w:bottom w:w="70" w:type="dxa"/>
              <w:right w:w="100" w:type="dxa"/>
            </w:tcMar>
          </w:tcPr>
          <w:p w14:paraId="5983B147"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768AD60C" w14:textId="77777777" w:rsidTr="00FA3DE9">
        <w:trPr>
          <w:jc w:val="center"/>
        </w:trPr>
        <w:tc>
          <w:tcPr>
            <w:tcW w:w="720" w:type="dxa"/>
            <w:shd w:val="clear" w:color="auto" w:fill="FFFFFF"/>
            <w:tcMar>
              <w:top w:w="70" w:type="dxa"/>
              <w:left w:w="100" w:type="dxa"/>
              <w:bottom w:w="70" w:type="dxa"/>
              <w:right w:w="100" w:type="dxa"/>
            </w:tcMar>
          </w:tcPr>
          <w:p w14:paraId="0099372A" w14:textId="77777777" w:rsidR="00AA3848" w:rsidRDefault="00407892">
            <w:pPr>
              <w:spacing w:before="40" w:after="40"/>
            </w:pPr>
            <w:r>
              <w:rPr>
                <w:color w:val="141414"/>
                <w:sz w:val="19"/>
              </w:rPr>
              <w:t>EXP</w:t>
            </w:r>
          </w:p>
        </w:tc>
        <w:tc>
          <w:tcPr>
            <w:tcW w:w="7200" w:type="dxa"/>
            <w:shd w:val="clear" w:color="auto" w:fill="FFFFFF"/>
            <w:tcMar>
              <w:top w:w="70" w:type="dxa"/>
              <w:left w:w="100" w:type="dxa"/>
              <w:bottom w:w="70" w:type="dxa"/>
              <w:right w:w="100" w:type="dxa"/>
            </w:tcMar>
          </w:tcPr>
          <w:p w14:paraId="10E6013B" w14:textId="77777777" w:rsidR="00AA3848" w:rsidRDefault="00407892">
            <w:pPr>
              <w:spacing w:before="40" w:after="40"/>
            </w:pPr>
            <w:r>
              <w:rPr>
                <w:color w:val="141414"/>
                <w:sz w:val="19"/>
              </w:rPr>
              <w:t>If YES to any drug question, provide detailed explanation below:</w:t>
            </w:r>
          </w:p>
        </w:tc>
        <w:tc>
          <w:tcPr>
            <w:tcW w:w="2160" w:type="dxa"/>
            <w:shd w:val="clear" w:color="auto" w:fill="FFFFFF"/>
            <w:tcMar>
              <w:top w:w="70" w:type="dxa"/>
              <w:left w:w="100" w:type="dxa"/>
              <w:bottom w:w="70" w:type="dxa"/>
              <w:right w:w="100" w:type="dxa"/>
            </w:tcMar>
          </w:tcPr>
          <w:p w14:paraId="62C9E609" w14:textId="2A6DB12A" w:rsidR="00AA3848" w:rsidRDefault="00AA3848">
            <w:pPr>
              <w:spacing w:before="40" w:after="40"/>
            </w:pPr>
          </w:p>
        </w:tc>
      </w:tr>
      <w:tr w:rsidR="00FA3DE9" w14:paraId="5EC0B558" w14:textId="77777777" w:rsidTr="00FA3DE9">
        <w:trPr>
          <w:jc w:val="center"/>
        </w:trPr>
        <w:tc>
          <w:tcPr>
            <w:tcW w:w="10080" w:type="dxa"/>
            <w:gridSpan w:val="3"/>
            <w:shd w:val="clear" w:color="auto" w:fill="FFFFFF"/>
            <w:tcMar>
              <w:top w:w="70" w:type="dxa"/>
              <w:left w:w="100" w:type="dxa"/>
              <w:bottom w:w="70" w:type="dxa"/>
              <w:right w:w="100" w:type="dxa"/>
            </w:tcMar>
          </w:tcPr>
          <w:p w14:paraId="03F8116A" w14:textId="77777777" w:rsidR="00FA3DE9" w:rsidRDefault="00FA3DE9">
            <w:pPr>
              <w:spacing w:before="40" w:after="40"/>
              <w:rPr>
                <w:i/>
                <w:color w:val="6E6E6E"/>
                <w:sz w:val="19"/>
              </w:rPr>
            </w:pPr>
          </w:p>
        </w:tc>
      </w:tr>
    </w:tbl>
    <w:p w14:paraId="47428CBC" w14:textId="77777777" w:rsidR="00AA3848" w:rsidRDefault="00AA3848">
      <w:pPr>
        <w:spacing w:after="120"/>
      </w:pPr>
    </w:p>
    <w:p w14:paraId="5F1DE43B" w14:textId="77777777" w:rsidR="00AA3848" w:rsidRDefault="00407892">
      <w:pPr>
        <w:keepNext/>
        <w:spacing w:before="280" w:after="120"/>
      </w:pPr>
      <w:r>
        <w:rPr>
          <w:b/>
          <w:color w:val="1B365D"/>
          <w:sz w:val="26"/>
        </w:rPr>
        <w:t>SECTION 13: ALCOHOL USAGE</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4608"/>
        <w:gridCol w:w="5472"/>
      </w:tblGrid>
      <w:tr w:rsidR="00AA3848" w14:paraId="6D9FC3F5" w14:textId="77777777" w:rsidTr="00FA3DE9">
        <w:trPr>
          <w:jc w:val="center"/>
        </w:trPr>
        <w:tc>
          <w:tcPr>
            <w:tcW w:w="4608" w:type="dxa"/>
            <w:shd w:val="clear" w:color="auto" w:fill="1B365D"/>
            <w:tcMar>
              <w:top w:w="70" w:type="dxa"/>
              <w:left w:w="100" w:type="dxa"/>
              <w:bottom w:w="70" w:type="dxa"/>
              <w:right w:w="100" w:type="dxa"/>
            </w:tcMar>
          </w:tcPr>
          <w:p w14:paraId="18C9A6C5" w14:textId="77777777" w:rsidR="00AA3848" w:rsidRDefault="00407892">
            <w:pPr>
              <w:spacing w:before="40" w:after="40"/>
            </w:pPr>
            <w:r>
              <w:rPr>
                <w:b/>
                <w:color w:val="FFFFFF"/>
                <w:sz w:val="19"/>
              </w:rPr>
              <w:t>Alcohol Usage Questions</w:t>
            </w:r>
          </w:p>
        </w:tc>
        <w:tc>
          <w:tcPr>
            <w:tcW w:w="5472" w:type="dxa"/>
            <w:shd w:val="clear" w:color="auto" w:fill="1B365D"/>
            <w:tcMar>
              <w:top w:w="70" w:type="dxa"/>
              <w:left w:w="100" w:type="dxa"/>
              <w:bottom w:w="70" w:type="dxa"/>
              <w:right w:w="100" w:type="dxa"/>
            </w:tcMar>
          </w:tcPr>
          <w:p w14:paraId="0B0F864C" w14:textId="77777777" w:rsidR="00AA3848" w:rsidRDefault="00407892">
            <w:pPr>
              <w:spacing w:before="40" w:after="40"/>
            </w:pPr>
            <w:r>
              <w:rPr>
                <w:b/>
                <w:color w:val="FFFFFF"/>
                <w:sz w:val="19"/>
              </w:rPr>
              <w:t>Response</w:t>
            </w:r>
          </w:p>
        </w:tc>
      </w:tr>
      <w:tr w:rsidR="00AA3848" w14:paraId="13F171DD" w14:textId="77777777" w:rsidTr="00FA3DE9">
        <w:trPr>
          <w:jc w:val="center"/>
        </w:trPr>
        <w:tc>
          <w:tcPr>
            <w:tcW w:w="4608" w:type="dxa"/>
            <w:shd w:val="clear" w:color="auto" w:fill="FFFFFF"/>
            <w:tcMar>
              <w:top w:w="70" w:type="dxa"/>
              <w:left w:w="100" w:type="dxa"/>
              <w:bottom w:w="70" w:type="dxa"/>
              <w:right w:w="100" w:type="dxa"/>
            </w:tcMar>
          </w:tcPr>
          <w:p w14:paraId="252D909B" w14:textId="77777777" w:rsidR="00AA3848" w:rsidRDefault="00407892">
            <w:pPr>
              <w:spacing w:before="40" w:after="40"/>
            </w:pPr>
            <w:r>
              <w:rPr>
                <w:color w:val="141414"/>
                <w:sz w:val="19"/>
              </w:rPr>
              <w:t>How much alcohol do you consume in a week on average?</w:t>
            </w:r>
          </w:p>
        </w:tc>
        <w:tc>
          <w:tcPr>
            <w:tcW w:w="5472" w:type="dxa"/>
            <w:shd w:val="clear" w:color="auto" w:fill="FFFFFF"/>
            <w:tcMar>
              <w:top w:w="70" w:type="dxa"/>
              <w:left w:w="100" w:type="dxa"/>
              <w:bottom w:w="70" w:type="dxa"/>
              <w:right w:w="100" w:type="dxa"/>
            </w:tcMar>
          </w:tcPr>
          <w:p w14:paraId="601154DC" w14:textId="77777777" w:rsidR="00AA3848" w:rsidRDefault="00407892">
            <w:pPr>
              <w:spacing w:before="40" w:after="40"/>
            </w:pPr>
            <w:r>
              <w:rPr>
                <w:i/>
                <w:color w:val="6E6E6E"/>
                <w:sz w:val="19"/>
              </w:rPr>
              <w:t xml:space="preserve">[ Type Average Weekly Drinks / </w:t>
            </w:r>
            <w:proofErr w:type="gramStart"/>
            <w:r>
              <w:rPr>
                <w:i/>
                <w:color w:val="6E6E6E"/>
                <w:sz w:val="19"/>
              </w:rPr>
              <w:t>Quantity ]</w:t>
            </w:r>
            <w:proofErr w:type="gramEnd"/>
          </w:p>
        </w:tc>
      </w:tr>
      <w:tr w:rsidR="00AA3848" w14:paraId="6D66BC72" w14:textId="77777777" w:rsidTr="00FA3DE9">
        <w:trPr>
          <w:jc w:val="center"/>
        </w:trPr>
        <w:tc>
          <w:tcPr>
            <w:tcW w:w="4608" w:type="dxa"/>
            <w:shd w:val="clear" w:color="auto" w:fill="F9FBFD"/>
            <w:tcMar>
              <w:top w:w="70" w:type="dxa"/>
              <w:left w:w="100" w:type="dxa"/>
              <w:bottom w:w="70" w:type="dxa"/>
              <w:right w:w="100" w:type="dxa"/>
            </w:tcMar>
          </w:tcPr>
          <w:p w14:paraId="30A9DB04" w14:textId="77777777" w:rsidR="00AA3848" w:rsidRDefault="00407892">
            <w:pPr>
              <w:spacing w:before="40" w:after="40"/>
            </w:pPr>
            <w:r>
              <w:rPr>
                <w:color w:val="141414"/>
                <w:sz w:val="19"/>
              </w:rPr>
              <w:t>Have you ever reported to work drunk?</w:t>
            </w:r>
          </w:p>
        </w:tc>
        <w:tc>
          <w:tcPr>
            <w:tcW w:w="5472" w:type="dxa"/>
            <w:shd w:val="clear" w:color="auto" w:fill="F9FBFD"/>
            <w:tcMar>
              <w:top w:w="70" w:type="dxa"/>
              <w:left w:w="100" w:type="dxa"/>
              <w:bottom w:w="70" w:type="dxa"/>
              <w:right w:w="100" w:type="dxa"/>
            </w:tcMar>
          </w:tcPr>
          <w:p w14:paraId="7F43F6F9"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60109BF8" w14:textId="77777777" w:rsidTr="00FA3DE9">
        <w:trPr>
          <w:jc w:val="center"/>
        </w:trPr>
        <w:tc>
          <w:tcPr>
            <w:tcW w:w="4608" w:type="dxa"/>
            <w:shd w:val="clear" w:color="auto" w:fill="FFFFFF"/>
            <w:tcMar>
              <w:top w:w="70" w:type="dxa"/>
              <w:left w:w="100" w:type="dxa"/>
              <w:bottom w:w="70" w:type="dxa"/>
              <w:right w:w="100" w:type="dxa"/>
            </w:tcMar>
          </w:tcPr>
          <w:p w14:paraId="19584359" w14:textId="77777777" w:rsidR="00AA3848" w:rsidRDefault="00407892">
            <w:pPr>
              <w:spacing w:before="40" w:after="40"/>
            </w:pPr>
            <w:r>
              <w:rPr>
                <w:color w:val="141414"/>
                <w:sz w:val="19"/>
              </w:rPr>
              <w:t>Have you ever drunk alcohol on the job?</w:t>
            </w:r>
          </w:p>
        </w:tc>
        <w:tc>
          <w:tcPr>
            <w:tcW w:w="5472" w:type="dxa"/>
            <w:shd w:val="clear" w:color="auto" w:fill="FFFFFF"/>
            <w:tcMar>
              <w:top w:w="70" w:type="dxa"/>
              <w:left w:w="100" w:type="dxa"/>
              <w:bottom w:w="70" w:type="dxa"/>
              <w:right w:w="100" w:type="dxa"/>
            </w:tcMar>
          </w:tcPr>
          <w:p w14:paraId="6A1C7064"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78819D71" w14:textId="77777777" w:rsidTr="00FA3DE9">
        <w:trPr>
          <w:jc w:val="center"/>
        </w:trPr>
        <w:tc>
          <w:tcPr>
            <w:tcW w:w="4608" w:type="dxa"/>
            <w:shd w:val="clear" w:color="auto" w:fill="F9FBFD"/>
            <w:tcMar>
              <w:top w:w="70" w:type="dxa"/>
              <w:left w:w="100" w:type="dxa"/>
              <w:bottom w:w="70" w:type="dxa"/>
              <w:right w:w="100" w:type="dxa"/>
            </w:tcMar>
          </w:tcPr>
          <w:p w14:paraId="783C6BA8" w14:textId="77777777" w:rsidR="00AA3848" w:rsidRDefault="00407892">
            <w:pPr>
              <w:spacing w:before="40" w:after="40"/>
            </w:pPr>
            <w:r>
              <w:rPr>
                <w:color w:val="141414"/>
                <w:sz w:val="19"/>
              </w:rPr>
              <w:t>Has your drinking ever caused you family problems?</w:t>
            </w:r>
          </w:p>
        </w:tc>
        <w:tc>
          <w:tcPr>
            <w:tcW w:w="5472" w:type="dxa"/>
            <w:shd w:val="clear" w:color="auto" w:fill="F9FBFD"/>
            <w:tcMar>
              <w:top w:w="70" w:type="dxa"/>
              <w:left w:w="100" w:type="dxa"/>
              <w:bottom w:w="70" w:type="dxa"/>
              <w:right w:w="100" w:type="dxa"/>
            </w:tcMar>
          </w:tcPr>
          <w:p w14:paraId="40FB01D2"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5B663F22" w14:textId="77777777" w:rsidTr="00FA3DE9">
        <w:trPr>
          <w:jc w:val="center"/>
        </w:trPr>
        <w:tc>
          <w:tcPr>
            <w:tcW w:w="4608" w:type="dxa"/>
            <w:shd w:val="clear" w:color="auto" w:fill="FFFFFF"/>
            <w:tcMar>
              <w:top w:w="70" w:type="dxa"/>
              <w:left w:w="100" w:type="dxa"/>
              <w:bottom w:w="70" w:type="dxa"/>
              <w:right w:w="100" w:type="dxa"/>
            </w:tcMar>
          </w:tcPr>
          <w:p w14:paraId="1F81F52F" w14:textId="77777777" w:rsidR="00AA3848" w:rsidRDefault="00407892">
            <w:pPr>
              <w:spacing w:before="40" w:after="40"/>
            </w:pPr>
            <w:r>
              <w:rPr>
                <w:color w:val="141414"/>
                <w:sz w:val="19"/>
              </w:rPr>
              <w:t>When did you last operate a motor vehicle under the influence of alcohol or drugs?</w:t>
            </w:r>
          </w:p>
        </w:tc>
        <w:tc>
          <w:tcPr>
            <w:tcW w:w="5472" w:type="dxa"/>
            <w:shd w:val="clear" w:color="auto" w:fill="FFFFFF"/>
            <w:tcMar>
              <w:top w:w="70" w:type="dxa"/>
              <w:left w:w="100" w:type="dxa"/>
              <w:bottom w:w="70" w:type="dxa"/>
              <w:right w:w="100" w:type="dxa"/>
            </w:tcMar>
          </w:tcPr>
          <w:p w14:paraId="57A7CCBC" w14:textId="77777777" w:rsidR="00AA3848" w:rsidRDefault="00407892">
            <w:pPr>
              <w:spacing w:before="40" w:after="40"/>
            </w:pPr>
            <w:r>
              <w:rPr>
                <w:i/>
                <w:color w:val="6E6E6E"/>
                <w:sz w:val="19"/>
              </w:rPr>
              <w:t xml:space="preserve">[ Type Date / Circumstances or </w:t>
            </w:r>
            <w:proofErr w:type="gramStart"/>
            <w:r>
              <w:rPr>
                <w:i/>
                <w:color w:val="6E6E6E"/>
                <w:sz w:val="19"/>
              </w:rPr>
              <w:t>NEVER ]</w:t>
            </w:r>
            <w:proofErr w:type="gramEnd"/>
          </w:p>
        </w:tc>
      </w:tr>
      <w:tr w:rsidR="00AA3848" w14:paraId="2D0D7CC1" w14:textId="77777777" w:rsidTr="00FA3DE9">
        <w:trPr>
          <w:jc w:val="center"/>
        </w:trPr>
        <w:tc>
          <w:tcPr>
            <w:tcW w:w="4608" w:type="dxa"/>
            <w:shd w:val="clear" w:color="auto" w:fill="F9FBFD"/>
            <w:tcMar>
              <w:top w:w="70" w:type="dxa"/>
              <w:left w:w="100" w:type="dxa"/>
              <w:bottom w:w="70" w:type="dxa"/>
              <w:right w:w="100" w:type="dxa"/>
            </w:tcMar>
          </w:tcPr>
          <w:p w14:paraId="7C90D856" w14:textId="77777777" w:rsidR="00AA3848" w:rsidRDefault="00407892">
            <w:pPr>
              <w:spacing w:before="40" w:after="40"/>
            </w:pPr>
            <w:r>
              <w:rPr>
                <w:color w:val="141414"/>
                <w:sz w:val="19"/>
              </w:rPr>
              <w:t>How many times have you taken off work due to a hangover?</w:t>
            </w:r>
          </w:p>
        </w:tc>
        <w:tc>
          <w:tcPr>
            <w:tcW w:w="5472" w:type="dxa"/>
            <w:shd w:val="clear" w:color="auto" w:fill="F9FBFD"/>
            <w:tcMar>
              <w:top w:w="70" w:type="dxa"/>
              <w:left w:w="100" w:type="dxa"/>
              <w:bottom w:w="70" w:type="dxa"/>
              <w:right w:w="100" w:type="dxa"/>
            </w:tcMar>
          </w:tcPr>
          <w:p w14:paraId="5BC8450A" w14:textId="77777777" w:rsidR="00AA3848" w:rsidRDefault="00407892">
            <w:pPr>
              <w:spacing w:before="40" w:after="40"/>
            </w:pPr>
            <w:r>
              <w:rPr>
                <w:i/>
                <w:color w:val="6E6E6E"/>
                <w:sz w:val="19"/>
              </w:rPr>
              <w:t xml:space="preserve">[ Type Number of </w:t>
            </w:r>
            <w:proofErr w:type="gramStart"/>
            <w:r>
              <w:rPr>
                <w:i/>
                <w:color w:val="6E6E6E"/>
                <w:sz w:val="19"/>
              </w:rPr>
              <w:t>Times ]</w:t>
            </w:r>
            <w:proofErr w:type="gramEnd"/>
          </w:p>
        </w:tc>
      </w:tr>
      <w:tr w:rsidR="00AA3848" w14:paraId="45164983" w14:textId="77777777" w:rsidTr="00FA3DE9">
        <w:trPr>
          <w:jc w:val="center"/>
        </w:trPr>
        <w:tc>
          <w:tcPr>
            <w:tcW w:w="4608" w:type="dxa"/>
            <w:shd w:val="clear" w:color="auto" w:fill="FFFFFF"/>
            <w:tcMar>
              <w:top w:w="70" w:type="dxa"/>
              <w:left w:w="100" w:type="dxa"/>
              <w:bottom w:w="70" w:type="dxa"/>
              <w:right w:w="100" w:type="dxa"/>
            </w:tcMar>
          </w:tcPr>
          <w:p w14:paraId="7977D612" w14:textId="77777777" w:rsidR="00AA3848" w:rsidRDefault="00407892">
            <w:pPr>
              <w:spacing w:before="40" w:after="40"/>
            </w:pPr>
            <w:r>
              <w:rPr>
                <w:color w:val="141414"/>
                <w:sz w:val="19"/>
              </w:rPr>
              <w:t>Have you ever felt embarrassed after drinking too much?</w:t>
            </w:r>
          </w:p>
        </w:tc>
        <w:tc>
          <w:tcPr>
            <w:tcW w:w="5472" w:type="dxa"/>
            <w:shd w:val="clear" w:color="auto" w:fill="FFFFFF"/>
            <w:tcMar>
              <w:top w:w="70" w:type="dxa"/>
              <w:left w:w="100" w:type="dxa"/>
              <w:bottom w:w="70" w:type="dxa"/>
              <w:right w:w="100" w:type="dxa"/>
            </w:tcMar>
          </w:tcPr>
          <w:p w14:paraId="055C6834"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089533F5" w14:textId="77777777" w:rsidTr="00FA3DE9">
        <w:trPr>
          <w:jc w:val="center"/>
        </w:trPr>
        <w:tc>
          <w:tcPr>
            <w:tcW w:w="4608" w:type="dxa"/>
            <w:shd w:val="clear" w:color="auto" w:fill="F9FBFD"/>
            <w:tcMar>
              <w:top w:w="70" w:type="dxa"/>
              <w:left w:w="100" w:type="dxa"/>
              <w:bottom w:w="70" w:type="dxa"/>
              <w:right w:w="100" w:type="dxa"/>
            </w:tcMar>
          </w:tcPr>
          <w:p w14:paraId="030F1065" w14:textId="77777777" w:rsidR="00AA3848" w:rsidRDefault="00407892">
            <w:pPr>
              <w:spacing w:before="40" w:after="40"/>
            </w:pPr>
            <w:r>
              <w:rPr>
                <w:color w:val="141414"/>
                <w:sz w:val="19"/>
              </w:rPr>
              <w:t>Detailed Alcohol Narrative / Profile:</w:t>
            </w:r>
          </w:p>
        </w:tc>
        <w:tc>
          <w:tcPr>
            <w:tcW w:w="5472" w:type="dxa"/>
            <w:shd w:val="clear" w:color="auto" w:fill="F9FBFD"/>
            <w:tcMar>
              <w:top w:w="70" w:type="dxa"/>
              <w:left w:w="100" w:type="dxa"/>
              <w:bottom w:w="70" w:type="dxa"/>
              <w:right w:w="100" w:type="dxa"/>
            </w:tcMar>
          </w:tcPr>
          <w:p w14:paraId="73F49215" w14:textId="1AFF040E" w:rsidR="00AA3848" w:rsidRDefault="00AA3848">
            <w:pPr>
              <w:spacing w:before="40" w:after="40"/>
            </w:pPr>
          </w:p>
        </w:tc>
      </w:tr>
      <w:tr w:rsidR="00FA3DE9" w14:paraId="2834A292" w14:textId="77777777" w:rsidTr="00FA3DE9">
        <w:trPr>
          <w:jc w:val="center"/>
        </w:trPr>
        <w:tc>
          <w:tcPr>
            <w:tcW w:w="10080" w:type="dxa"/>
            <w:gridSpan w:val="2"/>
            <w:shd w:val="clear" w:color="auto" w:fill="F9FBFD"/>
            <w:tcMar>
              <w:top w:w="70" w:type="dxa"/>
              <w:left w:w="100" w:type="dxa"/>
              <w:bottom w:w="70" w:type="dxa"/>
              <w:right w:w="100" w:type="dxa"/>
            </w:tcMar>
          </w:tcPr>
          <w:p w14:paraId="28A6F5E9" w14:textId="5718293F" w:rsidR="00FA3DE9" w:rsidRDefault="00FA3DE9">
            <w:pPr>
              <w:spacing w:before="40" w:after="40"/>
              <w:rPr>
                <w:i/>
                <w:color w:val="6E6E6E"/>
                <w:sz w:val="19"/>
              </w:rPr>
            </w:pPr>
            <w:r>
              <w:rPr>
                <w:i/>
                <w:color w:val="6E6E6E"/>
                <w:sz w:val="19"/>
              </w:rPr>
              <w:t>[ Click / Type Detailed Explanation or state 'DENIES EXCESSIVE USE / PROBLEM DRINKING</w:t>
            </w:r>
            <w:proofErr w:type="gramStart"/>
            <w:r>
              <w:rPr>
                <w:i/>
                <w:color w:val="6E6E6E"/>
                <w:sz w:val="19"/>
              </w:rPr>
              <w:t>' ]</w:t>
            </w:r>
            <w:proofErr w:type="gramEnd"/>
          </w:p>
        </w:tc>
      </w:tr>
    </w:tbl>
    <w:p w14:paraId="5EF70004" w14:textId="77777777" w:rsidR="00AA3848" w:rsidRDefault="00AA3848">
      <w:pPr>
        <w:spacing w:after="120"/>
      </w:pPr>
    </w:p>
    <w:p w14:paraId="06FD7584" w14:textId="77777777" w:rsidR="00FA3DE9" w:rsidRDefault="00FA3DE9">
      <w:pPr>
        <w:keepNext/>
        <w:spacing w:before="280" w:after="120"/>
        <w:rPr>
          <w:b/>
          <w:color w:val="1B365D"/>
          <w:sz w:val="26"/>
        </w:rPr>
      </w:pPr>
      <w:r>
        <w:rPr>
          <w:b/>
          <w:color w:val="1B365D"/>
          <w:sz w:val="26"/>
        </w:rPr>
        <w:br w:type="page"/>
      </w:r>
    </w:p>
    <w:p w14:paraId="44C87444" w14:textId="15660C95" w:rsidR="00AA3848" w:rsidRDefault="00407892">
      <w:pPr>
        <w:keepNext/>
        <w:spacing w:before="280" w:after="120"/>
      </w:pPr>
      <w:r>
        <w:rPr>
          <w:b/>
          <w:color w:val="1B365D"/>
          <w:sz w:val="26"/>
        </w:rPr>
        <w:lastRenderedPageBreak/>
        <w:t>SECTION 14: SOCIAL MEDIA ACTIVITY</w:t>
      </w:r>
    </w:p>
    <w:p w14:paraId="5921343C" w14:textId="52989EBE" w:rsidR="00AA3848" w:rsidRDefault="00FA3DE9">
      <w:r>
        <w:t xml:space="preserve">14.1.1 </w:t>
      </w:r>
      <w:r w:rsidR="00407892">
        <w:t>List ANY and ALL social media platforms you are affiliated with and your username on each platform:</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600"/>
        <w:gridCol w:w="6480"/>
      </w:tblGrid>
      <w:tr w:rsidR="00AA3848" w14:paraId="5B688BB9" w14:textId="77777777">
        <w:trPr>
          <w:jc w:val="center"/>
        </w:trPr>
        <w:tc>
          <w:tcPr>
            <w:tcW w:w="3600" w:type="dxa"/>
            <w:shd w:val="clear" w:color="auto" w:fill="1B365D"/>
            <w:tcMar>
              <w:top w:w="70" w:type="dxa"/>
              <w:left w:w="100" w:type="dxa"/>
              <w:bottom w:w="70" w:type="dxa"/>
              <w:right w:w="100" w:type="dxa"/>
            </w:tcMar>
          </w:tcPr>
          <w:p w14:paraId="69DDD256" w14:textId="77777777" w:rsidR="00AA3848" w:rsidRDefault="00407892">
            <w:pPr>
              <w:spacing w:before="40" w:after="40"/>
            </w:pPr>
            <w:r>
              <w:rPr>
                <w:b/>
                <w:color w:val="FFFFFF"/>
                <w:sz w:val="19"/>
              </w:rPr>
              <w:t>Social Media Platform</w:t>
            </w:r>
          </w:p>
        </w:tc>
        <w:tc>
          <w:tcPr>
            <w:tcW w:w="6480" w:type="dxa"/>
            <w:shd w:val="clear" w:color="auto" w:fill="1B365D"/>
            <w:tcMar>
              <w:top w:w="70" w:type="dxa"/>
              <w:left w:w="100" w:type="dxa"/>
              <w:bottom w:w="70" w:type="dxa"/>
              <w:right w:w="100" w:type="dxa"/>
            </w:tcMar>
          </w:tcPr>
          <w:p w14:paraId="7DDB26B3" w14:textId="77777777" w:rsidR="00AA3848" w:rsidRDefault="00407892">
            <w:pPr>
              <w:spacing w:before="40" w:after="40"/>
            </w:pPr>
            <w:r>
              <w:rPr>
                <w:b/>
                <w:color w:val="FFFFFF"/>
                <w:sz w:val="19"/>
              </w:rPr>
              <w:t>Username / Handle</w:t>
            </w:r>
          </w:p>
        </w:tc>
      </w:tr>
      <w:tr w:rsidR="00AA3848" w14:paraId="52418F8F" w14:textId="77777777">
        <w:trPr>
          <w:jc w:val="center"/>
        </w:trPr>
        <w:tc>
          <w:tcPr>
            <w:tcW w:w="3600" w:type="dxa"/>
            <w:shd w:val="clear" w:color="auto" w:fill="FFFFFF"/>
            <w:tcMar>
              <w:top w:w="70" w:type="dxa"/>
              <w:left w:w="100" w:type="dxa"/>
              <w:bottom w:w="70" w:type="dxa"/>
              <w:right w:w="100" w:type="dxa"/>
            </w:tcMar>
          </w:tcPr>
          <w:p w14:paraId="54C52B39" w14:textId="77777777" w:rsidR="00AA3848" w:rsidRDefault="00407892">
            <w:pPr>
              <w:spacing w:before="40" w:after="40"/>
            </w:pPr>
            <w:r>
              <w:rPr>
                <w:color w:val="141414"/>
                <w:sz w:val="19"/>
              </w:rPr>
              <w:t>Facebook</w:t>
            </w:r>
          </w:p>
        </w:tc>
        <w:tc>
          <w:tcPr>
            <w:tcW w:w="6480" w:type="dxa"/>
            <w:shd w:val="clear" w:color="auto" w:fill="FFFFFF"/>
            <w:tcMar>
              <w:top w:w="70" w:type="dxa"/>
              <w:left w:w="100" w:type="dxa"/>
              <w:bottom w:w="70" w:type="dxa"/>
              <w:right w:w="100" w:type="dxa"/>
            </w:tcMar>
          </w:tcPr>
          <w:p w14:paraId="2B17FC94" w14:textId="77777777" w:rsidR="00AA3848" w:rsidRDefault="00407892">
            <w:pPr>
              <w:spacing w:before="40" w:after="40"/>
            </w:pPr>
            <w:r>
              <w:rPr>
                <w:i/>
                <w:color w:val="6E6E6E"/>
                <w:sz w:val="19"/>
              </w:rPr>
              <w:t xml:space="preserve">[ Type Username / </w:t>
            </w:r>
            <w:proofErr w:type="gramStart"/>
            <w:r>
              <w:rPr>
                <w:i/>
                <w:color w:val="6E6E6E"/>
                <w:sz w:val="19"/>
              </w:rPr>
              <w:t>Handle ]</w:t>
            </w:r>
            <w:proofErr w:type="gramEnd"/>
          </w:p>
        </w:tc>
      </w:tr>
      <w:tr w:rsidR="00AA3848" w14:paraId="676E4AAD" w14:textId="77777777">
        <w:trPr>
          <w:jc w:val="center"/>
        </w:trPr>
        <w:tc>
          <w:tcPr>
            <w:tcW w:w="3600" w:type="dxa"/>
            <w:shd w:val="clear" w:color="auto" w:fill="F9FBFD"/>
            <w:tcMar>
              <w:top w:w="70" w:type="dxa"/>
              <w:left w:w="100" w:type="dxa"/>
              <w:bottom w:w="70" w:type="dxa"/>
              <w:right w:w="100" w:type="dxa"/>
            </w:tcMar>
          </w:tcPr>
          <w:p w14:paraId="382D39F7" w14:textId="77777777" w:rsidR="00AA3848" w:rsidRDefault="00407892">
            <w:pPr>
              <w:spacing w:before="40" w:after="40"/>
            </w:pPr>
            <w:r>
              <w:rPr>
                <w:color w:val="141414"/>
                <w:sz w:val="19"/>
              </w:rPr>
              <w:t>Instagram</w:t>
            </w:r>
          </w:p>
        </w:tc>
        <w:tc>
          <w:tcPr>
            <w:tcW w:w="6480" w:type="dxa"/>
            <w:shd w:val="clear" w:color="auto" w:fill="F9FBFD"/>
            <w:tcMar>
              <w:top w:w="70" w:type="dxa"/>
              <w:left w:w="100" w:type="dxa"/>
              <w:bottom w:w="70" w:type="dxa"/>
              <w:right w:w="100" w:type="dxa"/>
            </w:tcMar>
          </w:tcPr>
          <w:p w14:paraId="3A158A7A" w14:textId="77777777" w:rsidR="00AA3848" w:rsidRDefault="00407892">
            <w:pPr>
              <w:spacing w:before="40" w:after="40"/>
            </w:pPr>
            <w:r>
              <w:rPr>
                <w:i/>
                <w:color w:val="6E6E6E"/>
                <w:sz w:val="19"/>
              </w:rPr>
              <w:t xml:space="preserve">[ Type Username / </w:t>
            </w:r>
            <w:proofErr w:type="gramStart"/>
            <w:r>
              <w:rPr>
                <w:i/>
                <w:color w:val="6E6E6E"/>
                <w:sz w:val="19"/>
              </w:rPr>
              <w:t>Handle ]</w:t>
            </w:r>
            <w:proofErr w:type="gramEnd"/>
          </w:p>
        </w:tc>
      </w:tr>
      <w:tr w:rsidR="00AA3848" w14:paraId="394EDA0B" w14:textId="77777777">
        <w:trPr>
          <w:jc w:val="center"/>
        </w:trPr>
        <w:tc>
          <w:tcPr>
            <w:tcW w:w="3600" w:type="dxa"/>
            <w:shd w:val="clear" w:color="auto" w:fill="FFFFFF"/>
            <w:tcMar>
              <w:top w:w="70" w:type="dxa"/>
              <w:left w:w="100" w:type="dxa"/>
              <w:bottom w:w="70" w:type="dxa"/>
              <w:right w:w="100" w:type="dxa"/>
            </w:tcMar>
          </w:tcPr>
          <w:p w14:paraId="0D33BF52" w14:textId="77777777" w:rsidR="00AA3848" w:rsidRDefault="00407892">
            <w:pPr>
              <w:spacing w:before="40" w:after="40"/>
            </w:pPr>
            <w:r>
              <w:rPr>
                <w:color w:val="141414"/>
                <w:sz w:val="19"/>
              </w:rPr>
              <w:t>X (Twitter)</w:t>
            </w:r>
          </w:p>
        </w:tc>
        <w:tc>
          <w:tcPr>
            <w:tcW w:w="6480" w:type="dxa"/>
            <w:shd w:val="clear" w:color="auto" w:fill="FFFFFF"/>
            <w:tcMar>
              <w:top w:w="70" w:type="dxa"/>
              <w:left w:w="100" w:type="dxa"/>
              <w:bottom w:w="70" w:type="dxa"/>
              <w:right w:w="100" w:type="dxa"/>
            </w:tcMar>
          </w:tcPr>
          <w:p w14:paraId="153F528E" w14:textId="77777777" w:rsidR="00AA3848" w:rsidRDefault="00407892">
            <w:pPr>
              <w:spacing w:before="40" w:after="40"/>
            </w:pPr>
            <w:r>
              <w:rPr>
                <w:i/>
                <w:color w:val="6E6E6E"/>
                <w:sz w:val="19"/>
              </w:rPr>
              <w:t xml:space="preserve">[ Type Username / </w:t>
            </w:r>
            <w:proofErr w:type="gramStart"/>
            <w:r>
              <w:rPr>
                <w:i/>
                <w:color w:val="6E6E6E"/>
                <w:sz w:val="19"/>
              </w:rPr>
              <w:t>Handle ]</w:t>
            </w:r>
            <w:proofErr w:type="gramEnd"/>
          </w:p>
        </w:tc>
      </w:tr>
      <w:tr w:rsidR="00AA3848" w14:paraId="46534DB0" w14:textId="77777777">
        <w:trPr>
          <w:jc w:val="center"/>
        </w:trPr>
        <w:tc>
          <w:tcPr>
            <w:tcW w:w="3600" w:type="dxa"/>
            <w:shd w:val="clear" w:color="auto" w:fill="F9FBFD"/>
            <w:tcMar>
              <w:top w:w="70" w:type="dxa"/>
              <w:left w:w="100" w:type="dxa"/>
              <w:bottom w:w="70" w:type="dxa"/>
              <w:right w:w="100" w:type="dxa"/>
            </w:tcMar>
          </w:tcPr>
          <w:p w14:paraId="210FA446" w14:textId="77777777" w:rsidR="00AA3848" w:rsidRDefault="00407892">
            <w:pPr>
              <w:spacing w:before="40" w:after="40"/>
            </w:pPr>
            <w:r>
              <w:rPr>
                <w:color w:val="141414"/>
                <w:sz w:val="19"/>
              </w:rPr>
              <w:t>TikTok / Snapchat / LinkedIn</w:t>
            </w:r>
          </w:p>
        </w:tc>
        <w:tc>
          <w:tcPr>
            <w:tcW w:w="6480" w:type="dxa"/>
            <w:shd w:val="clear" w:color="auto" w:fill="F9FBFD"/>
            <w:tcMar>
              <w:top w:w="70" w:type="dxa"/>
              <w:left w:w="100" w:type="dxa"/>
              <w:bottom w:w="70" w:type="dxa"/>
              <w:right w:w="100" w:type="dxa"/>
            </w:tcMar>
          </w:tcPr>
          <w:p w14:paraId="701DE7D2" w14:textId="77777777" w:rsidR="00AA3848" w:rsidRDefault="00407892">
            <w:pPr>
              <w:spacing w:before="40" w:after="40"/>
            </w:pPr>
            <w:r>
              <w:rPr>
                <w:i/>
                <w:color w:val="6E6E6E"/>
                <w:sz w:val="19"/>
              </w:rPr>
              <w:t xml:space="preserve">[ Type Username / </w:t>
            </w:r>
            <w:proofErr w:type="gramStart"/>
            <w:r>
              <w:rPr>
                <w:i/>
                <w:color w:val="6E6E6E"/>
                <w:sz w:val="19"/>
              </w:rPr>
              <w:t>Handle ]</w:t>
            </w:r>
            <w:proofErr w:type="gramEnd"/>
          </w:p>
        </w:tc>
      </w:tr>
      <w:tr w:rsidR="00AA3848" w14:paraId="04A3720F" w14:textId="77777777">
        <w:trPr>
          <w:jc w:val="center"/>
        </w:trPr>
        <w:tc>
          <w:tcPr>
            <w:tcW w:w="3600" w:type="dxa"/>
            <w:shd w:val="clear" w:color="auto" w:fill="FFFFFF"/>
            <w:tcMar>
              <w:top w:w="70" w:type="dxa"/>
              <w:left w:w="100" w:type="dxa"/>
              <w:bottom w:w="70" w:type="dxa"/>
              <w:right w:w="100" w:type="dxa"/>
            </w:tcMar>
          </w:tcPr>
          <w:p w14:paraId="04D83015" w14:textId="77777777" w:rsidR="00AA3848" w:rsidRDefault="00407892">
            <w:pPr>
              <w:spacing w:before="40" w:after="40"/>
            </w:pPr>
            <w:r>
              <w:rPr>
                <w:color w:val="141414"/>
                <w:sz w:val="19"/>
              </w:rPr>
              <w:t>Other Platform:</w:t>
            </w:r>
          </w:p>
        </w:tc>
        <w:tc>
          <w:tcPr>
            <w:tcW w:w="6480" w:type="dxa"/>
            <w:shd w:val="clear" w:color="auto" w:fill="FFFFFF"/>
            <w:tcMar>
              <w:top w:w="70" w:type="dxa"/>
              <w:left w:w="100" w:type="dxa"/>
              <w:bottom w:w="70" w:type="dxa"/>
              <w:right w:w="100" w:type="dxa"/>
            </w:tcMar>
          </w:tcPr>
          <w:p w14:paraId="74B9529E" w14:textId="77777777" w:rsidR="00AA3848" w:rsidRDefault="00407892">
            <w:pPr>
              <w:spacing w:before="40" w:after="40"/>
            </w:pPr>
            <w:r>
              <w:rPr>
                <w:i/>
                <w:color w:val="6E6E6E"/>
                <w:sz w:val="19"/>
              </w:rPr>
              <w:t xml:space="preserve">[ Type Username / </w:t>
            </w:r>
            <w:proofErr w:type="gramStart"/>
            <w:r>
              <w:rPr>
                <w:i/>
                <w:color w:val="6E6E6E"/>
                <w:sz w:val="19"/>
              </w:rPr>
              <w:t>Handle ]</w:t>
            </w:r>
            <w:proofErr w:type="gramEnd"/>
          </w:p>
        </w:tc>
      </w:tr>
    </w:tbl>
    <w:p w14:paraId="0D5B6A44" w14:textId="77777777" w:rsidR="00AA3848" w:rsidRDefault="00AA3848">
      <w:pPr>
        <w:spacing w:after="120"/>
      </w:pPr>
    </w:p>
    <w:p w14:paraId="07086AC1" w14:textId="77777777" w:rsidR="00AA3848" w:rsidRDefault="00407892">
      <w:pPr>
        <w:keepNext/>
        <w:spacing w:before="200" w:after="80"/>
      </w:pPr>
      <w:r>
        <w:rPr>
          <w:b/>
          <w:color w:val="2F5496"/>
          <w:sz w:val="22"/>
        </w:rPr>
        <w:t>Social Media Conduct Questionnaire</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720"/>
        <w:gridCol w:w="7200"/>
        <w:gridCol w:w="2160"/>
      </w:tblGrid>
      <w:tr w:rsidR="00AA3848" w14:paraId="005F8DD7" w14:textId="77777777" w:rsidTr="00FA3DE9">
        <w:trPr>
          <w:jc w:val="center"/>
        </w:trPr>
        <w:tc>
          <w:tcPr>
            <w:tcW w:w="720" w:type="dxa"/>
            <w:shd w:val="clear" w:color="auto" w:fill="1B365D"/>
            <w:tcMar>
              <w:top w:w="70" w:type="dxa"/>
              <w:left w:w="100" w:type="dxa"/>
              <w:bottom w:w="70" w:type="dxa"/>
              <w:right w:w="100" w:type="dxa"/>
            </w:tcMar>
          </w:tcPr>
          <w:p w14:paraId="68F41C7E" w14:textId="77777777" w:rsidR="00AA3848" w:rsidRDefault="00407892">
            <w:pPr>
              <w:spacing w:before="40" w:after="40"/>
            </w:pPr>
            <w:r>
              <w:rPr>
                <w:b/>
                <w:color w:val="FFFFFF"/>
                <w:sz w:val="19"/>
              </w:rPr>
              <w:t>#</w:t>
            </w:r>
          </w:p>
        </w:tc>
        <w:tc>
          <w:tcPr>
            <w:tcW w:w="7200" w:type="dxa"/>
            <w:shd w:val="clear" w:color="auto" w:fill="1B365D"/>
            <w:tcMar>
              <w:top w:w="70" w:type="dxa"/>
              <w:left w:w="100" w:type="dxa"/>
              <w:bottom w:w="70" w:type="dxa"/>
              <w:right w:w="100" w:type="dxa"/>
            </w:tcMar>
          </w:tcPr>
          <w:p w14:paraId="77F5F852" w14:textId="77777777" w:rsidR="00AA3848" w:rsidRDefault="00407892">
            <w:pPr>
              <w:spacing w:before="40" w:after="40"/>
            </w:pPr>
            <w:r>
              <w:rPr>
                <w:b/>
                <w:color w:val="FFFFFF"/>
                <w:sz w:val="19"/>
              </w:rPr>
              <w:t>Question</w:t>
            </w:r>
          </w:p>
        </w:tc>
        <w:tc>
          <w:tcPr>
            <w:tcW w:w="2160" w:type="dxa"/>
            <w:shd w:val="clear" w:color="auto" w:fill="1B365D"/>
            <w:tcMar>
              <w:top w:w="70" w:type="dxa"/>
              <w:left w:w="100" w:type="dxa"/>
              <w:bottom w:w="70" w:type="dxa"/>
              <w:right w:w="100" w:type="dxa"/>
            </w:tcMar>
          </w:tcPr>
          <w:p w14:paraId="324446DE" w14:textId="77777777" w:rsidR="00AA3848" w:rsidRDefault="00407892">
            <w:pPr>
              <w:spacing w:before="40" w:after="40"/>
            </w:pPr>
            <w:r>
              <w:rPr>
                <w:b/>
                <w:color w:val="FFFFFF"/>
                <w:sz w:val="19"/>
              </w:rPr>
              <w:t>Response</w:t>
            </w:r>
          </w:p>
        </w:tc>
      </w:tr>
      <w:tr w:rsidR="00AA3848" w14:paraId="5F76376E" w14:textId="77777777" w:rsidTr="00FA3DE9">
        <w:trPr>
          <w:jc w:val="center"/>
        </w:trPr>
        <w:tc>
          <w:tcPr>
            <w:tcW w:w="720" w:type="dxa"/>
            <w:shd w:val="clear" w:color="auto" w:fill="FFFFFF"/>
            <w:tcMar>
              <w:top w:w="70" w:type="dxa"/>
              <w:left w:w="100" w:type="dxa"/>
              <w:bottom w:w="70" w:type="dxa"/>
              <w:right w:w="100" w:type="dxa"/>
            </w:tcMar>
          </w:tcPr>
          <w:p w14:paraId="6CD126C0" w14:textId="77777777" w:rsidR="00AA3848" w:rsidRDefault="00407892">
            <w:pPr>
              <w:spacing w:before="40" w:after="40"/>
            </w:pPr>
            <w:r>
              <w:rPr>
                <w:color w:val="141414"/>
                <w:sz w:val="19"/>
              </w:rPr>
              <w:t>14.2</w:t>
            </w:r>
          </w:p>
        </w:tc>
        <w:tc>
          <w:tcPr>
            <w:tcW w:w="7200" w:type="dxa"/>
            <w:shd w:val="clear" w:color="auto" w:fill="FFFFFF"/>
            <w:tcMar>
              <w:top w:w="70" w:type="dxa"/>
              <w:left w:w="100" w:type="dxa"/>
              <w:bottom w:w="70" w:type="dxa"/>
              <w:right w:w="100" w:type="dxa"/>
            </w:tcMar>
          </w:tcPr>
          <w:p w14:paraId="2EC8960E" w14:textId="77777777" w:rsidR="00AA3848" w:rsidRDefault="00407892">
            <w:pPr>
              <w:spacing w:before="40" w:after="40"/>
            </w:pPr>
            <w:r>
              <w:rPr>
                <w:color w:val="141414"/>
                <w:sz w:val="19"/>
              </w:rPr>
              <w:t>Have you ever been disciplined (job or school) because of social media content you posted?</w:t>
            </w:r>
          </w:p>
        </w:tc>
        <w:tc>
          <w:tcPr>
            <w:tcW w:w="2160" w:type="dxa"/>
            <w:shd w:val="clear" w:color="auto" w:fill="FFFFFF"/>
            <w:tcMar>
              <w:top w:w="70" w:type="dxa"/>
              <w:left w:w="100" w:type="dxa"/>
              <w:bottom w:w="70" w:type="dxa"/>
              <w:right w:w="100" w:type="dxa"/>
            </w:tcMar>
          </w:tcPr>
          <w:p w14:paraId="60315427"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0EC13058" w14:textId="77777777" w:rsidTr="00FA3DE9">
        <w:trPr>
          <w:jc w:val="center"/>
        </w:trPr>
        <w:tc>
          <w:tcPr>
            <w:tcW w:w="720" w:type="dxa"/>
            <w:shd w:val="clear" w:color="auto" w:fill="F9FBFD"/>
            <w:tcMar>
              <w:top w:w="70" w:type="dxa"/>
              <w:left w:w="100" w:type="dxa"/>
              <w:bottom w:w="70" w:type="dxa"/>
              <w:right w:w="100" w:type="dxa"/>
            </w:tcMar>
          </w:tcPr>
          <w:p w14:paraId="553959F1" w14:textId="77777777" w:rsidR="00AA3848" w:rsidRDefault="00407892">
            <w:pPr>
              <w:spacing w:before="40" w:after="40"/>
            </w:pPr>
            <w:r>
              <w:rPr>
                <w:color w:val="141414"/>
                <w:sz w:val="19"/>
              </w:rPr>
              <w:t>14.3</w:t>
            </w:r>
          </w:p>
        </w:tc>
        <w:tc>
          <w:tcPr>
            <w:tcW w:w="7200" w:type="dxa"/>
            <w:shd w:val="clear" w:color="auto" w:fill="F9FBFD"/>
            <w:tcMar>
              <w:top w:w="70" w:type="dxa"/>
              <w:left w:w="100" w:type="dxa"/>
              <w:bottom w:w="70" w:type="dxa"/>
              <w:right w:w="100" w:type="dxa"/>
            </w:tcMar>
          </w:tcPr>
          <w:p w14:paraId="143C4A5F" w14:textId="77777777" w:rsidR="00AA3848" w:rsidRDefault="00407892">
            <w:pPr>
              <w:spacing w:before="40" w:after="40"/>
            </w:pPr>
            <w:r>
              <w:rPr>
                <w:color w:val="141414"/>
                <w:sz w:val="19"/>
              </w:rPr>
              <w:t>Have you ever posted photos of illegal activities on a social media platform?</w:t>
            </w:r>
          </w:p>
        </w:tc>
        <w:tc>
          <w:tcPr>
            <w:tcW w:w="2160" w:type="dxa"/>
            <w:shd w:val="clear" w:color="auto" w:fill="F9FBFD"/>
            <w:tcMar>
              <w:top w:w="70" w:type="dxa"/>
              <w:left w:w="100" w:type="dxa"/>
              <w:bottom w:w="70" w:type="dxa"/>
              <w:right w:w="100" w:type="dxa"/>
            </w:tcMar>
          </w:tcPr>
          <w:p w14:paraId="67FDCD7D"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088B79D8" w14:textId="77777777" w:rsidTr="00FA3DE9">
        <w:trPr>
          <w:jc w:val="center"/>
        </w:trPr>
        <w:tc>
          <w:tcPr>
            <w:tcW w:w="720" w:type="dxa"/>
            <w:shd w:val="clear" w:color="auto" w:fill="FFFFFF"/>
            <w:tcMar>
              <w:top w:w="70" w:type="dxa"/>
              <w:left w:w="100" w:type="dxa"/>
              <w:bottom w:w="70" w:type="dxa"/>
              <w:right w:w="100" w:type="dxa"/>
            </w:tcMar>
          </w:tcPr>
          <w:p w14:paraId="24686415" w14:textId="77777777" w:rsidR="00AA3848" w:rsidRDefault="00407892">
            <w:pPr>
              <w:spacing w:before="40" w:after="40"/>
            </w:pPr>
            <w:r>
              <w:rPr>
                <w:color w:val="141414"/>
                <w:sz w:val="19"/>
              </w:rPr>
              <w:t>14.4</w:t>
            </w:r>
          </w:p>
        </w:tc>
        <w:tc>
          <w:tcPr>
            <w:tcW w:w="7200" w:type="dxa"/>
            <w:shd w:val="clear" w:color="auto" w:fill="FFFFFF"/>
            <w:tcMar>
              <w:top w:w="70" w:type="dxa"/>
              <w:left w:w="100" w:type="dxa"/>
              <w:bottom w:w="70" w:type="dxa"/>
              <w:right w:w="100" w:type="dxa"/>
            </w:tcMar>
          </w:tcPr>
          <w:p w14:paraId="53D43160" w14:textId="77777777" w:rsidR="00AA3848" w:rsidRDefault="00407892">
            <w:pPr>
              <w:spacing w:before="40" w:after="40"/>
            </w:pPr>
            <w:r>
              <w:rPr>
                <w:color w:val="141414"/>
                <w:sz w:val="19"/>
              </w:rPr>
              <w:t>Have you ever posted nude or illicit content on a social media platform?</w:t>
            </w:r>
          </w:p>
        </w:tc>
        <w:tc>
          <w:tcPr>
            <w:tcW w:w="2160" w:type="dxa"/>
            <w:shd w:val="clear" w:color="auto" w:fill="FFFFFF"/>
            <w:tcMar>
              <w:top w:w="70" w:type="dxa"/>
              <w:left w:w="100" w:type="dxa"/>
              <w:bottom w:w="70" w:type="dxa"/>
              <w:right w:w="100" w:type="dxa"/>
            </w:tcMar>
          </w:tcPr>
          <w:p w14:paraId="0E770F1D"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1AD728B0" w14:textId="77777777" w:rsidTr="00FA3DE9">
        <w:trPr>
          <w:jc w:val="center"/>
        </w:trPr>
        <w:tc>
          <w:tcPr>
            <w:tcW w:w="720" w:type="dxa"/>
            <w:shd w:val="clear" w:color="auto" w:fill="F9FBFD"/>
            <w:tcMar>
              <w:top w:w="70" w:type="dxa"/>
              <w:left w:w="100" w:type="dxa"/>
              <w:bottom w:w="70" w:type="dxa"/>
              <w:right w:w="100" w:type="dxa"/>
            </w:tcMar>
          </w:tcPr>
          <w:p w14:paraId="69CE10AF" w14:textId="77777777" w:rsidR="00AA3848" w:rsidRDefault="00407892">
            <w:pPr>
              <w:spacing w:before="40" w:after="40"/>
            </w:pPr>
            <w:r>
              <w:rPr>
                <w:color w:val="141414"/>
                <w:sz w:val="19"/>
              </w:rPr>
              <w:t>14.5</w:t>
            </w:r>
          </w:p>
        </w:tc>
        <w:tc>
          <w:tcPr>
            <w:tcW w:w="7200" w:type="dxa"/>
            <w:shd w:val="clear" w:color="auto" w:fill="F9FBFD"/>
            <w:tcMar>
              <w:top w:w="70" w:type="dxa"/>
              <w:left w:w="100" w:type="dxa"/>
              <w:bottom w:w="70" w:type="dxa"/>
              <w:right w:w="100" w:type="dxa"/>
            </w:tcMar>
          </w:tcPr>
          <w:p w14:paraId="2162F2C7" w14:textId="77777777" w:rsidR="00AA3848" w:rsidRDefault="00407892">
            <w:pPr>
              <w:spacing w:before="40" w:after="40"/>
            </w:pPr>
            <w:r>
              <w:rPr>
                <w:color w:val="141414"/>
                <w:sz w:val="19"/>
              </w:rPr>
              <w:t>Have you ever posted content on social media that could shed a negative public view on your employer?</w:t>
            </w:r>
          </w:p>
        </w:tc>
        <w:tc>
          <w:tcPr>
            <w:tcW w:w="2160" w:type="dxa"/>
            <w:shd w:val="clear" w:color="auto" w:fill="F9FBFD"/>
            <w:tcMar>
              <w:top w:w="70" w:type="dxa"/>
              <w:left w:w="100" w:type="dxa"/>
              <w:bottom w:w="70" w:type="dxa"/>
              <w:right w:w="100" w:type="dxa"/>
            </w:tcMar>
          </w:tcPr>
          <w:p w14:paraId="6C0870AA"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7B89DDAA" w14:textId="77777777" w:rsidTr="00FA3DE9">
        <w:trPr>
          <w:jc w:val="center"/>
        </w:trPr>
        <w:tc>
          <w:tcPr>
            <w:tcW w:w="720" w:type="dxa"/>
            <w:shd w:val="clear" w:color="auto" w:fill="FFFFFF"/>
            <w:tcMar>
              <w:top w:w="70" w:type="dxa"/>
              <w:left w:w="100" w:type="dxa"/>
              <w:bottom w:w="70" w:type="dxa"/>
              <w:right w:w="100" w:type="dxa"/>
            </w:tcMar>
          </w:tcPr>
          <w:p w14:paraId="4B40B663" w14:textId="77777777" w:rsidR="00AA3848" w:rsidRDefault="00407892">
            <w:pPr>
              <w:spacing w:before="40" w:after="40"/>
            </w:pPr>
            <w:r>
              <w:rPr>
                <w:color w:val="141414"/>
                <w:sz w:val="19"/>
              </w:rPr>
              <w:t>14.6</w:t>
            </w:r>
          </w:p>
        </w:tc>
        <w:tc>
          <w:tcPr>
            <w:tcW w:w="7200" w:type="dxa"/>
            <w:shd w:val="clear" w:color="auto" w:fill="FFFFFF"/>
            <w:tcMar>
              <w:top w:w="70" w:type="dxa"/>
              <w:left w:w="100" w:type="dxa"/>
              <w:bottom w:w="70" w:type="dxa"/>
              <w:right w:w="100" w:type="dxa"/>
            </w:tcMar>
          </w:tcPr>
          <w:p w14:paraId="0CA1D4A0" w14:textId="77777777" w:rsidR="00AA3848" w:rsidRDefault="00407892">
            <w:pPr>
              <w:spacing w:before="40" w:after="40"/>
            </w:pPr>
            <w:r>
              <w:rPr>
                <w:color w:val="141414"/>
                <w:sz w:val="19"/>
              </w:rPr>
              <w:t>Have you been, or are you currently, involved in social media activities viewed as controversial?</w:t>
            </w:r>
          </w:p>
        </w:tc>
        <w:tc>
          <w:tcPr>
            <w:tcW w:w="2160" w:type="dxa"/>
            <w:shd w:val="clear" w:color="auto" w:fill="FFFFFF"/>
            <w:tcMar>
              <w:top w:w="70" w:type="dxa"/>
              <w:left w:w="100" w:type="dxa"/>
              <w:bottom w:w="70" w:type="dxa"/>
              <w:right w:w="100" w:type="dxa"/>
            </w:tcMar>
          </w:tcPr>
          <w:p w14:paraId="3766BDBD"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2187192F" w14:textId="77777777" w:rsidTr="00FA3DE9">
        <w:trPr>
          <w:jc w:val="center"/>
        </w:trPr>
        <w:tc>
          <w:tcPr>
            <w:tcW w:w="720" w:type="dxa"/>
            <w:shd w:val="clear" w:color="auto" w:fill="F9FBFD"/>
            <w:tcMar>
              <w:top w:w="70" w:type="dxa"/>
              <w:left w:w="100" w:type="dxa"/>
              <w:bottom w:w="70" w:type="dxa"/>
              <w:right w:w="100" w:type="dxa"/>
            </w:tcMar>
          </w:tcPr>
          <w:p w14:paraId="7309B313" w14:textId="77777777" w:rsidR="00AA3848" w:rsidRDefault="00407892">
            <w:pPr>
              <w:spacing w:before="40" w:after="40"/>
            </w:pPr>
            <w:r>
              <w:rPr>
                <w:color w:val="141414"/>
                <w:sz w:val="19"/>
              </w:rPr>
              <w:t>EXP</w:t>
            </w:r>
          </w:p>
        </w:tc>
        <w:tc>
          <w:tcPr>
            <w:tcW w:w="7200" w:type="dxa"/>
            <w:shd w:val="clear" w:color="auto" w:fill="F9FBFD"/>
            <w:tcMar>
              <w:top w:w="70" w:type="dxa"/>
              <w:left w:w="100" w:type="dxa"/>
              <w:bottom w:w="70" w:type="dxa"/>
              <w:right w:w="100" w:type="dxa"/>
            </w:tcMar>
          </w:tcPr>
          <w:p w14:paraId="5627C488" w14:textId="77777777" w:rsidR="00AA3848" w:rsidRDefault="00407892">
            <w:pPr>
              <w:spacing w:before="40" w:after="40"/>
            </w:pPr>
            <w:r>
              <w:rPr>
                <w:color w:val="141414"/>
                <w:sz w:val="19"/>
              </w:rPr>
              <w:t>If YES to 14.2 through 14.6, provide explanation below:</w:t>
            </w:r>
          </w:p>
        </w:tc>
        <w:tc>
          <w:tcPr>
            <w:tcW w:w="2160" w:type="dxa"/>
            <w:shd w:val="clear" w:color="auto" w:fill="F9FBFD"/>
            <w:tcMar>
              <w:top w:w="70" w:type="dxa"/>
              <w:left w:w="100" w:type="dxa"/>
              <w:bottom w:w="70" w:type="dxa"/>
              <w:right w:w="100" w:type="dxa"/>
            </w:tcMar>
          </w:tcPr>
          <w:p w14:paraId="4EAB6D26" w14:textId="2F020096" w:rsidR="00AA3848" w:rsidRDefault="00AA3848">
            <w:pPr>
              <w:spacing w:before="40" w:after="40"/>
            </w:pPr>
          </w:p>
        </w:tc>
      </w:tr>
      <w:tr w:rsidR="00FA3DE9" w14:paraId="7D24E974" w14:textId="77777777" w:rsidTr="00FA3DE9">
        <w:trPr>
          <w:jc w:val="center"/>
        </w:trPr>
        <w:tc>
          <w:tcPr>
            <w:tcW w:w="10080" w:type="dxa"/>
            <w:gridSpan w:val="3"/>
            <w:shd w:val="clear" w:color="auto" w:fill="F9FBFD"/>
            <w:tcMar>
              <w:top w:w="70" w:type="dxa"/>
              <w:left w:w="100" w:type="dxa"/>
              <w:bottom w:w="70" w:type="dxa"/>
              <w:right w:w="100" w:type="dxa"/>
            </w:tcMar>
          </w:tcPr>
          <w:p w14:paraId="73256873" w14:textId="173B5B17" w:rsidR="00FA3DE9" w:rsidRDefault="00FA3DE9">
            <w:pPr>
              <w:spacing w:before="40" w:after="40"/>
              <w:rPr>
                <w:i/>
                <w:color w:val="6E6E6E"/>
                <w:sz w:val="19"/>
              </w:rPr>
            </w:pPr>
            <w:r>
              <w:rPr>
                <w:i/>
                <w:color w:val="6E6E6E"/>
                <w:sz w:val="19"/>
              </w:rPr>
              <w:t>[ Click / Type Detailed Explanation Here]</w:t>
            </w:r>
          </w:p>
        </w:tc>
      </w:tr>
    </w:tbl>
    <w:p w14:paraId="56DDD366" w14:textId="77777777" w:rsidR="00AA3848" w:rsidRDefault="00AA3848">
      <w:pPr>
        <w:spacing w:after="120"/>
      </w:pPr>
    </w:p>
    <w:p w14:paraId="739CD4BC" w14:textId="77777777" w:rsidR="00FA3DE9" w:rsidRDefault="00FA3DE9">
      <w:pPr>
        <w:keepNext/>
        <w:spacing w:before="280" w:after="120"/>
        <w:rPr>
          <w:b/>
          <w:color w:val="1B365D"/>
          <w:sz w:val="26"/>
        </w:rPr>
      </w:pPr>
      <w:r>
        <w:rPr>
          <w:b/>
          <w:color w:val="1B365D"/>
          <w:sz w:val="26"/>
        </w:rPr>
        <w:br w:type="page"/>
      </w:r>
    </w:p>
    <w:p w14:paraId="1703DA28" w14:textId="4AC49BE1" w:rsidR="00AA3848" w:rsidRDefault="00407892">
      <w:pPr>
        <w:keepNext/>
        <w:spacing w:before="280" w:after="120"/>
      </w:pPr>
      <w:r>
        <w:rPr>
          <w:b/>
          <w:color w:val="1B365D"/>
          <w:sz w:val="26"/>
        </w:rPr>
        <w:lastRenderedPageBreak/>
        <w:t>SECTION 15: ADDITIONAL INFORMATION</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4320"/>
        <w:gridCol w:w="5760"/>
      </w:tblGrid>
      <w:tr w:rsidR="00AA3848" w14:paraId="2E6A1113" w14:textId="77777777">
        <w:trPr>
          <w:jc w:val="center"/>
        </w:trPr>
        <w:tc>
          <w:tcPr>
            <w:tcW w:w="4320" w:type="dxa"/>
            <w:shd w:val="clear" w:color="auto" w:fill="1B365D"/>
            <w:tcMar>
              <w:top w:w="70" w:type="dxa"/>
              <w:left w:w="100" w:type="dxa"/>
              <w:bottom w:w="70" w:type="dxa"/>
              <w:right w:w="100" w:type="dxa"/>
            </w:tcMar>
          </w:tcPr>
          <w:p w14:paraId="09D4EBCE" w14:textId="77777777" w:rsidR="00AA3848" w:rsidRDefault="00407892">
            <w:pPr>
              <w:spacing w:before="40" w:after="40"/>
            </w:pPr>
            <w:r>
              <w:rPr>
                <w:b/>
                <w:color w:val="FFFFFF"/>
                <w:sz w:val="19"/>
              </w:rPr>
              <w:t>Field / Question</w:t>
            </w:r>
          </w:p>
        </w:tc>
        <w:tc>
          <w:tcPr>
            <w:tcW w:w="5760" w:type="dxa"/>
            <w:shd w:val="clear" w:color="auto" w:fill="1B365D"/>
            <w:tcMar>
              <w:top w:w="70" w:type="dxa"/>
              <w:left w:w="100" w:type="dxa"/>
              <w:bottom w:w="70" w:type="dxa"/>
              <w:right w:w="100" w:type="dxa"/>
            </w:tcMar>
          </w:tcPr>
          <w:p w14:paraId="4866E4F3" w14:textId="77777777" w:rsidR="00AA3848" w:rsidRDefault="00407892">
            <w:pPr>
              <w:spacing w:before="40" w:after="40"/>
            </w:pPr>
            <w:r>
              <w:rPr>
                <w:b/>
                <w:color w:val="FFFFFF"/>
                <w:sz w:val="19"/>
              </w:rPr>
              <w:t>Response &amp; Details</w:t>
            </w:r>
          </w:p>
        </w:tc>
      </w:tr>
      <w:tr w:rsidR="00AA3848" w14:paraId="33CBB121" w14:textId="77777777">
        <w:trPr>
          <w:jc w:val="center"/>
        </w:trPr>
        <w:tc>
          <w:tcPr>
            <w:tcW w:w="4320" w:type="dxa"/>
            <w:shd w:val="clear" w:color="auto" w:fill="FFFFFF"/>
            <w:tcMar>
              <w:top w:w="70" w:type="dxa"/>
              <w:left w:w="100" w:type="dxa"/>
              <w:bottom w:w="70" w:type="dxa"/>
              <w:right w:w="100" w:type="dxa"/>
            </w:tcMar>
          </w:tcPr>
          <w:p w14:paraId="361DD4BA" w14:textId="2A73DB14" w:rsidR="00AA3848" w:rsidRDefault="00FA3DE9">
            <w:pPr>
              <w:spacing w:before="40" w:after="40"/>
            </w:pPr>
            <w:r>
              <w:rPr>
                <w:color w:val="141414"/>
                <w:sz w:val="19"/>
              </w:rPr>
              <w:t xml:space="preserve">15.1 </w:t>
            </w:r>
            <w:r w:rsidR="00407892">
              <w:rPr>
                <w:color w:val="141414"/>
                <w:sz w:val="19"/>
              </w:rPr>
              <w:t>Licensed for any purpose (Pistol permit, instructor, professional licenses)?</w:t>
            </w:r>
          </w:p>
        </w:tc>
        <w:tc>
          <w:tcPr>
            <w:tcW w:w="5760" w:type="dxa"/>
            <w:shd w:val="clear" w:color="auto" w:fill="FFFFFF"/>
            <w:tcMar>
              <w:top w:w="70" w:type="dxa"/>
              <w:left w:w="100" w:type="dxa"/>
              <w:bottom w:w="70" w:type="dxa"/>
              <w:right w:w="100" w:type="dxa"/>
            </w:tcMar>
          </w:tcPr>
          <w:p w14:paraId="3176C0B5" w14:textId="77777777" w:rsidR="00AA3848" w:rsidRDefault="00407892">
            <w:pPr>
              <w:spacing w:before="40" w:after="40"/>
            </w:pPr>
            <w:proofErr w:type="gramStart"/>
            <w:r>
              <w:rPr>
                <w:i/>
                <w:color w:val="6E6E6E"/>
                <w:sz w:val="19"/>
              </w:rPr>
              <w:t>[  ]</w:t>
            </w:r>
            <w:proofErr w:type="gramEnd"/>
            <w:r>
              <w:rPr>
                <w:i/>
                <w:color w:val="6E6E6E"/>
                <w:sz w:val="19"/>
              </w:rPr>
              <w:t xml:space="preserve"> YES   [  ] NO</w:t>
            </w:r>
            <w:r>
              <w:rPr>
                <w:i/>
                <w:color w:val="6E6E6E"/>
                <w:sz w:val="19"/>
              </w:rPr>
              <w:br/>
              <w:t>If YES, list type, issuing authority, exp date: [ Type Details ]</w:t>
            </w:r>
          </w:p>
        </w:tc>
      </w:tr>
      <w:tr w:rsidR="00AA3848" w14:paraId="25BF34A9" w14:textId="77777777">
        <w:trPr>
          <w:jc w:val="center"/>
        </w:trPr>
        <w:tc>
          <w:tcPr>
            <w:tcW w:w="4320" w:type="dxa"/>
            <w:shd w:val="clear" w:color="auto" w:fill="F9FBFD"/>
            <w:tcMar>
              <w:top w:w="70" w:type="dxa"/>
              <w:left w:w="100" w:type="dxa"/>
              <w:bottom w:w="70" w:type="dxa"/>
              <w:right w:w="100" w:type="dxa"/>
            </w:tcMar>
          </w:tcPr>
          <w:p w14:paraId="2856FC82" w14:textId="1AB1E376" w:rsidR="00AA3848" w:rsidRDefault="00FA3DE9">
            <w:pPr>
              <w:spacing w:before="40" w:after="40"/>
            </w:pPr>
            <w:r>
              <w:rPr>
                <w:color w:val="141414"/>
                <w:sz w:val="19"/>
              </w:rPr>
              <w:t xml:space="preserve">15.2 </w:t>
            </w:r>
            <w:r w:rsidR="00407892">
              <w:rPr>
                <w:color w:val="141414"/>
                <w:sz w:val="19"/>
              </w:rPr>
              <w:t>Currently hold valid CPR certification?</w:t>
            </w:r>
          </w:p>
        </w:tc>
        <w:tc>
          <w:tcPr>
            <w:tcW w:w="5760" w:type="dxa"/>
            <w:shd w:val="clear" w:color="auto" w:fill="F9FBFD"/>
            <w:tcMar>
              <w:top w:w="70" w:type="dxa"/>
              <w:left w:w="100" w:type="dxa"/>
              <w:bottom w:w="70" w:type="dxa"/>
              <w:right w:w="100" w:type="dxa"/>
            </w:tcMar>
          </w:tcPr>
          <w:p w14:paraId="2C21BF93" w14:textId="77777777" w:rsidR="00AA3848" w:rsidRDefault="00407892">
            <w:pPr>
              <w:spacing w:before="40" w:after="40"/>
            </w:pPr>
            <w:proofErr w:type="gramStart"/>
            <w:r>
              <w:rPr>
                <w:color w:val="141414"/>
                <w:sz w:val="19"/>
              </w:rPr>
              <w:t>[  ]</w:t>
            </w:r>
            <w:proofErr w:type="gramEnd"/>
            <w:r>
              <w:rPr>
                <w:color w:val="141414"/>
                <w:sz w:val="19"/>
              </w:rPr>
              <w:t xml:space="preserve"> YES   [  ] NO</w:t>
            </w:r>
            <w:r>
              <w:rPr>
                <w:color w:val="141414"/>
                <w:sz w:val="19"/>
              </w:rPr>
              <w:br/>
              <w:t>Type: [                      ]  Class Date: [                ]</w:t>
            </w:r>
          </w:p>
        </w:tc>
      </w:tr>
      <w:tr w:rsidR="00AA3848" w14:paraId="7952D6A2" w14:textId="77777777">
        <w:trPr>
          <w:jc w:val="center"/>
        </w:trPr>
        <w:tc>
          <w:tcPr>
            <w:tcW w:w="4320" w:type="dxa"/>
            <w:shd w:val="clear" w:color="auto" w:fill="FFFFFF"/>
            <w:tcMar>
              <w:top w:w="70" w:type="dxa"/>
              <w:left w:w="100" w:type="dxa"/>
              <w:bottom w:w="70" w:type="dxa"/>
              <w:right w:w="100" w:type="dxa"/>
            </w:tcMar>
          </w:tcPr>
          <w:p w14:paraId="3353EB19" w14:textId="62FBFBE8" w:rsidR="00AA3848" w:rsidRDefault="00FA3DE9">
            <w:pPr>
              <w:spacing w:before="40" w:after="40"/>
            </w:pPr>
            <w:r>
              <w:rPr>
                <w:color w:val="141414"/>
                <w:sz w:val="19"/>
              </w:rPr>
              <w:t xml:space="preserve">15.3 </w:t>
            </w:r>
            <w:r w:rsidR="00407892">
              <w:rPr>
                <w:color w:val="141414"/>
                <w:sz w:val="19"/>
              </w:rPr>
              <w:t>Applied for employment with City of Anniston prior to this application?</w:t>
            </w:r>
          </w:p>
        </w:tc>
        <w:tc>
          <w:tcPr>
            <w:tcW w:w="5760" w:type="dxa"/>
            <w:shd w:val="clear" w:color="auto" w:fill="FFFFFF"/>
            <w:tcMar>
              <w:top w:w="70" w:type="dxa"/>
              <w:left w:w="100" w:type="dxa"/>
              <w:bottom w:w="70" w:type="dxa"/>
              <w:right w:w="100" w:type="dxa"/>
            </w:tcMar>
          </w:tcPr>
          <w:p w14:paraId="356EDE4C" w14:textId="77777777" w:rsidR="00AA3848" w:rsidRDefault="00407892">
            <w:pPr>
              <w:spacing w:before="40" w:after="40"/>
            </w:pPr>
            <w:proofErr w:type="gramStart"/>
            <w:r>
              <w:rPr>
                <w:i/>
                <w:color w:val="6E6E6E"/>
                <w:sz w:val="19"/>
              </w:rPr>
              <w:t>[  ]</w:t>
            </w:r>
            <w:proofErr w:type="gramEnd"/>
            <w:r>
              <w:rPr>
                <w:i/>
                <w:color w:val="6E6E6E"/>
                <w:sz w:val="19"/>
              </w:rPr>
              <w:t xml:space="preserve"> YES   [  ] NO</w:t>
            </w:r>
            <w:r>
              <w:rPr>
                <w:i/>
                <w:color w:val="6E6E6E"/>
                <w:sz w:val="19"/>
              </w:rPr>
              <w:br/>
              <w:t>If YES, list position(s): [ Type Positions ]</w:t>
            </w:r>
          </w:p>
        </w:tc>
      </w:tr>
      <w:tr w:rsidR="00AA3848" w14:paraId="1E4FD21F" w14:textId="77777777">
        <w:trPr>
          <w:jc w:val="center"/>
        </w:trPr>
        <w:tc>
          <w:tcPr>
            <w:tcW w:w="4320" w:type="dxa"/>
            <w:shd w:val="clear" w:color="auto" w:fill="F9FBFD"/>
            <w:tcMar>
              <w:top w:w="70" w:type="dxa"/>
              <w:left w:w="100" w:type="dxa"/>
              <w:bottom w:w="70" w:type="dxa"/>
              <w:right w:w="100" w:type="dxa"/>
            </w:tcMar>
          </w:tcPr>
          <w:p w14:paraId="7A00FA90" w14:textId="289098A0" w:rsidR="00AA3848" w:rsidRDefault="00FA3DE9">
            <w:pPr>
              <w:spacing w:before="40" w:after="40"/>
            </w:pPr>
            <w:r>
              <w:rPr>
                <w:color w:val="141414"/>
                <w:sz w:val="19"/>
              </w:rPr>
              <w:t xml:space="preserve">15.4 </w:t>
            </w:r>
            <w:r w:rsidR="00407892">
              <w:rPr>
                <w:color w:val="141414"/>
                <w:sz w:val="19"/>
              </w:rPr>
              <w:t>Submitted application with other law enforcement agencies or companies?</w:t>
            </w:r>
          </w:p>
        </w:tc>
        <w:tc>
          <w:tcPr>
            <w:tcW w:w="5760" w:type="dxa"/>
            <w:shd w:val="clear" w:color="auto" w:fill="F9FBFD"/>
            <w:tcMar>
              <w:top w:w="70" w:type="dxa"/>
              <w:left w:w="100" w:type="dxa"/>
              <w:bottom w:w="70" w:type="dxa"/>
              <w:right w:w="100" w:type="dxa"/>
            </w:tcMar>
          </w:tcPr>
          <w:p w14:paraId="12994DF1" w14:textId="77777777" w:rsidR="00AA3848" w:rsidRDefault="00407892">
            <w:pPr>
              <w:spacing w:before="40" w:after="40"/>
            </w:pPr>
            <w:proofErr w:type="gramStart"/>
            <w:r>
              <w:rPr>
                <w:i/>
                <w:color w:val="6E6E6E"/>
                <w:sz w:val="19"/>
              </w:rPr>
              <w:t>[  ]</w:t>
            </w:r>
            <w:proofErr w:type="gramEnd"/>
            <w:r>
              <w:rPr>
                <w:i/>
                <w:color w:val="6E6E6E"/>
                <w:sz w:val="19"/>
              </w:rPr>
              <w:t xml:space="preserve"> YES   [  ] NO</w:t>
            </w:r>
            <w:r>
              <w:rPr>
                <w:i/>
                <w:color w:val="6E6E6E"/>
                <w:sz w:val="19"/>
              </w:rPr>
              <w:br/>
              <w:t>If YES, list agency, position, date, status: [ Type Details ]</w:t>
            </w:r>
          </w:p>
        </w:tc>
      </w:tr>
      <w:tr w:rsidR="00AA3848" w14:paraId="7F887BB5" w14:textId="77777777">
        <w:trPr>
          <w:jc w:val="center"/>
        </w:trPr>
        <w:tc>
          <w:tcPr>
            <w:tcW w:w="4320" w:type="dxa"/>
            <w:shd w:val="clear" w:color="auto" w:fill="FFFFFF"/>
            <w:tcMar>
              <w:top w:w="70" w:type="dxa"/>
              <w:left w:w="100" w:type="dxa"/>
              <w:bottom w:w="70" w:type="dxa"/>
              <w:right w:w="100" w:type="dxa"/>
            </w:tcMar>
          </w:tcPr>
          <w:p w14:paraId="773CB23F" w14:textId="30041B1B" w:rsidR="00AA3848" w:rsidRPr="00FA3DE9" w:rsidRDefault="00FA3DE9">
            <w:pPr>
              <w:spacing w:before="40" w:after="40"/>
              <w:rPr>
                <w:b/>
                <w:bCs/>
              </w:rPr>
            </w:pPr>
            <w:r>
              <w:rPr>
                <w:b/>
                <w:bCs/>
                <w:color w:val="141414"/>
                <w:sz w:val="19"/>
              </w:rPr>
              <w:t xml:space="preserve">15.5 </w:t>
            </w:r>
            <w:r w:rsidR="00407892" w:rsidRPr="00FA3DE9">
              <w:rPr>
                <w:b/>
                <w:bCs/>
                <w:color w:val="141414"/>
                <w:sz w:val="19"/>
              </w:rPr>
              <w:t>Temper Rating Scale (1 = Never Angry to 10 = Explode at little thing):</w:t>
            </w:r>
          </w:p>
        </w:tc>
        <w:tc>
          <w:tcPr>
            <w:tcW w:w="5760" w:type="dxa"/>
            <w:shd w:val="clear" w:color="auto" w:fill="FFFFFF"/>
            <w:tcMar>
              <w:top w:w="70" w:type="dxa"/>
              <w:left w:w="100" w:type="dxa"/>
              <w:bottom w:w="70" w:type="dxa"/>
              <w:right w:w="100" w:type="dxa"/>
            </w:tcMar>
          </w:tcPr>
          <w:p w14:paraId="6E8F038F" w14:textId="77777777" w:rsidR="00AA3848" w:rsidRDefault="00407892">
            <w:pPr>
              <w:spacing w:before="40" w:after="40"/>
            </w:pPr>
            <w:r>
              <w:rPr>
                <w:color w:val="141414"/>
                <w:sz w:val="19"/>
              </w:rPr>
              <w:t>Rating: [ ____</w:t>
            </w:r>
            <w:proofErr w:type="gramStart"/>
            <w:r>
              <w:rPr>
                <w:color w:val="141414"/>
                <w:sz w:val="19"/>
              </w:rPr>
              <w:t>_ ]</w:t>
            </w:r>
            <w:proofErr w:type="gramEnd"/>
            <w:r>
              <w:rPr>
                <w:color w:val="141414"/>
                <w:sz w:val="19"/>
              </w:rPr>
              <w:t xml:space="preserve"> (1-10)</w:t>
            </w:r>
          </w:p>
        </w:tc>
      </w:tr>
      <w:tr w:rsidR="00AA3848" w14:paraId="5DBD1D93" w14:textId="77777777">
        <w:trPr>
          <w:jc w:val="center"/>
        </w:trPr>
        <w:tc>
          <w:tcPr>
            <w:tcW w:w="4320" w:type="dxa"/>
            <w:shd w:val="clear" w:color="auto" w:fill="F9FBFD"/>
            <w:tcMar>
              <w:top w:w="70" w:type="dxa"/>
              <w:left w:w="100" w:type="dxa"/>
              <w:bottom w:w="70" w:type="dxa"/>
              <w:right w:w="100" w:type="dxa"/>
            </w:tcMar>
          </w:tcPr>
          <w:p w14:paraId="31FECB36" w14:textId="59711B6A" w:rsidR="00AA3848" w:rsidRDefault="00FA3DE9">
            <w:pPr>
              <w:spacing w:before="40" w:after="40"/>
            </w:pPr>
            <w:r>
              <w:rPr>
                <w:color w:val="141414"/>
                <w:sz w:val="19"/>
              </w:rPr>
              <w:t xml:space="preserve">15.6 </w:t>
            </w:r>
            <w:r w:rsidR="00407892">
              <w:rPr>
                <w:color w:val="141414"/>
                <w:sz w:val="19"/>
              </w:rPr>
              <w:t>When were you last in a physical fight?</w:t>
            </w:r>
          </w:p>
        </w:tc>
        <w:tc>
          <w:tcPr>
            <w:tcW w:w="5760" w:type="dxa"/>
            <w:shd w:val="clear" w:color="auto" w:fill="F9FBFD"/>
            <w:tcMar>
              <w:top w:w="70" w:type="dxa"/>
              <w:left w:w="100" w:type="dxa"/>
              <w:bottom w:w="70" w:type="dxa"/>
              <w:right w:w="100" w:type="dxa"/>
            </w:tcMar>
          </w:tcPr>
          <w:p w14:paraId="16C6A538" w14:textId="77777777" w:rsidR="00AA3848" w:rsidRDefault="00407892">
            <w:pPr>
              <w:spacing w:before="40" w:after="40"/>
            </w:pPr>
            <w:r>
              <w:rPr>
                <w:i/>
                <w:color w:val="6E6E6E"/>
                <w:sz w:val="19"/>
              </w:rPr>
              <w:t xml:space="preserve">[ Type Date / Circumstances or </w:t>
            </w:r>
            <w:proofErr w:type="gramStart"/>
            <w:r>
              <w:rPr>
                <w:i/>
                <w:color w:val="6E6E6E"/>
                <w:sz w:val="19"/>
              </w:rPr>
              <w:t>NEVER ]</w:t>
            </w:r>
            <w:proofErr w:type="gramEnd"/>
          </w:p>
        </w:tc>
      </w:tr>
      <w:tr w:rsidR="00AA3848" w14:paraId="086B3FDF" w14:textId="77777777">
        <w:trPr>
          <w:jc w:val="center"/>
        </w:trPr>
        <w:tc>
          <w:tcPr>
            <w:tcW w:w="4320" w:type="dxa"/>
            <w:shd w:val="clear" w:color="auto" w:fill="FFFFFF"/>
            <w:tcMar>
              <w:top w:w="70" w:type="dxa"/>
              <w:left w:w="100" w:type="dxa"/>
              <w:bottom w:w="70" w:type="dxa"/>
              <w:right w:w="100" w:type="dxa"/>
            </w:tcMar>
          </w:tcPr>
          <w:p w14:paraId="3B246E23" w14:textId="792C6CEE" w:rsidR="00AA3848" w:rsidRDefault="00FA3DE9">
            <w:pPr>
              <w:spacing w:before="40" w:after="40"/>
            </w:pPr>
            <w:r>
              <w:rPr>
                <w:color w:val="141414"/>
                <w:sz w:val="19"/>
              </w:rPr>
              <w:t xml:space="preserve">15.7 </w:t>
            </w:r>
            <w:r w:rsidR="00407892">
              <w:rPr>
                <w:color w:val="141414"/>
                <w:sz w:val="19"/>
              </w:rPr>
              <w:t>Committed any act that, if public, could embarrass you or APD?</w:t>
            </w:r>
          </w:p>
        </w:tc>
        <w:tc>
          <w:tcPr>
            <w:tcW w:w="5760" w:type="dxa"/>
            <w:shd w:val="clear" w:color="auto" w:fill="FFFFFF"/>
            <w:tcMar>
              <w:top w:w="70" w:type="dxa"/>
              <w:left w:w="100" w:type="dxa"/>
              <w:bottom w:w="70" w:type="dxa"/>
              <w:right w:w="100" w:type="dxa"/>
            </w:tcMar>
          </w:tcPr>
          <w:p w14:paraId="7FA21777" w14:textId="77777777" w:rsidR="00AA3848" w:rsidRDefault="00407892">
            <w:pPr>
              <w:spacing w:before="40" w:after="40"/>
            </w:pPr>
            <w:proofErr w:type="gramStart"/>
            <w:r>
              <w:rPr>
                <w:color w:val="141414"/>
                <w:sz w:val="19"/>
              </w:rPr>
              <w:t>[  ]</w:t>
            </w:r>
            <w:proofErr w:type="gramEnd"/>
            <w:r>
              <w:rPr>
                <w:color w:val="141414"/>
                <w:sz w:val="19"/>
              </w:rPr>
              <w:t xml:space="preserve"> YES   [  ] NO</w:t>
            </w:r>
          </w:p>
        </w:tc>
      </w:tr>
      <w:tr w:rsidR="00AA3848" w14:paraId="7347D96D" w14:textId="77777777">
        <w:trPr>
          <w:jc w:val="center"/>
        </w:trPr>
        <w:tc>
          <w:tcPr>
            <w:tcW w:w="4320" w:type="dxa"/>
            <w:shd w:val="clear" w:color="auto" w:fill="F9FBFD"/>
            <w:tcMar>
              <w:top w:w="70" w:type="dxa"/>
              <w:left w:w="100" w:type="dxa"/>
              <w:bottom w:w="70" w:type="dxa"/>
              <w:right w:w="100" w:type="dxa"/>
            </w:tcMar>
          </w:tcPr>
          <w:p w14:paraId="157E096F" w14:textId="6F625B3B" w:rsidR="00AA3848" w:rsidRPr="00FA3DE9" w:rsidRDefault="00FA3DE9">
            <w:pPr>
              <w:spacing w:before="40" w:after="40"/>
              <w:rPr>
                <w:b/>
                <w:bCs/>
              </w:rPr>
            </w:pPr>
            <w:r>
              <w:rPr>
                <w:b/>
                <w:bCs/>
                <w:color w:val="141414"/>
                <w:sz w:val="19"/>
              </w:rPr>
              <w:t xml:space="preserve">15.8 </w:t>
            </w:r>
            <w:r w:rsidR="00407892" w:rsidRPr="00FA3DE9">
              <w:rPr>
                <w:b/>
                <w:bCs/>
                <w:color w:val="141414"/>
                <w:sz w:val="19"/>
              </w:rPr>
              <w:t>What is the worst act you have ever committed? (REQUIRED DISCLOSURE):</w:t>
            </w:r>
          </w:p>
        </w:tc>
        <w:tc>
          <w:tcPr>
            <w:tcW w:w="5760" w:type="dxa"/>
            <w:shd w:val="clear" w:color="auto" w:fill="F9FBFD"/>
            <w:tcMar>
              <w:top w:w="70" w:type="dxa"/>
              <w:left w:w="100" w:type="dxa"/>
              <w:bottom w:w="70" w:type="dxa"/>
              <w:right w:w="100" w:type="dxa"/>
            </w:tcMar>
          </w:tcPr>
          <w:p w14:paraId="1F3C9C60" w14:textId="50C4CA5A" w:rsidR="00AA3848" w:rsidRDefault="00407892">
            <w:pPr>
              <w:spacing w:before="40" w:after="40"/>
            </w:pPr>
            <w:r>
              <w:rPr>
                <w:i/>
                <w:color w:val="6E6E6E"/>
                <w:sz w:val="19"/>
              </w:rPr>
              <w:t xml:space="preserve">[ Click / Type Required Disclosure Explanation </w:t>
            </w:r>
            <w:r w:rsidR="00FA3DE9">
              <w:rPr>
                <w:i/>
                <w:color w:val="6E6E6E"/>
                <w:sz w:val="19"/>
              </w:rPr>
              <w:t>Here]</w:t>
            </w:r>
          </w:p>
        </w:tc>
      </w:tr>
      <w:tr w:rsidR="00AA3848" w14:paraId="066E958E" w14:textId="77777777">
        <w:trPr>
          <w:jc w:val="center"/>
        </w:trPr>
        <w:tc>
          <w:tcPr>
            <w:tcW w:w="4320" w:type="dxa"/>
            <w:shd w:val="clear" w:color="auto" w:fill="FFFFFF"/>
            <w:tcMar>
              <w:top w:w="70" w:type="dxa"/>
              <w:left w:w="100" w:type="dxa"/>
              <w:bottom w:w="70" w:type="dxa"/>
              <w:right w:w="100" w:type="dxa"/>
            </w:tcMar>
          </w:tcPr>
          <w:p w14:paraId="266D2089" w14:textId="3F3413CE" w:rsidR="00AA3848" w:rsidRDefault="00FA3DE9">
            <w:pPr>
              <w:spacing w:before="40" w:after="40"/>
            </w:pPr>
            <w:r>
              <w:rPr>
                <w:color w:val="141414"/>
                <w:sz w:val="19"/>
              </w:rPr>
              <w:t xml:space="preserve">15.9 </w:t>
            </w:r>
            <w:r w:rsidR="00407892">
              <w:rPr>
                <w:color w:val="141414"/>
                <w:sz w:val="19"/>
              </w:rPr>
              <w:t>Committed an act for which you could be blackmailed?</w:t>
            </w:r>
          </w:p>
        </w:tc>
        <w:tc>
          <w:tcPr>
            <w:tcW w:w="5760" w:type="dxa"/>
            <w:shd w:val="clear" w:color="auto" w:fill="FFFFFF"/>
            <w:tcMar>
              <w:top w:w="70" w:type="dxa"/>
              <w:left w:w="100" w:type="dxa"/>
              <w:bottom w:w="70" w:type="dxa"/>
              <w:right w:w="100" w:type="dxa"/>
            </w:tcMar>
          </w:tcPr>
          <w:p w14:paraId="4385FE03" w14:textId="77777777" w:rsidR="00AA3848" w:rsidRDefault="00407892">
            <w:pPr>
              <w:spacing w:before="40" w:after="40"/>
            </w:pPr>
            <w:proofErr w:type="gramStart"/>
            <w:r>
              <w:rPr>
                <w:i/>
                <w:color w:val="6E6E6E"/>
                <w:sz w:val="19"/>
              </w:rPr>
              <w:t>[  ]</w:t>
            </w:r>
            <w:proofErr w:type="gramEnd"/>
            <w:r>
              <w:rPr>
                <w:i/>
                <w:color w:val="6E6E6E"/>
                <w:sz w:val="19"/>
              </w:rPr>
              <w:t xml:space="preserve"> YES   [  ] NO   If YES, explain: [ Type Explanation ]</w:t>
            </w:r>
          </w:p>
        </w:tc>
      </w:tr>
      <w:tr w:rsidR="00AA3848" w14:paraId="0EB90159" w14:textId="77777777">
        <w:trPr>
          <w:jc w:val="center"/>
        </w:trPr>
        <w:tc>
          <w:tcPr>
            <w:tcW w:w="4320" w:type="dxa"/>
            <w:shd w:val="clear" w:color="auto" w:fill="F9FBFD"/>
            <w:tcMar>
              <w:top w:w="70" w:type="dxa"/>
              <w:left w:w="100" w:type="dxa"/>
              <w:bottom w:w="70" w:type="dxa"/>
              <w:right w:w="100" w:type="dxa"/>
            </w:tcMar>
          </w:tcPr>
          <w:p w14:paraId="5B6C219B" w14:textId="026182CA" w:rsidR="00AA3848" w:rsidRDefault="00FA3DE9">
            <w:pPr>
              <w:spacing w:before="40" w:after="40"/>
            </w:pPr>
            <w:r>
              <w:rPr>
                <w:color w:val="141414"/>
                <w:sz w:val="19"/>
              </w:rPr>
              <w:t xml:space="preserve">15.10 </w:t>
            </w:r>
            <w:r w:rsidR="00407892">
              <w:rPr>
                <w:color w:val="141414"/>
                <w:sz w:val="19"/>
              </w:rPr>
              <w:t>Average days out of work/school per year for medical reasons:</w:t>
            </w:r>
          </w:p>
        </w:tc>
        <w:tc>
          <w:tcPr>
            <w:tcW w:w="5760" w:type="dxa"/>
            <w:shd w:val="clear" w:color="auto" w:fill="F9FBFD"/>
            <w:tcMar>
              <w:top w:w="70" w:type="dxa"/>
              <w:left w:w="100" w:type="dxa"/>
              <w:bottom w:w="70" w:type="dxa"/>
              <w:right w:w="100" w:type="dxa"/>
            </w:tcMar>
          </w:tcPr>
          <w:p w14:paraId="5E5219EA" w14:textId="77777777" w:rsidR="00AA3848" w:rsidRDefault="00407892">
            <w:pPr>
              <w:spacing w:before="40" w:after="40"/>
            </w:pPr>
            <w:r>
              <w:rPr>
                <w:i/>
                <w:color w:val="6E6E6E"/>
                <w:sz w:val="19"/>
              </w:rPr>
              <w:t xml:space="preserve">[ Type Number of </w:t>
            </w:r>
            <w:proofErr w:type="gramStart"/>
            <w:r>
              <w:rPr>
                <w:i/>
                <w:color w:val="6E6E6E"/>
                <w:sz w:val="19"/>
              </w:rPr>
              <w:t>Days ]</w:t>
            </w:r>
            <w:proofErr w:type="gramEnd"/>
          </w:p>
        </w:tc>
      </w:tr>
      <w:tr w:rsidR="00AA3848" w14:paraId="757D06E4" w14:textId="77777777">
        <w:trPr>
          <w:jc w:val="center"/>
        </w:trPr>
        <w:tc>
          <w:tcPr>
            <w:tcW w:w="4320" w:type="dxa"/>
            <w:shd w:val="clear" w:color="auto" w:fill="FFFFFF"/>
            <w:tcMar>
              <w:top w:w="70" w:type="dxa"/>
              <w:left w:w="100" w:type="dxa"/>
              <w:bottom w:w="70" w:type="dxa"/>
              <w:right w:w="100" w:type="dxa"/>
            </w:tcMar>
          </w:tcPr>
          <w:p w14:paraId="6A7576EA" w14:textId="06A40DBD" w:rsidR="00AA3848" w:rsidRDefault="00FA3DE9">
            <w:pPr>
              <w:spacing w:before="40" w:after="40"/>
            </w:pPr>
            <w:r>
              <w:rPr>
                <w:color w:val="141414"/>
                <w:sz w:val="19"/>
              </w:rPr>
              <w:t xml:space="preserve">15.11 </w:t>
            </w:r>
            <w:r w:rsidR="00407892">
              <w:rPr>
                <w:color w:val="141414"/>
                <w:sz w:val="19"/>
              </w:rPr>
              <w:t>Received compensation as a result of an auto accident?</w:t>
            </w:r>
          </w:p>
        </w:tc>
        <w:tc>
          <w:tcPr>
            <w:tcW w:w="5760" w:type="dxa"/>
            <w:shd w:val="clear" w:color="auto" w:fill="FFFFFF"/>
            <w:tcMar>
              <w:top w:w="70" w:type="dxa"/>
              <w:left w:w="100" w:type="dxa"/>
              <w:bottom w:w="70" w:type="dxa"/>
              <w:right w:w="100" w:type="dxa"/>
            </w:tcMar>
          </w:tcPr>
          <w:p w14:paraId="375FE911" w14:textId="77777777" w:rsidR="00AA3848" w:rsidRDefault="00407892">
            <w:pPr>
              <w:spacing w:before="40" w:after="40"/>
            </w:pPr>
            <w:proofErr w:type="gramStart"/>
            <w:r>
              <w:rPr>
                <w:i/>
                <w:color w:val="6E6E6E"/>
                <w:sz w:val="19"/>
              </w:rPr>
              <w:t>[  ]</w:t>
            </w:r>
            <w:proofErr w:type="gramEnd"/>
            <w:r>
              <w:rPr>
                <w:i/>
                <w:color w:val="6E6E6E"/>
                <w:sz w:val="19"/>
              </w:rPr>
              <w:t xml:space="preserve"> YES   [  ] NO   If YES, explain: [ Type Explanation ]</w:t>
            </w:r>
          </w:p>
        </w:tc>
      </w:tr>
      <w:tr w:rsidR="00AA3848" w14:paraId="61233765" w14:textId="77777777">
        <w:trPr>
          <w:jc w:val="center"/>
        </w:trPr>
        <w:tc>
          <w:tcPr>
            <w:tcW w:w="4320" w:type="dxa"/>
            <w:shd w:val="clear" w:color="auto" w:fill="F9FBFD"/>
            <w:tcMar>
              <w:top w:w="70" w:type="dxa"/>
              <w:left w:w="100" w:type="dxa"/>
              <w:bottom w:w="70" w:type="dxa"/>
              <w:right w:w="100" w:type="dxa"/>
            </w:tcMar>
          </w:tcPr>
          <w:p w14:paraId="587E513D" w14:textId="68B38A75" w:rsidR="00AA3848" w:rsidRDefault="00FA3DE9">
            <w:pPr>
              <w:spacing w:before="40" w:after="40"/>
            </w:pPr>
            <w:r>
              <w:rPr>
                <w:color w:val="141414"/>
                <w:sz w:val="19"/>
              </w:rPr>
              <w:t xml:space="preserve">15.12 </w:t>
            </w:r>
            <w:r w:rsidR="00407892">
              <w:rPr>
                <w:color w:val="141414"/>
                <w:sz w:val="19"/>
              </w:rPr>
              <w:t>Sued anyone as a result of an injury?</w:t>
            </w:r>
          </w:p>
        </w:tc>
        <w:tc>
          <w:tcPr>
            <w:tcW w:w="5760" w:type="dxa"/>
            <w:shd w:val="clear" w:color="auto" w:fill="F9FBFD"/>
            <w:tcMar>
              <w:top w:w="70" w:type="dxa"/>
              <w:left w:w="100" w:type="dxa"/>
              <w:bottom w:w="70" w:type="dxa"/>
              <w:right w:w="100" w:type="dxa"/>
            </w:tcMar>
          </w:tcPr>
          <w:p w14:paraId="00FF671B" w14:textId="77777777" w:rsidR="00AA3848" w:rsidRDefault="00407892">
            <w:pPr>
              <w:spacing w:before="40" w:after="40"/>
            </w:pPr>
            <w:proofErr w:type="gramStart"/>
            <w:r>
              <w:rPr>
                <w:i/>
                <w:color w:val="6E6E6E"/>
                <w:sz w:val="19"/>
              </w:rPr>
              <w:t>[  ]</w:t>
            </w:r>
            <w:proofErr w:type="gramEnd"/>
            <w:r>
              <w:rPr>
                <w:i/>
                <w:color w:val="6E6E6E"/>
                <w:sz w:val="19"/>
              </w:rPr>
              <w:t xml:space="preserve"> YES   [  ] NO   If YES, explain: [ Type Explanation ]</w:t>
            </w:r>
          </w:p>
        </w:tc>
      </w:tr>
      <w:tr w:rsidR="00AA3848" w14:paraId="3DF3B6B9" w14:textId="77777777">
        <w:trPr>
          <w:jc w:val="center"/>
        </w:trPr>
        <w:tc>
          <w:tcPr>
            <w:tcW w:w="4320" w:type="dxa"/>
            <w:shd w:val="clear" w:color="auto" w:fill="FFFFFF"/>
            <w:tcMar>
              <w:top w:w="70" w:type="dxa"/>
              <w:left w:w="100" w:type="dxa"/>
              <w:bottom w:w="70" w:type="dxa"/>
              <w:right w:w="100" w:type="dxa"/>
            </w:tcMar>
          </w:tcPr>
          <w:p w14:paraId="1F110D90" w14:textId="7B27595D" w:rsidR="00AA3848" w:rsidRDefault="00FA3DE9">
            <w:pPr>
              <w:spacing w:before="40" w:after="40"/>
            </w:pPr>
            <w:r>
              <w:rPr>
                <w:color w:val="141414"/>
                <w:sz w:val="19"/>
              </w:rPr>
              <w:t xml:space="preserve">15.13 </w:t>
            </w:r>
            <w:r w:rsidR="00407892">
              <w:rPr>
                <w:color w:val="141414"/>
                <w:sz w:val="19"/>
              </w:rPr>
              <w:t>Received compensation due to an injury received?</w:t>
            </w:r>
          </w:p>
        </w:tc>
        <w:tc>
          <w:tcPr>
            <w:tcW w:w="5760" w:type="dxa"/>
            <w:shd w:val="clear" w:color="auto" w:fill="FFFFFF"/>
            <w:tcMar>
              <w:top w:w="70" w:type="dxa"/>
              <w:left w:w="100" w:type="dxa"/>
              <w:bottom w:w="70" w:type="dxa"/>
              <w:right w:w="100" w:type="dxa"/>
            </w:tcMar>
          </w:tcPr>
          <w:p w14:paraId="6C421385" w14:textId="77777777" w:rsidR="00AA3848" w:rsidRDefault="00407892">
            <w:pPr>
              <w:spacing w:before="40" w:after="40"/>
            </w:pPr>
            <w:proofErr w:type="gramStart"/>
            <w:r>
              <w:rPr>
                <w:i/>
                <w:color w:val="6E6E6E"/>
                <w:sz w:val="19"/>
              </w:rPr>
              <w:t>[  ]</w:t>
            </w:r>
            <w:proofErr w:type="gramEnd"/>
            <w:r>
              <w:rPr>
                <w:i/>
                <w:color w:val="6E6E6E"/>
                <w:sz w:val="19"/>
              </w:rPr>
              <w:t xml:space="preserve"> YES   [  ] NO   If YES, explain: [ Type Explanation ]</w:t>
            </w:r>
          </w:p>
        </w:tc>
      </w:tr>
      <w:tr w:rsidR="00AA3848" w14:paraId="77DA8BDC" w14:textId="77777777">
        <w:trPr>
          <w:jc w:val="center"/>
        </w:trPr>
        <w:tc>
          <w:tcPr>
            <w:tcW w:w="4320" w:type="dxa"/>
            <w:shd w:val="clear" w:color="auto" w:fill="F9FBFD"/>
            <w:tcMar>
              <w:top w:w="70" w:type="dxa"/>
              <w:left w:w="100" w:type="dxa"/>
              <w:bottom w:w="70" w:type="dxa"/>
              <w:right w:w="100" w:type="dxa"/>
            </w:tcMar>
          </w:tcPr>
          <w:p w14:paraId="49B5B624" w14:textId="08321A0F" w:rsidR="00AA3848" w:rsidRDefault="00FA3DE9">
            <w:pPr>
              <w:spacing w:before="40" w:after="40"/>
            </w:pPr>
            <w:r>
              <w:rPr>
                <w:color w:val="141414"/>
                <w:sz w:val="19"/>
              </w:rPr>
              <w:t xml:space="preserve">15.14 </w:t>
            </w:r>
            <w:r w:rsidR="00407892">
              <w:rPr>
                <w:color w:val="141414"/>
                <w:sz w:val="19"/>
              </w:rPr>
              <w:t>Ever 'lay out' of work or abuse sick leave during employment?</w:t>
            </w:r>
          </w:p>
        </w:tc>
        <w:tc>
          <w:tcPr>
            <w:tcW w:w="5760" w:type="dxa"/>
            <w:shd w:val="clear" w:color="auto" w:fill="F9FBFD"/>
            <w:tcMar>
              <w:top w:w="70" w:type="dxa"/>
              <w:left w:w="100" w:type="dxa"/>
              <w:bottom w:w="70" w:type="dxa"/>
              <w:right w:w="100" w:type="dxa"/>
            </w:tcMar>
          </w:tcPr>
          <w:p w14:paraId="5B19623C" w14:textId="77777777" w:rsidR="00AA3848" w:rsidRDefault="00407892">
            <w:pPr>
              <w:spacing w:before="40" w:after="40"/>
            </w:pPr>
            <w:proofErr w:type="gramStart"/>
            <w:r>
              <w:rPr>
                <w:i/>
                <w:color w:val="6E6E6E"/>
                <w:sz w:val="19"/>
              </w:rPr>
              <w:t>[  ]</w:t>
            </w:r>
            <w:proofErr w:type="gramEnd"/>
            <w:r>
              <w:rPr>
                <w:i/>
                <w:color w:val="6E6E6E"/>
                <w:sz w:val="19"/>
              </w:rPr>
              <w:t xml:space="preserve"> YES   [  ] NO   If YES, explain: [ Type Explanation ]</w:t>
            </w:r>
          </w:p>
        </w:tc>
      </w:tr>
      <w:tr w:rsidR="00AA3848" w14:paraId="25E772C1" w14:textId="77777777">
        <w:trPr>
          <w:jc w:val="center"/>
        </w:trPr>
        <w:tc>
          <w:tcPr>
            <w:tcW w:w="4320" w:type="dxa"/>
            <w:shd w:val="clear" w:color="auto" w:fill="FFFFFF"/>
            <w:tcMar>
              <w:top w:w="70" w:type="dxa"/>
              <w:left w:w="100" w:type="dxa"/>
              <w:bottom w:w="70" w:type="dxa"/>
              <w:right w:w="100" w:type="dxa"/>
            </w:tcMar>
          </w:tcPr>
          <w:p w14:paraId="16345EA0" w14:textId="2EF709EF" w:rsidR="00AA3848" w:rsidRDefault="00FA3DE9">
            <w:pPr>
              <w:spacing w:before="40" w:after="40"/>
            </w:pPr>
            <w:r>
              <w:rPr>
                <w:color w:val="141414"/>
                <w:sz w:val="19"/>
              </w:rPr>
              <w:t xml:space="preserve">15.15 </w:t>
            </w:r>
            <w:r w:rsidR="00407892">
              <w:rPr>
                <w:color w:val="141414"/>
                <w:sz w:val="19"/>
              </w:rPr>
              <w:t>Interest in Employment: Explain in detail why you desire employment with APD:</w:t>
            </w:r>
          </w:p>
        </w:tc>
        <w:tc>
          <w:tcPr>
            <w:tcW w:w="5760" w:type="dxa"/>
            <w:shd w:val="clear" w:color="auto" w:fill="FFFFFF"/>
            <w:tcMar>
              <w:top w:w="70" w:type="dxa"/>
              <w:left w:w="100" w:type="dxa"/>
              <w:bottom w:w="70" w:type="dxa"/>
              <w:right w:w="100" w:type="dxa"/>
            </w:tcMar>
          </w:tcPr>
          <w:p w14:paraId="721EE295" w14:textId="77777777" w:rsidR="00AA3848" w:rsidRDefault="00407892">
            <w:pPr>
              <w:spacing w:before="40" w:after="40"/>
            </w:pPr>
            <w:r>
              <w:rPr>
                <w:i/>
                <w:color w:val="6E6E6E"/>
                <w:sz w:val="19"/>
              </w:rPr>
              <w:t xml:space="preserve">[ Click / Type Detailed Interest Statement </w:t>
            </w:r>
            <w:proofErr w:type="gramStart"/>
            <w:r>
              <w:rPr>
                <w:i/>
                <w:color w:val="6E6E6E"/>
                <w:sz w:val="19"/>
              </w:rPr>
              <w:t>Here ]</w:t>
            </w:r>
            <w:proofErr w:type="gramEnd"/>
          </w:p>
        </w:tc>
      </w:tr>
    </w:tbl>
    <w:p w14:paraId="3B2A1D12" w14:textId="77777777" w:rsidR="00AA3848" w:rsidRDefault="00AA3848">
      <w:pPr>
        <w:spacing w:after="120"/>
      </w:pPr>
    </w:p>
    <w:p w14:paraId="23FF42CE" w14:textId="77777777" w:rsidR="00FA3DE9" w:rsidRDefault="00FA3DE9">
      <w:pPr>
        <w:keepNext/>
        <w:spacing w:before="200" w:after="80"/>
        <w:rPr>
          <w:b/>
          <w:color w:val="2F5496"/>
          <w:sz w:val="22"/>
        </w:rPr>
      </w:pPr>
      <w:r>
        <w:rPr>
          <w:b/>
          <w:color w:val="2F5496"/>
          <w:sz w:val="22"/>
        </w:rPr>
        <w:br w:type="page"/>
      </w:r>
    </w:p>
    <w:p w14:paraId="59AA15E7" w14:textId="46FE4739" w:rsidR="00AA3848" w:rsidRDefault="00407892">
      <w:pPr>
        <w:keepNext/>
        <w:spacing w:before="200" w:after="80"/>
      </w:pPr>
      <w:r>
        <w:rPr>
          <w:b/>
          <w:color w:val="2F5496"/>
          <w:sz w:val="22"/>
        </w:rPr>
        <w:lastRenderedPageBreak/>
        <w:t>Tattoos, Brandings, and Body Art</w:t>
      </w:r>
    </w:p>
    <w:p w14:paraId="6D171B01" w14:textId="1F46BFA0" w:rsidR="00AA3848" w:rsidRDefault="00FA3DE9">
      <w:r>
        <w:t xml:space="preserve">15.16.1 </w:t>
      </w:r>
      <w:r w:rsidR="00407892">
        <w:t>List the placement of any and all tattoos, brandings, or body art, and describe design and meaning in detail:</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168"/>
        <w:gridCol w:w="6912"/>
      </w:tblGrid>
      <w:tr w:rsidR="00AA3848" w14:paraId="65CFAD78" w14:textId="77777777" w:rsidTr="00FA3DE9">
        <w:trPr>
          <w:jc w:val="center"/>
        </w:trPr>
        <w:tc>
          <w:tcPr>
            <w:tcW w:w="3168" w:type="dxa"/>
            <w:shd w:val="clear" w:color="auto" w:fill="1B365D"/>
            <w:tcMar>
              <w:top w:w="70" w:type="dxa"/>
              <w:left w:w="100" w:type="dxa"/>
              <w:bottom w:w="70" w:type="dxa"/>
              <w:right w:w="100" w:type="dxa"/>
            </w:tcMar>
          </w:tcPr>
          <w:p w14:paraId="2A73D845" w14:textId="77777777" w:rsidR="00AA3848" w:rsidRDefault="00407892">
            <w:pPr>
              <w:spacing w:before="40" w:after="40"/>
            </w:pPr>
            <w:r>
              <w:rPr>
                <w:b/>
                <w:color w:val="FFFFFF"/>
                <w:sz w:val="19"/>
              </w:rPr>
              <w:t>Body Location</w:t>
            </w:r>
          </w:p>
        </w:tc>
        <w:tc>
          <w:tcPr>
            <w:tcW w:w="6912" w:type="dxa"/>
            <w:shd w:val="clear" w:color="auto" w:fill="1B365D"/>
            <w:tcMar>
              <w:top w:w="70" w:type="dxa"/>
              <w:left w:w="100" w:type="dxa"/>
              <w:bottom w:w="70" w:type="dxa"/>
              <w:right w:w="100" w:type="dxa"/>
            </w:tcMar>
          </w:tcPr>
          <w:p w14:paraId="393C9FEA" w14:textId="77777777" w:rsidR="00AA3848" w:rsidRDefault="00407892">
            <w:pPr>
              <w:spacing w:before="40" w:after="40"/>
            </w:pPr>
            <w:r>
              <w:rPr>
                <w:b/>
                <w:color w:val="FFFFFF"/>
                <w:sz w:val="19"/>
              </w:rPr>
              <w:t>Design Description &amp; Detailed Meaning</w:t>
            </w:r>
          </w:p>
        </w:tc>
      </w:tr>
      <w:tr w:rsidR="00AA3848" w14:paraId="786A97D2" w14:textId="77777777" w:rsidTr="00FA3DE9">
        <w:trPr>
          <w:jc w:val="center"/>
        </w:trPr>
        <w:tc>
          <w:tcPr>
            <w:tcW w:w="3168" w:type="dxa"/>
            <w:shd w:val="clear" w:color="auto" w:fill="FFFFFF"/>
            <w:tcMar>
              <w:top w:w="70" w:type="dxa"/>
              <w:left w:w="100" w:type="dxa"/>
              <w:bottom w:w="70" w:type="dxa"/>
              <w:right w:w="100" w:type="dxa"/>
            </w:tcMar>
          </w:tcPr>
          <w:p w14:paraId="6B3ED026" w14:textId="77777777" w:rsidR="00AA3848" w:rsidRDefault="00407892">
            <w:pPr>
              <w:spacing w:before="40" w:after="40"/>
            </w:pPr>
            <w:r>
              <w:rPr>
                <w:color w:val="141414"/>
                <w:sz w:val="19"/>
              </w:rPr>
              <w:t xml:space="preserve">[ Location / Arm / Back / </w:t>
            </w:r>
            <w:proofErr w:type="gramStart"/>
            <w:r>
              <w:rPr>
                <w:color w:val="141414"/>
                <w:sz w:val="19"/>
              </w:rPr>
              <w:t>etc. ]</w:t>
            </w:r>
            <w:proofErr w:type="gramEnd"/>
          </w:p>
        </w:tc>
        <w:tc>
          <w:tcPr>
            <w:tcW w:w="6912" w:type="dxa"/>
            <w:shd w:val="clear" w:color="auto" w:fill="FFFFFF"/>
            <w:tcMar>
              <w:top w:w="70" w:type="dxa"/>
              <w:left w:w="100" w:type="dxa"/>
              <w:bottom w:w="70" w:type="dxa"/>
              <w:right w:w="100" w:type="dxa"/>
            </w:tcMar>
          </w:tcPr>
          <w:p w14:paraId="63C42FCC" w14:textId="77777777" w:rsidR="00AA3848" w:rsidRDefault="00407892">
            <w:pPr>
              <w:spacing w:before="40" w:after="40"/>
            </w:pPr>
            <w:r>
              <w:rPr>
                <w:i/>
                <w:color w:val="6E6E6E"/>
                <w:sz w:val="19"/>
              </w:rPr>
              <w:t xml:space="preserve">[ Type Design Description &amp; </w:t>
            </w:r>
            <w:proofErr w:type="gramStart"/>
            <w:r>
              <w:rPr>
                <w:i/>
                <w:color w:val="6E6E6E"/>
                <w:sz w:val="19"/>
              </w:rPr>
              <w:t>Meaning ]</w:t>
            </w:r>
            <w:proofErr w:type="gramEnd"/>
          </w:p>
        </w:tc>
      </w:tr>
      <w:tr w:rsidR="00AA3848" w14:paraId="30B65168" w14:textId="77777777" w:rsidTr="00FA3DE9">
        <w:trPr>
          <w:jc w:val="center"/>
        </w:trPr>
        <w:tc>
          <w:tcPr>
            <w:tcW w:w="3168" w:type="dxa"/>
            <w:shd w:val="clear" w:color="auto" w:fill="F9FBFD"/>
            <w:tcMar>
              <w:top w:w="70" w:type="dxa"/>
              <w:left w:w="100" w:type="dxa"/>
              <w:bottom w:w="70" w:type="dxa"/>
              <w:right w:w="100" w:type="dxa"/>
            </w:tcMar>
          </w:tcPr>
          <w:p w14:paraId="2C4F5704" w14:textId="77777777" w:rsidR="00AA3848" w:rsidRDefault="00407892">
            <w:pPr>
              <w:spacing w:before="40" w:after="40"/>
            </w:pPr>
            <w:r>
              <w:rPr>
                <w:color w:val="141414"/>
                <w:sz w:val="19"/>
              </w:rPr>
              <w:t xml:space="preserve">[ Location / Arm / Back / </w:t>
            </w:r>
            <w:proofErr w:type="gramStart"/>
            <w:r>
              <w:rPr>
                <w:color w:val="141414"/>
                <w:sz w:val="19"/>
              </w:rPr>
              <w:t>etc. ]</w:t>
            </w:r>
            <w:proofErr w:type="gramEnd"/>
          </w:p>
        </w:tc>
        <w:tc>
          <w:tcPr>
            <w:tcW w:w="6912" w:type="dxa"/>
            <w:shd w:val="clear" w:color="auto" w:fill="F9FBFD"/>
            <w:tcMar>
              <w:top w:w="70" w:type="dxa"/>
              <w:left w:w="100" w:type="dxa"/>
              <w:bottom w:w="70" w:type="dxa"/>
              <w:right w:w="100" w:type="dxa"/>
            </w:tcMar>
          </w:tcPr>
          <w:p w14:paraId="7AC9F483" w14:textId="77777777" w:rsidR="00AA3848" w:rsidRDefault="00407892">
            <w:pPr>
              <w:spacing w:before="40" w:after="40"/>
            </w:pPr>
            <w:r>
              <w:rPr>
                <w:i/>
                <w:color w:val="6E6E6E"/>
                <w:sz w:val="19"/>
              </w:rPr>
              <w:t xml:space="preserve">[ Type Design Description &amp; </w:t>
            </w:r>
            <w:proofErr w:type="gramStart"/>
            <w:r>
              <w:rPr>
                <w:i/>
                <w:color w:val="6E6E6E"/>
                <w:sz w:val="19"/>
              </w:rPr>
              <w:t>Meaning ]</w:t>
            </w:r>
            <w:proofErr w:type="gramEnd"/>
          </w:p>
        </w:tc>
      </w:tr>
      <w:tr w:rsidR="00AA3848" w14:paraId="165593C7" w14:textId="77777777" w:rsidTr="00FA3DE9">
        <w:trPr>
          <w:jc w:val="center"/>
        </w:trPr>
        <w:tc>
          <w:tcPr>
            <w:tcW w:w="3168" w:type="dxa"/>
            <w:shd w:val="clear" w:color="auto" w:fill="FFFFFF"/>
            <w:tcMar>
              <w:top w:w="70" w:type="dxa"/>
              <w:left w:w="100" w:type="dxa"/>
              <w:bottom w:w="70" w:type="dxa"/>
              <w:right w:w="100" w:type="dxa"/>
            </w:tcMar>
          </w:tcPr>
          <w:p w14:paraId="5D5DDA85" w14:textId="77777777" w:rsidR="00AA3848" w:rsidRDefault="00407892">
            <w:pPr>
              <w:spacing w:before="40" w:after="40"/>
            </w:pPr>
            <w:r>
              <w:rPr>
                <w:color w:val="141414"/>
                <w:sz w:val="19"/>
              </w:rPr>
              <w:t xml:space="preserve">[ Location / Arm / Back / </w:t>
            </w:r>
            <w:proofErr w:type="gramStart"/>
            <w:r>
              <w:rPr>
                <w:color w:val="141414"/>
                <w:sz w:val="19"/>
              </w:rPr>
              <w:t>etc. ]</w:t>
            </w:r>
            <w:proofErr w:type="gramEnd"/>
          </w:p>
        </w:tc>
        <w:tc>
          <w:tcPr>
            <w:tcW w:w="6912" w:type="dxa"/>
            <w:shd w:val="clear" w:color="auto" w:fill="FFFFFF"/>
            <w:tcMar>
              <w:top w:w="70" w:type="dxa"/>
              <w:left w:w="100" w:type="dxa"/>
              <w:bottom w:w="70" w:type="dxa"/>
              <w:right w:w="100" w:type="dxa"/>
            </w:tcMar>
          </w:tcPr>
          <w:p w14:paraId="7495150D" w14:textId="77777777" w:rsidR="00AA3848" w:rsidRDefault="00407892">
            <w:pPr>
              <w:spacing w:before="40" w:after="40"/>
            </w:pPr>
            <w:r>
              <w:rPr>
                <w:i/>
                <w:color w:val="6E6E6E"/>
                <w:sz w:val="19"/>
              </w:rPr>
              <w:t xml:space="preserve">[ Type Design Description &amp; </w:t>
            </w:r>
            <w:proofErr w:type="gramStart"/>
            <w:r>
              <w:rPr>
                <w:i/>
                <w:color w:val="6E6E6E"/>
                <w:sz w:val="19"/>
              </w:rPr>
              <w:t>Meaning ]</w:t>
            </w:r>
            <w:proofErr w:type="gramEnd"/>
          </w:p>
        </w:tc>
      </w:tr>
      <w:tr w:rsidR="00AA3848" w14:paraId="116F10B8" w14:textId="77777777" w:rsidTr="00FA3DE9">
        <w:trPr>
          <w:jc w:val="center"/>
        </w:trPr>
        <w:tc>
          <w:tcPr>
            <w:tcW w:w="3168" w:type="dxa"/>
            <w:shd w:val="clear" w:color="auto" w:fill="F9FBFD"/>
            <w:tcMar>
              <w:top w:w="70" w:type="dxa"/>
              <w:left w:w="100" w:type="dxa"/>
              <w:bottom w:w="70" w:type="dxa"/>
              <w:right w:w="100" w:type="dxa"/>
            </w:tcMar>
          </w:tcPr>
          <w:p w14:paraId="6C12FD1A" w14:textId="77777777" w:rsidR="00AA3848" w:rsidRDefault="00407892">
            <w:pPr>
              <w:spacing w:before="40" w:after="40"/>
            </w:pPr>
            <w:r>
              <w:rPr>
                <w:color w:val="141414"/>
                <w:sz w:val="19"/>
              </w:rPr>
              <w:t xml:space="preserve">[ Location / Arm / Back / </w:t>
            </w:r>
            <w:proofErr w:type="gramStart"/>
            <w:r>
              <w:rPr>
                <w:color w:val="141414"/>
                <w:sz w:val="19"/>
              </w:rPr>
              <w:t>etc. ]</w:t>
            </w:r>
            <w:proofErr w:type="gramEnd"/>
          </w:p>
        </w:tc>
        <w:tc>
          <w:tcPr>
            <w:tcW w:w="6912" w:type="dxa"/>
            <w:shd w:val="clear" w:color="auto" w:fill="F9FBFD"/>
            <w:tcMar>
              <w:top w:w="70" w:type="dxa"/>
              <w:left w:w="100" w:type="dxa"/>
              <w:bottom w:w="70" w:type="dxa"/>
              <w:right w:w="100" w:type="dxa"/>
            </w:tcMar>
          </w:tcPr>
          <w:p w14:paraId="2F84B70C" w14:textId="77777777" w:rsidR="00AA3848" w:rsidRDefault="00407892">
            <w:pPr>
              <w:spacing w:before="40" w:after="40"/>
            </w:pPr>
            <w:r>
              <w:rPr>
                <w:i/>
                <w:color w:val="6E6E6E"/>
                <w:sz w:val="19"/>
              </w:rPr>
              <w:t xml:space="preserve">[ Type Design Description &amp; </w:t>
            </w:r>
            <w:proofErr w:type="gramStart"/>
            <w:r>
              <w:rPr>
                <w:i/>
                <w:color w:val="6E6E6E"/>
                <w:sz w:val="19"/>
              </w:rPr>
              <w:t>Meaning ]</w:t>
            </w:r>
            <w:proofErr w:type="gramEnd"/>
          </w:p>
        </w:tc>
      </w:tr>
      <w:tr w:rsidR="00FA3DE9" w14:paraId="3263656A" w14:textId="77777777" w:rsidTr="00FA3DE9">
        <w:trPr>
          <w:jc w:val="center"/>
        </w:trPr>
        <w:tc>
          <w:tcPr>
            <w:tcW w:w="3168" w:type="dxa"/>
            <w:shd w:val="clear" w:color="auto" w:fill="F9FBFD"/>
            <w:tcMar>
              <w:top w:w="70" w:type="dxa"/>
              <w:left w:w="100" w:type="dxa"/>
              <w:bottom w:w="70" w:type="dxa"/>
              <w:right w:w="100" w:type="dxa"/>
            </w:tcMar>
          </w:tcPr>
          <w:p w14:paraId="1AEE9E77" w14:textId="3948BCF4" w:rsidR="00FA3DE9" w:rsidRDefault="00FA3DE9" w:rsidP="00FA3DE9">
            <w:pPr>
              <w:spacing w:before="40" w:after="40"/>
              <w:rPr>
                <w:color w:val="141414"/>
                <w:sz w:val="19"/>
              </w:rPr>
            </w:pPr>
            <w:r>
              <w:rPr>
                <w:color w:val="141414"/>
                <w:sz w:val="19"/>
              </w:rPr>
              <w:t xml:space="preserve">[ Location / Arm / Back / </w:t>
            </w:r>
            <w:proofErr w:type="gramStart"/>
            <w:r>
              <w:rPr>
                <w:color w:val="141414"/>
                <w:sz w:val="19"/>
              </w:rPr>
              <w:t>etc. ]</w:t>
            </w:r>
            <w:proofErr w:type="gramEnd"/>
          </w:p>
        </w:tc>
        <w:tc>
          <w:tcPr>
            <w:tcW w:w="6912" w:type="dxa"/>
            <w:shd w:val="clear" w:color="auto" w:fill="F9FBFD"/>
            <w:tcMar>
              <w:top w:w="70" w:type="dxa"/>
              <w:left w:w="100" w:type="dxa"/>
              <w:bottom w:w="70" w:type="dxa"/>
              <w:right w:w="100" w:type="dxa"/>
            </w:tcMar>
          </w:tcPr>
          <w:p w14:paraId="4F420269" w14:textId="3685AF83" w:rsidR="00FA3DE9" w:rsidRDefault="00FA3DE9" w:rsidP="00FA3DE9">
            <w:pPr>
              <w:spacing w:before="40" w:after="40"/>
              <w:rPr>
                <w:i/>
                <w:color w:val="6E6E6E"/>
                <w:sz w:val="19"/>
              </w:rPr>
            </w:pPr>
            <w:r>
              <w:rPr>
                <w:i/>
                <w:color w:val="6E6E6E"/>
                <w:sz w:val="19"/>
              </w:rPr>
              <w:t xml:space="preserve">[ Type Design Description &amp; </w:t>
            </w:r>
            <w:proofErr w:type="gramStart"/>
            <w:r>
              <w:rPr>
                <w:i/>
                <w:color w:val="6E6E6E"/>
                <w:sz w:val="19"/>
              </w:rPr>
              <w:t>Meaning ]</w:t>
            </w:r>
            <w:proofErr w:type="gramEnd"/>
          </w:p>
        </w:tc>
      </w:tr>
      <w:tr w:rsidR="00FA3DE9" w14:paraId="22EC8907" w14:textId="77777777" w:rsidTr="00FA3DE9">
        <w:trPr>
          <w:jc w:val="center"/>
        </w:trPr>
        <w:tc>
          <w:tcPr>
            <w:tcW w:w="3168" w:type="dxa"/>
            <w:shd w:val="clear" w:color="auto" w:fill="F9FBFD"/>
            <w:tcMar>
              <w:top w:w="70" w:type="dxa"/>
              <w:left w:w="100" w:type="dxa"/>
              <w:bottom w:w="70" w:type="dxa"/>
              <w:right w:w="100" w:type="dxa"/>
            </w:tcMar>
          </w:tcPr>
          <w:p w14:paraId="2F40A475" w14:textId="7E9BEA93" w:rsidR="00FA3DE9" w:rsidRDefault="00FA3DE9" w:rsidP="00FA3DE9">
            <w:pPr>
              <w:spacing w:before="40" w:after="40"/>
              <w:rPr>
                <w:color w:val="141414"/>
                <w:sz w:val="19"/>
              </w:rPr>
            </w:pPr>
            <w:r>
              <w:rPr>
                <w:color w:val="141414"/>
                <w:sz w:val="19"/>
              </w:rPr>
              <w:t xml:space="preserve">[ Location / Arm / Back / </w:t>
            </w:r>
            <w:proofErr w:type="gramStart"/>
            <w:r>
              <w:rPr>
                <w:color w:val="141414"/>
                <w:sz w:val="19"/>
              </w:rPr>
              <w:t>etc. ]</w:t>
            </w:r>
            <w:proofErr w:type="gramEnd"/>
          </w:p>
        </w:tc>
        <w:tc>
          <w:tcPr>
            <w:tcW w:w="6912" w:type="dxa"/>
            <w:shd w:val="clear" w:color="auto" w:fill="F9FBFD"/>
            <w:tcMar>
              <w:top w:w="70" w:type="dxa"/>
              <w:left w:w="100" w:type="dxa"/>
              <w:bottom w:w="70" w:type="dxa"/>
              <w:right w:w="100" w:type="dxa"/>
            </w:tcMar>
          </w:tcPr>
          <w:p w14:paraId="5DF1DE5D" w14:textId="3E82FBE5" w:rsidR="00FA3DE9" w:rsidRDefault="00FA3DE9" w:rsidP="00FA3DE9">
            <w:pPr>
              <w:spacing w:before="40" w:after="40"/>
              <w:rPr>
                <w:i/>
                <w:color w:val="6E6E6E"/>
                <w:sz w:val="19"/>
              </w:rPr>
            </w:pPr>
            <w:r>
              <w:rPr>
                <w:i/>
                <w:color w:val="6E6E6E"/>
                <w:sz w:val="19"/>
              </w:rPr>
              <w:t xml:space="preserve">[ Type Design Description &amp; </w:t>
            </w:r>
            <w:proofErr w:type="gramStart"/>
            <w:r>
              <w:rPr>
                <w:i/>
                <w:color w:val="6E6E6E"/>
                <w:sz w:val="19"/>
              </w:rPr>
              <w:t>Meaning ]</w:t>
            </w:r>
            <w:proofErr w:type="gramEnd"/>
          </w:p>
        </w:tc>
      </w:tr>
      <w:tr w:rsidR="00FA3DE9" w14:paraId="727ABDB2" w14:textId="77777777" w:rsidTr="00FA3DE9">
        <w:trPr>
          <w:jc w:val="center"/>
        </w:trPr>
        <w:tc>
          <w:tcPr>
            <w:tcW w:w="3168" w:type="dxa"/>
            <w:shd w:val="clear" w:color="auto" w:fill="F9FBFD"/>
            <w:tcMar>
              <w:top w:w="70" w:type="dxa"/>
              <w:left w:w="100" w:type="dxa"/>
              <w:bottom w:w="70" w:type="dxa"/>
              <w:right w:w="100" w:type="dxa"/>
            </w:tcMar>
          </w:tcPr>
          <w:p w14:paraId="65B61628" w14:textId="18F9D9A0" w:rsidR="00FA3DE9" w:rsidRDefault="00FA3DE9" w:rsidP="00FA3DE9">
            <w:pPr>
              <w:spacing w:before="40" w:after="40"/>
              <w:rPr>
                <w:color w:val="141414"/>
                <w:sz w:val="19"/>
              </w:rPr>
            </w:pPr>
            <w:r>
              <w:rPr>
                <w:color w:val="141414"/>
                <w:sz w:val="19"/>
              </w:rPr>
              <w:t xml:space="preserve">[ Location / Arm / Back / </w:t>
            </w:r>
            <w:proofErr w:type="gramStart"/>
            <w:r>
              <w:rPr>
                <w:color w:val="141414"/>
                <w:sz w:val="19"/>
              </w:rPr>
              <w:t>etc. ]</w:t>
            </w:r>
            <w:proofErr w:type="gramEnd"/>
          </w:p>
        </w:tc>
        <w:tc>
          <w:tcPr>
            <w:tcW w:w="6912" w:type="dxa"/>
            <w:shd w:val="clear" w:color="auto" w:fill="F9FBFD"/>
            <w:tcMar>
              <w:top w:w="70" w:type="dxa"/>
              <w:left w:w="100" w:type="dxa"/>
              <w:bottom w:w="70" w:type="dxa"/>
              <w:right w:w="100" w:type="dxa"/>
            </w:tcMar>
          </w:tcPr>
          <w:p w14:paraId="157CDEC4" w14:textId="441E8C1E" w:rsidR="00FA3DE9" w:rsidRDefault="00FA3DE9" w:rsidP="00FA3DE9">
            <w:pPr>
              <w:spacing w:before="40" w:after="40"/>
              <w:rPr>
                <w:i/>
                <w:color w:val="6E6E6E"/>
                <w:sz w:val="19"/>
              </w:rPr>
            </w:pPr>
            <w:r>
              <w:rPr>
                <w:i/>
                <w:color w:val="6E6E6E"/>
                <w:sz w:val="19"/>
              </w:rPr>
              <w:t xml:space="preserve">[ Type Design Description &amp; </w:t>
            </w:r>
            <w:proofErr w:type="gramStart"/>
            <w:r>
              <w:rPr>
                <w:i/>
                <w:color w:val="6E6E6E"/>
                <w:sz w:val="19"/>
              </w:rPr>
              <w:t>Meaning ]</w:t>
            </w:r>
            <w:proofErr w:type="gramEnd"/>
          </w:p>
        </w:tc>
      </w:tr>
      <w:tr w:rsidR="00FA3DE9" w14:paraId="51084506" w14:textId="77777777" w:rsidTr="00FA3DE9">
        <w:trPr>
          <w:jc w:val="center"/>
        </w:trPr>
        <w:tc>
          <w:tcPr>
            <w:tcW w:w="3168" w:type="dxa"/>
            <w:shd w:val="clear" w:color="auto" w:fill="F9FBFD"/>
            <w:tcMar>
              <w:top w:w="70" w:type="dxa"/>
              <w:left w:w="100" w:type="dxa"/>
              <w:bottom w:w="70" w:type="dxa"/>
              <w:right w:w="100" w:type="dxa"/>
            </w:tcMar>
          </w:tcPr>
          <w:p w14:paraId="4049A4EB" w14:textId="1EEB345A" w:rsidR="00FA3DE9" w:rsidRDefault="00FA3DE9" w:rsidP="00FA3DE9">
            <w:pPr>
              <w:spacing w:before="40" w:after="40"/>
              <w:rPr>
                <w:color w:val="141414"/>
                <w:sz w:val="19"/>
              </w:rPr>
            </w:pPr>
            <w:r>
              <w:rPr>
                <w:color w:val="141414"/>
                <w:sz w:val="19"/>
              </w:rPr>
              <w:t xml:space="preserve">[ Location / Arm / Back / </w:t>
            </w:r>
            <w:proofErr w:type="gramStart"/>
            <w:r>
              <w:rPr>
                <w:color w:val="141414"/>
                <w:sz w:val="19"/>
              </w:rPr>
              <w:t>etc. ]</w:t>
            </w:r>
            <w:proofErr w:type="gramEnd"/>
          </w:p>
        </w:tc>
        <w:tc>
          <w:tcPr>
            <w:tcW w:w="6912" w:type="dxa"/>
            <w:shd w:val="clear" w:color="auto" w:fill="F9FBFD"/>
            <w:tcMar>
              <w:top w:w="70" w:type="dxa"/>
              <w:left w:w="100" w:type="dxa"/>
              <w:bottom w:w="70" w:type="dxa"/>
              <w:right w:w="100" w:type="dxa"/>
            </w:tcMar>
          </w:tcPr>
          <w:p w14:paraId="64489EFD" w14:textId="4044179E" w:rsidR="00FA3DE9" w:rsidRDefault="00FA3DE9" w:rsidP="00FA3DE9">
            <w:pPr>
              <w:spacing w:before="40" w:after="40"/>
              <w:rPr>
                <w:i/>
                <w:color w:val="6E6E6E"/>
                <w:sz w:val="19"/>
              </w:rPr>
            </w:pPr>
            <w:r>
              <w:rPr>
                <w:i/>
                <w:color w:val="6E6E6E"/>
                <w:sz w:val="19"/>
              </w:rPr>
              <w:t xml:space="preserve">[ Type Design Description &amp; </w:t>
            </w:r>
            <w:proofErr w:type="gramStart"/>
            <w:r>
              <w:rPr>
                <w:i/>
                <w:color w:val="6E6E6E"/>
                <w:sz w:val="19"/>
              </w:rPr>
              <w:t>Meaning ]</w:t>
            </w:r>
            <w:proofErr w:type="gramEnd"/>
          </w:p>
        </w:tc>
      </w:tr>
      <w:tr w:rsidR="00FA3DE9" w14:paraId="7E115853" w14:textId="77777777" w:rsidTr="00FA3DE9">
        <w:trPr>
          <w:jc w:val="center"/>
        </w:trPr>
        <w:tc>
          <w:tcPr>
            <w:tcW w:w="3168" w:type="dxa"/>
            <w:shd w:val="clear" w:color="auto" w:fill="F9FBFD"/>
            <w:tcMar>
              <w:top w:w="70" w:type="dxa"/>
              <w:left w:w="100" w:type="dxa"/>
              <w:bottom w:w="70" w:type="dxa"/>
              <w:right w:w="100" w:type="dxa"/>
            </w:tcMar>
          </w:tcPr>
          <w:p w14:paraId="34F6C982" w14:textId="3F7AF770" w:rsidR="00FA3DE9" w:rsidRDefault="00FA3DE9" w:rsidP="00FA3DE9">
            <w:pPr>
              <w:spacing w:before="40" w:after="40"/>
              <w:rPr>
                <w:color w:val="141414"/>
                <w:sz w:val="19"/>
              </w:rPr>
            </w:pPr>
            <w:r>
              <w:rPr>
                <w:color w:val="141414"/>
                <w:sz w:val="19"/>
              </w:rPr>
              <w:t xml:space="preserve">[ Location / Arm / Back / </w:t>
            </w:r>
            <w:proofErr w:type="gramStart"/>
            <w:r>
              <w:rPr>
                <w:color w:val="141414"/>
                <w:sz w:val="19"/>
              </w:rPr>
              <w:t>etc. ]</w:t>
            </w:r>
            <w:proofErr w:type="gramEnd"/>
          </w:p>
        </w:tc>
        <w:tc>
          <w:tcPr>
            <w:tcW w:w="6912" w:type="dxa"/>
            <w:shd w:val="clear" w:color="auto" w:fill="F9FBFD"/>
            <w:tcMar>
              <w:top w:w="70" w:type="dxa"/>
              <w:left w:w="100" w:type="dxa"/>
              <w:bottom w:w="70" w:type="dxa"/>
              <w:right w:w="100" w:type="dxa"/>
            </w:tcMar>
          </w:tcPr>
          <w:p w14:paraId="7A9D429C" w14:textId="6B7347A5" w:rsidR="00FA3DE9" w:rsidRDefault="00FA3DE9" w:rsidP="00FA3DE9">
            <w:pPr>
              <w:spacing w:before="40" w:after="40"/>
              <w:rPr>
                <w:i/>
                <w:color w:val="6E6E6E"/>
                <w:sz w:val="19"/>
              </w:rPr>
            </w:pPr>
            <w:r>
              <w:rPr>
                <w:i/>
                <w:color w:val="6E6E6E"/>
                <w:sz w:val="19"/>
              </w:rPr>
              <w:t xml:space="preserve">[ Type Design Description &amp; </w:t>
            </w:r>
            <w:proofErr w:type="gramStart"/>
            <w:r>
              <w:rPr>
                <w:i/>
                <w:color w:val="6E6E6E"/>
                <w:sz w:val="19"/>
              </w:rPr>
              <w:t>Meaning ]</w:t>
            </w:r>
            <w:proofErr w:type="gramEnd"/>
          </w:p>
        </w:tc>
      </w:tr>
      <w:tr w:rsidR="00FA3DE9" w14:paraId="0A4AA6C6" w14:textId="77777777" w:rsidTr="00FA3DE9">
        <w:trPr>
          <w:jc w:val="center"/>
        </w:trPr>
        <w:tc>
          <w:tcPr>
            <w:tcW w:w="3168" w:type="dxa"/>
            <w:shd w:val="clear" w:color="auto" w:fill="F9FBFD"/>
            <w:tcMar>
              <w:top w:w="70" w:type="dxa"/>
              <w:left w:w="100" w:type="dxa"/>
              <w:bottom w:w="70" w:type="dxa"/>
              <w:right w:w="100" w:type="dxa"/>
            </w:tcMar>
          </w:tcPr>
          <w:p w14:paraId="6D011297" w14:textId="5A8F15B6" w:rsidR="00FA3DE9" w:rsidRDefault="00FA3DE9" w:rsidP="00FA3DE9">
            <w:pPr>
              <w:spacing w:before="40" w:after="40"/>
              <w:rPr>
                <w:color w:val="141414"/>
                <w:sz w:val="19"/>
              </w:rPr>
            </w:pPr>
            <w:r>
              <w:rPr>
                <w:color w:val="141414"/>
                <w:sz w:val="19"/>
              </w:rPr>
              <w:t xml:space="preserve">[ Location / Arm / Back / </w:t>
            </w:r>
            <w:proofErr w:type="gramStart"/>
            <w:r>
              <w:rPr>
                <w:color w:val="141414"/>
                <w:sz w:val="19"/>
              </w:rPr>
              <w:t>etc. ]</w:t>
            </w:r>
            <w:proofErr w:type="gramEnd"/>
          </w:p>
        </w:tc>
        <w:tc>
          <w:tcPr>
            <w:tcW w:w="6912" w:type="dxa"/>
            <w:shd w:val="clear" w:color="auto" w:fill="F9FBFD"/>
            <w:tcMar>
              <w:top w:w="70" w:type="dxa"/>
              <w:left w:w="100" w:type="dxa"/>
              <w:bottom w:w="70" w:type="dxa"/>
              <w:right w:w="100" w:type="dxa"/>
            </w:tcMar>
          </w:tcPr>
          <w:p w14:paraId="5D330B70" w14:textId="3E40D45D" w:rsidR="00FA3DE9" w:rsidRDefault="00FA3DE9" w:rsidP="00FA3DE9">
            <w:pPr>
              <w:spacing w:before="40" w:after="40"/>
              <w:rPr>
                <w:i/>
                <w:color w:val="6E6E6E"/>
                <w:sz w:val="19"/>
              </w:rPr>
            </w:pPr>
            <w:r>
              <w:rPr>
                <w:i/>
                <w:color w:val="6E6E6E"/>
                <w:sz w:val="19"/>
              </w:rPr>
              <w:t xml:space="preserve">[ Type Design Description &amp; </w:t>
            </w:r>
            <w:proofErr w:type="gramStart"/>
            <w:r>
              <w:rPr>
                <w:i/>
                <w:color w:val="6E6E6E"/>
                <w:sz w:val="19"/>
              </w:rPr>
              <w:t>Meaning ]</w:t>
            </w:r>
            <w:proofErr w:type="gramEnd"/>
          </w:p>
        </w:tc>
      </w:tr>
      <w:tr w:rsidR="00FA3DE9" w14:paraId="370093A1" w14:textId="77777777" w:rsidTr="00FA3DE9">
        <w:trPr>
          <w:jc w:val="center"/>
        </w:trPr>
        <w:tc>
          <w:tcPr>
            <w:tcW w:w="3168" w:type="dxa"/>
            <w:shd w:val="clear" w:color="auto" w:fill="F9FBFD"/>
            <w:tcMar>
              <w:top w:w="70" w:type="dxa"/>
              <w:left w:w="100" w:type="dxa"/>
              <w:bottom w:w="70" w:type="dxa"/>
              <w:right w:w="100" w:type="dxa"/>
            </w:tcMar>
          </w:tcPr>
          <w:p w14:paraId="640725DC" w14:textId="3439FF61" w:rsidR="00FA3DE9" w:rsidRDefault="00FA3DE9" w:rsidP="00FA3DE9">
            <w:pPr>
              <w:spacing w:before="40" w:after="40"/>
              <w:rPr>
                <w:color w:val="141414"/>
                <w:sz w:val="19"/>
              </w:rPr>
            </w:pPr>
            <w:r>
              <w:rPr>
                <w:color w:val="141414"/>
                <w:sz w:val="19"/>
              </w:rPr>
              <w:t xml:space="preserve">[ Location / Arm / Back / </w:t>
            </w:r>
            <w:proofErr w:type="gramStart"/>
            <w:r>
              <w:rPr>
                <w:color w:val="141414"/>
                <w:sz w:val="19"/>
              </w:rPr>
              <w:t>etc. ]</w:t>
            </w:r>
            <w:proofErr w:type="gramEnd"/>
          </w:p>
        </w:tc>
        <w:tc>
          <w:tcPr>
            <w:tcW w:w="6912" w:type="dxa"/>
            <w:shd w:val="clear" w:color="auto" w:fill="F9FBFD"/>
            <w:tcMar>
              <w:top w:w="70" w:type="dxa"/>
              <w:left w:w="100" w:type="dxa"/>
              <w:bottom w:w="70" w:type="dxa"/>
              <w:right w:w="100" w:type="dxa"/>
            </w:tcMar>
          </w:tcPr>
          <w:p w14:paraId="01445F17" w14:textId="30070362" w:rsidR="00FA3DE9" w:rsidRDefault="00FA3DE9" w:rsidP="00FA3DE9">
            <w:pPr>
              <w:spacing w:before="40" w:after="40"/>
              <w:rPr>
                <w:i/>
                <w:color w:val="6E6E6E"/>
                <w:sz w:val="19"/>
              </w:rPr>
            </w:pPr>
            <w:r>
              <w:rPr>
                <w:i/>
                <w:color w:val="6E6E6E"/>
                <w:sz w:val="19"/>
              </w:rPr>
              <w:t xml:space="preserve">[ Type Design Description &amp; </w:t>
            </w:r>
            <w:proofErr w:type="gramStart"/>
            <w:r>
              <w:rPr>
                <w:i/>
                <w:color w:val="6E6E6E"/>
                <w:sz w:val="19"/>
              </w:rPr>
              <w:t>Meaning ]</w:t>
            </w:r>
            <w:proofErr w:type="gramEnd"/>
          </w:p>
        </w:tc>
      </w:tr>
      <w:tr w:rsidR="00FA3DE9" w14:paraId="0E19D369" w14:textId="77777777" w:rsidTr="00FA3DE9">
        <w:trPr>
          <w:jc w:val="center"/>
        </w:trPr>
        <w:tc>
          <w:tcPr>
            <w:tcW w:w="3168" w:type="dxa"/>
            <w:shd w:val="clear" w:color="auto" w:fill="F9FBFD"/>
            <w:tcMar>
              <w:top w:w="70" w:type="dxa"/>
              <w:left w:w="100" w:type="dxa"/>
              <w:bottom w:w="70" w:type="dxa"/>
              <w:right w:w="100" w:type="dxa"/>
            </w:tcMar>
          </w:tcPr>
          <w:p w14:paraId="0520DA67" w14:textId="0389DCE4" w:rsidR="00FA3DE9" w:rsidRDefault="00FA3DE9" w:rsidP="00FA3DE9">
            <w:pPr>
              <w:spacing w:before="40" w:after="40"/>
              <w:rPr>
                <w:color w:val="141414"/>
                <w:sz w:val="19"/>
              </w:rPr>
            </w:pPr>
            <w:r>
              <w:rPr>
                <w:color w:val="141414"/>
                <w:sz w:val="19"/>
              </w:rPr>
              <w:t xml:space="preserve">[ Location / Arm / Back / </w:t>
            </w:r>
            <w:proofErr w:type="gramStart"/>
            <w:r>
              <w:rPr>
                <w:color w:val="141414"/>
                <w:sz w:val="19"/>
              </w:rPr>
              <w:t>etc. ]</w:t>
            </w:r>
            <w:proofErr w:type="gramEnd"/>
          </w:p>
        </w:tc>
        <w:tc>
          <w:tcPr>
            <w:tcW w:w="6912" w:type="dxa"/>
            <w:shd w:val="clear" w:color="auto" w:fill="F9FBFD"/>
            <w:tcMar>
              <w:top w:w="70" w:type="dxa"/>
              <w:left w:w="100" w:type="dxa"/>
              <w:bottom w:w="70" w:type="dxa"/>
              <w:right w:w="100" w:type="dxa"/>
            </w:tcMar>
          </w:tcPr>
          <w:p w14:paraId="58674DA0" w14:textId="5AEBDAA3" w:rsidR="00FA3DE9" w:rsidRDefault="00FA3DE9" w:rsidP="00FA3DE9">
            <w:pPr>
              <w:spacing w:before="40" w:after="40"/>
              <w:rPr>
                <w:i/>
                <w:color w:val="6E6E6E"/>
                <w:sz w:val="19"/>
              </w:rPr>
            </w:pPr>
            <w:r>
              <w:rPr>
                <w:i/>
                <w:color w:val="6E6E6E"/>
                <w:sz w:val="19"/>
              </w:rPr>
              <w:t xml:space="preserve">[ Type Design Description &amp; </w:t>
            </w:r>
            <w:proofErr w:type="gramStart"/>
            <w:r>
              <w:rPr>
                <w:i/>
                <w:color w:val="6E6E6E"/>
                <w:sz w:val="19"/>
              </w:rPr>
              <w:t>Meaning ]</w:t>
            </w:r>
            <w:proofErr w:type="gramEnd"/>
          </w:p>
        </w:tc>
      </w:tr>
      <w:tr w:rsidR="00FA3DE9" w14:paraId="041C09D7" w14:textId="77777777" w:rsidTr="00FA3DE9">
        <w:trPr>
          <w:jc w:val="center"/>
        </w:trPr>
        <w:tc>
          <w:tcPr>
            <w:tcW w:w="3168" w:type="dxa"/>
            <w:shd w:val="clear" w:color="auto" w:fill="F9FBFD"/>
            <w:tcMar>
              <w:top w:w="70" w:type="dxa"/>
              <w:left w:w="100" w:type="dxa"/>
              <w:bottom w:w="70" w:type="dxa"/>
              <w:right w:w="100" w:type="dxa"/>
            </w:tcMar>
          </w:tcPr>
          <w:p w14:paraId="52947D83" w14:textId="285080D2" w:rsidR="00FA3DE9" w:rsidRDefault="00FA3DE9" w:rsidP="00FA3DE9">
            <w:pPr>
              <w:spacing w:before="40" w:after="40"/>
              <w:rPr>
                <w:color w:val="141414"/>
                <w:sz w:val="19"/>
              </w:rPr>
            </w:pPr>
            <w:r>
              <w:rPr>
                <w:color w:val="141414"/>
                <w:sz w:val="19"/>
              </w:rPr>
              <w:t xml:space="preserve">[ Location / Arm / Back / </w:t>
            </w:r>
            <w:proofErr w:type="gramStart"/>
            <w:r>
              <w:rPr>
                <w:color w:val="141414"/>
                <w:sz w:val="19"/>
              </w:rPr>
              <w:t>etc. ]</w:t>
            </w:r>
            <w:proofErr w:type="gramEnd"/>
          </w:p>
        </w:tc>
        <w:tc>
          <w:tcPr>
            <w:tcW w:w="6912" w:type="dxa"/>
            <w:shd w:val="clear" w:color="auto" w:fill="F9FBFD"/>
            <w:tcMar>
              <w:top w:w="70" w:type="dxa"/>
              <w:left w:w="100" w:type="dxa"/>
              <w:bottom w:w="70" w:type="dxa"/>
              <w:right w:w="100" w:type="dxa"/>
            </w:tcMar>
          </w:tcPr>
          <w:p w14:paraId="259FF238" w14:textId="336ACB89" w:rsidR="00FA3DE9" w:rsidRDefault="00FA3DE9" w:rsidP="00FA3DE9">
            <w:pPr>
              <w:spacing w:before="40" w:after="40"/>
              <w:rPr>
                <w:i/>
                <w:color w:val="6E6E6E"/>
                <w:sz w:val="19"/>
              </w:rPr>
            </w:pPr>
            <w:r>
              <w:rPr>
                <w:i/>
                <w:color w:val="6E6E6E"/>
                <w:sz w:val="19"/>
              </w:rPr>
              <w:t xml:space="preserve">[ Type Design Description &amp; </w:t>
            </w:r>
            <w:proofErr w:type="gramStart"/>
            <w:r>
              <w:rPr>
                <w:i/>
                <w:color w:val="6E6E6E"/>
                <w:sz w:val="19"/>
              </w:rPr>
              <w:t>Meaning ]</w:t>
            </w:r>
            <w:proofErr w:type="gramEnd"/>
          </w:p>
        </w:tc>
      </w:tr>
      <w:tr w:rsidR="00FA3DE9" w14:paraId="2356F492" w14:textId="77777777" w:rsidTr="00FA3DE9">
        <w:trPr>
          <w:jc w:val="center"/>
        </w:trPr>
        <w:tc>
          <w:tcPr>
            <w:tcW w:w="3168" w:type="dxa"/>
            <w:shd w:val="clear" w:color="auto" w:fill="F9FBFD"/>
            <w:tcMar>
              <w:top w:w="70" w:type="dxa"/>
              <w:left w:w="100" w:type="dxa"/>
              <w:bottom w:w="70" w:type="dxa"/>
              <w:right w:w="100" w:type="dxa"/>
            </w:tcMar>
          </w:tcPr>
          <w:p w14:paraId="774F0D71" w14:textId="39D7B9CA" w:rsidR="00FA3DE9" w:rsidRDefault="00FA3DE9" w:rsidP="00FA3DE9">
            <w:pPr>
              <w:spacing w:before="40" w:after="40"/>
              <w:rPr>
                <w:color w:val="141414"/>
                <w:sz w:val="19"/>
              </w:rPr>
            </w:pPr>
            <w:r>
              <w:rPr>
                <w:color w:val="141414"/>
                <w:sz w:val="19"/>
              </w:rPr>
              <w:t xml:space="preserve">[ Location / Arm / Back / </w:t>
            </w:r>
            <w:proofErr w:type="gramStart"/>
            <w:r>
              <w:rPr>
                <w:color w:val="141414"/>
                <w:sz w:val="19"/>
              </w:rPr>
              <w:t>etc. ]</w:t>
            </w:r>
            <w:proofErr w:type="gramEnd"/>
          </w:p>
        </w:tc>
        <w:tc>
          <w:tcPr>
            <w:tcW w:w="6912" w:type="dxa"/>
            <w:shd w:val="clear" w:color="auto" w:fill="F9FBFD"/>
            <w:tcMar>
              <w:top w:w="70" w:type="dxa"/>
              <w:left w:w="100" w:type="dxa"/>
              <w:bottom w:w="70" w:type="dxa"/>
              <w:right w:w="100" w:type="dxa"/>
            </w:tcMar>
          </w:tcPr>
          <w:p w14:paraId="2EC3A9D4" w14:textId="23FF4FE1" w:rsidR="00FA3DE9" w:rsidRDefault="00FA3DE9" w:rsidP="00FA3DE9">
            <w:pPr>
              <w:spacing w:before="40" w:after="40"/>
              <w:rPr>
                <w:i/>
                <w:color w:val="6E6E6E"/>
                <w:sz w:val="19"/>
              </w:rPr>
            </w:pPr>
            <w:r>
              <w:rPr>
                <w:i/>
                <w:color w:val="6E6E6E"/>
                <w:sz w:val="19"/>
              </w:rPr>
              <w:t xml:space="preserve">[ Type Design Description &amp; </w:t>
            </w:r>
            <w:proofErr w:type="gramStart"/>
            <w:r>
              <w:rPr>
                <w:i/>
                <w:color w:val="6E6E6E"/>
                <w:sz w:val="19"/>
              </w:rPr>
              <w:t>Meaning ]</w:t>
            </w:r>
            <w:proofErr w:type="gramEnd"/>
          </w:p>
        </w:tc>
      </w:tr>
    </w:tbl>
    <w:p w14:paraId="6CE10FA6" w14:textId="77777777" w:rsidR="00AA3848" w:rsidRDefault="00AA3848">
      <w:pPr>
        <w:spacing w:after="120"/>
      </w:pPr>
    </w:p>
    <w:p w14:paraId="5BA73CF4" w14:textId="77777777" w:rsidR="00FA3DE9" w:rsidRDefault="00FA3DE9">
      <w:pPr>
        <w:keepNext/>
        <w:spacing w:before="280" w:after="120"/>
        <w:rPr>
          <w:b/>
          <w:color w:val="1B365D"/>
          <w:sz w:val="26"/>
        </w:rPr>
      </w:pPr>
      <w:r>
        <w:rPr>
          <w:b/>
          <w:color w:val="1B365D"/>
          <w:sz w:val="26"/>
        </w:rPr>
        <w:br w:type="page"/>
      </w:r>
    </w:p>
    <w:p w14:paraId="112244F9" w14:textId="120EC4F9" w:rsidR="00AA3848" w:rsidRDefault="00407892">
      <w:pPr>
        <w:keepNext/>
        <w:spacing w:before="280" w:after="120"/>
      </w:pPr>
      <w:r>
        <w:rPr>
          <w:b/>
          <w:color w:val="1B365D"/>
          <w:sz w:val="26"/>
        </w:rPr>
        <w:lastRenderedPageBreak/>
        <w:t>SECTION 16: REFERENCES</w:t>
      </w:r>
    </w:p>
    <w:p w14:paraId="6ABCCD0F" w14:textId="7735C37F" w:rsidR="00AA3848" w:rsidRDefault="001D2B1D">
      <w:r>
        <w:t xml:space="preserve">16.1.1 </w:t>
      </w:r>
      <w:r w:rsidR="00407892">
        <w:t>List three (3) personal references (other than relatives or previous employers):</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393D74E2" w14:textId="77777777">
        <w:trPr>
          <w:jc w:val="center"/>
        </w:trPr>
        <w:tc>
          <w:tcPr>
            <w:tcW w:w="2160" w:type="dxa"/>
            <w:shd w:val="clear" w:color="auto" w:fill="1B365D"/>
            <w:tcMar>
              <w:top w:w="70" w:type="dxa"/>
              <w:left w:w="100" w:type="dxa"/>
              <w:bottom w:w="70" w:type="dxa"/>
              <w:right w:w="100" w:type="dxa"/>
            </w:tcMar>
          </w:tcPr>
          <w:p w14:paraId="6813B906" w14:textId="77777777" w:rsidR="00AA3848" w:rsidRDefault="00407892">
            <w:pPr>
              <w:spacing w:before="40" w:after="40"/>
            </w:pPr>
            <w:r>
              <w:rPr>
                <w:b/>
                <w:color w:val="FFFFFF"/>
                <w:sz w:val="19"/>
              </w:rPr>
              <w:t>Reference #1 Name:</w:t>
            </w:r>
          </w:p>
        </w:tc>
        <w:tc>
          <w:tcPr>
            <w:tcW w:w="3600" w:type="dxa"/>
            <w:shd w:val="clear" w:color="auto" w:fill="1B365D"/>
            <w:tcMar>
              <w:top w:w="70" w:type="dxa"/>
              <w:left w:w="100" w:type="dxa"/>
              <w:bottom w:w="70" w:type="dxa"/>
              <w:right w:w="100" w:type="dxa"/>
            </w:tcMar>
          </w:tcPr>
          <w:p w14:paraId="57AE0FB1" w14:textId="77777777" w:rsidR="00AA3848" w:rsidRDefault="00407892">
            <w:pPr>
              <w:spacing w:before="40" w:after="40"/>
            </w:pPr>
            <w:r>
              <w:rPr>
                <w:b/>
                <w:color w:val="FFFFFF"/>
                <w:sz w:val="19"/>
              </w:rPr>
              <w:t xml:space="preserve">[ Type Full </w:t>
            </w:r>
            <w:proofErr w:type="gramStart"/>
            <w:r>
              <w:rPr>
                <w:b/>
                <w:color w:val="FFFFFF"/>
                <w:sz w:val="19"/>
              </w:rPr>
              <w:t>Name ]</w:t>
            </w:r>
            <w:proofErr w:type="gramEnd"/>
          </w:p>
        </w:tc>
        <w:tc>
          <w:tcPr>
            <w:tcW w:w="1728" w:type="dxa"/>
            <w:shd w:val="clear" w:color="auto" w:fill="1B365D"/>
            <w:tcMar>
              <w:top w:w="70" w:type="dxa"/>
              <w:left w:w="100" w:type="dxa"/>
              <w:bottom w:w="70" w:type="dxa"/>
              <w:right w:w="100" w:type="dxa"/>
            </w:tcMar>
          </w:tcPr>
          <w:p w14:paraId="4B9CE473"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5CF4DFE0" w14:textId="77777777" w:rsidR="00AA3848" w:rsidRDefault="00407892">
            <w:pPr>
              <w:spacing w:before="40" w:after="40"/>
            </w:pPr>
            <w:r>
              <w:rPr>
                <w:b/>
                <w:color w:val="FFFFFF"/>
                <w:sz w:val="19"/>
              </w:rPr>
              <w:t xml:space="preserve">[ Type </w:t>
            </w:r>
            <w:proofErr w:type="gramStart"/>
            <w:r>
              <w:rPr>
                <w:b/>
                <w:color w:val="FFFFFF"/>
                <w:sz w:val="19"/>
              </w:rPr>
              <w:t>Phone ]</w:t>
            </w:r>
            <w:proofErr w:type="gramEnd"/>
          </w:p>
        </w:tc>
      </w:tr>
      <w:tr w:rsidR="00AA3848" w14:paraId="041AA49A" w14:textId="77777777">
        <w:trPr>
          <w:jc w:val="center"/>
        </w:trPr>
        <w:tc>
          <w:tcPr>
            <w:tcW w:w="2160" w:type="dxa"/>
            <w:shd w:val="clear" w:color="auto" w:fill="FFFFFF"/>
            <w:tcMar>
              <w:top w:w="70" w:type="dxa"/>
              <w:left w:w="100" w:type="dxa"/>
              <w:bottom w:w="70" w:type="dxa"/>
              <w:right w:w="100" w:type="dxa"/>
            </w:tcMar>
          </w:tcPr>
          <w:p w14:paraId="05B9DA25" w14:textId="77777777" w:rsidR="00AA3848" w:rsidRDefault="00407892">
            <w:pPr>
              <w:spacing w:before="40" w:after="40"/>
            </w:pPr>
            <w:r>
              <w:rPr>
                <w:color w:val="141414"/>
                <w:sz w:val="19"/>
              </w:rPr>
              <w:t>Residence Address:</w:t>
            </w:r>
          </w:p>
        </w:tc>
        <w:tc>
          <w:tcPr>
            <w:tcW w:w="3600" w:type="dxa"/>
            <w:shd w:val="clear" w:color="auto" w:fill="FFFFFF"/>
            <w:tcMar>
              <w:top w:w="70" w:type="dxa"/>
              <w:left w:w="100" w:type="dxa"/>
              <w:bottom w:w="70" w:type="dxa"/>
              <w:right w:w="100" w:type="dxa"/>
            </w:tcMar>
          </w:tcPr>
          <w:p w14:paraId="45F28154" w14:textId="77777777" w:rsidR="00AA3848" w:rsidRDefault="00407892">
            <w:pPr>
              <w:spacing w:before="40" w:after="40"/>
            </w:pPr>
            <w:r>
              <w:rPr>
                <w:i/>
                <w:color w:val="6E6E6E"/>
                <w:sz w:val="19"/>
              </w:rPr>
              <w:t xml:space="preserve">[ Type Street Address, City, State, </w:t>
            </w:r>
            <w:proofErr w:type="gramStart"/>
            <w:r>
              <w:rPr>
                <w:i/>
                <w:color w:val="6E6E6E"/>
                <w:sz w:val="19"/>
              </w:rPr>
              <w:t>Zip ]</w:t>
            </w:r>
            <w:proofErr w:type="gramEnd"/>
          </w:p>
        </w:tc>
        <w:tc>
          <w:tcPr>
            <w:tcW w:w="1728" w:type="dxa"/>
            <w:shd w:val="clear" w:color="auto" w:fill="FFFFFF"/>
            <w:tcMar>
              <w:top w:w="70" w:type="dxa"/>
              <w:left w:w="100" w:type="dxa"/>
              <w:bottom w:w="70" w:type="dxa"/>
              <w:right w:w="100" w:type="dxa"/>
            </w:tcMar>
          </w:tcPr>
          <w:p w14:paraId="03583CB9" w14:textId="77777777" w:rsidR="00AA3848" w:rsidRDefault="00407892">
            <w:pPr>
              <w:spacing w:before="40" w:after="40"/>
            </w:pPr>
            <w:r>
              <w:rPr>
                <w:color w:val="141414"/>
                <w:sz w:val="19"/>
              </w:rPr>
              <w:t>Employer Phone:</w:t>
            </w:r>
          </w:p>
        </w:tc>
        <w:tc>
          <w:tcPr>
            <w:tcW w:w="2592" w:type="dxa"/>
            <w:shd w:val="clear" w:color="auto" w:fill="FFFFFF"/>
            <w:tcMar>
              <w:top w:w="70" w:type="dxa"/>
              <w:left w:w="100" w:type="dxa"/>
              <w:bottom w:w="70" w:type="dxa"/>
              <w:right w:w="100" w:type="dxa"/>
            </w:tcMar>
          </w:tcPr>
          <w:p w14:paraId="6B1E4A70" w14:textId="77777777" w:rsidR="00AA3848" w:rsidRDefault="00407892">
            <w:pPr>
              <w:spacing w:before="40" w:after="40"/>
            </w:pPr>
            <w:r>
              <w:rPr>
                <w:i/>
                <w:color w:val="6E6E6E"/>
                <w:sz w:val="19"/>
              </w:rPr>
              <w:t xml:space="preserve">[ Type Employer </w:t>
            </w:r>
            <w:proofErr w:type="gramStart"/>
            <w:r>
              <w:rPr>
                <w:i/>
                <w:color w:val="6E6E6E"/>
                <w:sz w:val="19"/>
              </w:rPr>
              <w:t>Phone ]</w:t>
            </w:r>
            <w:proofErr w:type="gramEnd"/>
          </w:p>
        </w:tc>
      </w:tr>
      <w:tr w:rsidR="00AA3848" w14:paraId="0F967D50" w14:textId="77777777">
        <w:trPr>
          <w:jc w:val="center"/>
        </w:trPr>
        <w:tc>
          <w:tcPr>
            <w:tcW w:w="2160" w:type="dxa"/>
            <w:shd w:val="clear" w:color="auto" w:fill="F9FBFD"/>
            <w:tcMar>
              <w:top w:w="70" w:type="dxa"/>
              <w:left w:w="100" w:type="dxa"/>
              <w:bottom w:w="70" w:type="dxa"/>
              <w:right w:w="100" w:type="dxa"/>
            </w:tcMar>
          </w:tcPr>
          <w:p w14:paraId="0D294971" w14:textId="77777777" w:rsidR="00AA3848" w:rsidRDefault="00407892">
            <w:pPr>
              <w:spacing w:before="40" w:after="40"/>
            </w:pPr>
            <w:r>
              <w:rPr>
                <w:color w:val="141414"/>
                <w:sz w:val="19"/>
              </w:rPr>
              <w:t>Employer &amp; Address:</w:t>
            </w:r>
          </w:p>
        </w:tc>
        <w:tc>
          <w:tcPr>
            <w:tcW w:w="3600" w:type="dxa"/>
            <w:shd w:val="clear" w:color="auto" w:fill="F9FBFD"/>
            <w:tcMar>
              <w:top w:w="70" w:type="dxa"/>
              <w:left w:w="100" w:type="dxa"/>
              <w:bottom w:w="70" w:type="dxa"/>
              <w:right w:w="100" w:type="dxa"/>
            </w:tcMar>
          </w:tcPr>
          <w:p w14:paraId="03F32EF3" w14:textId="77777777" w:rsidR="00AA3848" w:rsidRDefault="00407892">
            <w:pPr>
              <w:spacing w:before="40" w:after="40"/>
            </w:pPr>
            <w:r>
              <w:rPr>
                <w:i/>
                <w:color w:val="6E6E6E"/>
                <w:sz w:val="19"/>
              </w:rPr>
              <w:t xml:space="preserve">[ Type Employer Name &amp; </w:t>
            </w:r>
            <w:proofErr w:type="gramStart"/>
            <w:r>
              <w:rPr>
                <w:i/>
                <w:color w:val="6E6E6E"/>
                <w:sz w:val="19"/>
              </w:rPr>
              <w:t>Address ]</w:t>
            </w:r>
            <w:proofErr w:type="gramEnd"/>
          </w:p>
        </w:tc>
        <w:tc>
          <w:tcPr>
            <w:tcW w:w="1728" w:type="dxa"/>
            <w:shd w:val="clear" w:color="auto" w:fill="F9FBFD"/>
            <w:tcMar>
              <w:top w:w="70" w:type="dxa"/>
              <w:left w:w="100" w:type="dxa"/>
              <w:bottom w:w="70" w:type="dxa"/>
              <w:right w:w="100" w:type="dxa"/>
            </w:tcMar>
          </w:tcPr>
          <w:p w14:paraId="235CCAEA" w14:textId="77777777" w:rsidR="00AA3848" w:rsidRDefault="00407892">
            <w:pPr>
              <w:spacing w:before="40" w:after="40"/>
            </w:pPr>
            <w:r>
              <w:rPr>
                <w:color w:val="141414"/>
                <w:sz w:val="19"/>
              </w:rPr>
              <w:t>Best Contact Time:</w:t>
            </w:r>
          </w:p>
        </w:tc>
        <w:tc>
          <w:tcPr>
            <w:tcW w:w="2592" w:type="dxa"/>
            <w:shd w:val="clear" w:color="auto" w:fill="F9FBFD"/>
            <w:tcMar>
              <w:top w:w="70" w:type="dxa"/>
              <w:left w:w="100" w:type="dxa"/>
              <w:bottom w:w="70" w:type="dxa"/>
              <w:right w:w="100" w:type="dxa"/>
            </w:tcMar>
          </w:tcPr>
          <w:p w14:paraId="39E1340C" w14:textId="77777777" w:rsidR="00AA3848" w:rsidRDefault="00407892">
            <w:pPr>
              <w:spacing w:before="40" w:after="40"/>
            </w:pPr>
            <w:r>
              <w:rPr>
                <w:i/>
                <w:color w:val="6E6E6E"/>
                <w:sz w:val="19"/>
              </w:rPr>
              <w:t xml:space="preserve">[ Type Best Day / </w:t>
            </w:r>
            <w:proofErr w:type="gramStart"/>
            <w:r>
              <w:rPr>
                <w:i/>
                <w:color w:val="6E6E6E"/>
                <w:sz w:val="19"/>
              </w:rPr>
              <w:t>Time ]</w:t>
            </w:r>
            <w:proofErr w:type="gramEnd"/>
          </w:p>
        </w:tc>
      </w:tr>
    </w:tbl>
    <w:p w14:paraId="1B522E72" w14:textId="77777777" w:rsidR="00AA3848" w:rsidRDefault="00AA3848">
      <w:pPr>
        <w:spacing w:after="12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405DDCA9" w14:textId="77777777">
        <w:trPr>
          <w:jc w:val="center"/>
        </w:trPr>
        <w:tc>
          <w:tcPr>
            <w:tcW w:w="2160" w:type="dxa"/>
            <w:shd w:val="clear" w:color="auto" w:fill="1B365D"/>
            <w:tcMar>
              <w:top w:w="70" w:type="dxa"/>
              <w:left w:w="100" w:type="dxa"/>
              <w:bottom w:w="70" w:type="dxa"/>
              <w:right w:w="100" w:type="dxa"/>
            </w:tcMar>
          </w:tcPr>
          <w:p w14:paraId="3ACC90B9" w14:textId="77777777" w:rsidR="00AA3848" w:rsidRDefault="00407892">
            <w:pPr>
              <w:spacing w:before="40" w:after="40"/>
            </w:pPr>
            <w:r>
              <w:rPr>
                <w:b/>
                <w:color w:val="FFFFFF"/>
                <w:sz w:val="19"/>
              </w:rPr>
              <w:t>Reference #2 Name:</w:t>
            </w:r>
          </w:p>
        </w:tc>
        <w:tc>
          <w:tcPr>
            <w:tcW w:w="3600" w:type="dxa"/>
            <w:shd w:val="clear" w:color="auto" w:fill="1B365D"/>
            <w:tcMar>
              <w:top w:w="70" w:type="dxa"/>
              <w:left w:w="100" w:type="dxa"/>
              <w:bottom w:w="70" w:type="dxa"/>
              <w:right w:w="100" w:type="dxa"/>
            </w:tcMar>
          </w:tcPr>
          <w:p w14:paraId="54D8E3B8" w14:textId="77777777" w:rsidR="00AA3848" w:rsidRDefault="00407892">
            <w:pPr>
              <w:spacing w:before="40" w:after="40"/>
            </w:pPr>
            <w:r>
              <w:rPr>
                <w:b/>
                <w:color w:val="FFFFFF"/>
                <w:sz w:val="19"/>
              </w:rPr>
              <w:t xml:space="preserve">[ Type Full </w:t>
            </w:r>
            <w:proofErr w:type="gramStart"/>
            <w:r>
              <w:rPr>
                <w:b/>
                <w:color w:val="FFFFFF"/>
                <w:sz w:val="19"/>
              </w:rPr>
              <w:t>Name ]</w:t>
            </w:r>
            <w:proofErr w:type="gramEnd"/>
          </w:p>
        </w:tc>
        <w:tc>
          <w:tcPr>
            <w:tcW w:w="1728" w:type="dxa"/>
            <w:shd w:val="clear" w:color="auto" w:fill="1B365D"/>
            <w:tcMar>
              <w:top w:w="70" w:type="dxa"/>
              <w:left w:w="100" w:type="dxa"/>
              <w:bottom w:w="70" w:type="dxa"/>
              <w:right w:w="100" w:type="dxa"/>
            </w:tcMar>
          </w:tcPr>
          <w:p w14:paraId="1FA4F3DF"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162C6651" w14:textId="77777777" w:rsidR="00AA3848" w:rsidRDefault="00407892">
            <w:pPr>
              <w:spacing w:before="40" w:after="40"/>
            </w:pPr>
            <w:r>
              <w:rPr>
                <w:b/>
                <w:color w:val="FFFFFF"/>
                <w:sz w:val="19"/>
              </w:rPr>
              <w:t xml:space="preserve">[ Type </w:t>
            </w:r>
            <w:proofErr w:type="gramStart"/>
            <w:r>
              <w:rPr>
                <w:b/>
                <w:color w:val="FFFFFF"/>
                <w:sz w:val="19"/>
              </w:rPr>
              <w:t>Phone ]</w:t>
            </w:r>
            <w:proofErr w:type="gramEnd"/>
          </w:p>
        </w:tc>
      </w:tr>
      <w:tr w:rsidR="00AA3848" w14:paraId="76BA2D0A" w14:textId="77777777">
        <w:trPr>
          <w:jc w:val="center"/>
        </w:trPr>
        <w:tc>
          <w:tcPr>
            <w:tcW w:w="2160" w:type="dxa"/>
            <w:shd w:val="clear" w:color="auto" w:fill="FFFFFF"/>
            <w:tcMar>
              <w:top w:w="70" w:type="dxa"/>
              <w:left w:w="100" w:type="dxa"/>
              <w:bottom w:w="70" w:type="dxa"/>
              <w:right w:w="100" w:type="dxa"/>
            </w:tcMar>
          </w:tcPr>
          <w:p w14:paraId="6BE711D0" w14:textId="77777777" w:rsidR="00AA3848" w:rsidRDefault="00407892">
            <w:pPr>
              <w:spacing w:before="40" w:after="40"/>
            </w:pPr>
            <w:r>
              <w:rPr>
                <w:color w:val="141414"/>
                <w:sz w:val="19"/>
              </w:rPr>
              <w:t>Residence Address:</w:t>
            </w:r>
          </w:p>
        </w:tc>
        <w:tc>
          <w:tcPr>
            <w:tcW w:w="3600" w:type="dxa"/>
            <w:shd w:val="clear" w:color="auto" w:fill="FFFFFF"/>
            <w:tcMar>
              <w:top w:w="70" w:type="dxa"/>
              <w:left w:w="100" w:type="dxa"/>
              <w:bottom w:w="70" w:type="dxa"/>
              <w:right w:w="100" w:type="dxa"/>
            </w:tcMar>
          </w:tcPr>
          <w:p w14:paraId="1AA35146" w14:textId="77777777" w:rsidR="00AA3848" w:rsidRDefault="00407892">
            <w:pPr>
              <w:spacing w:before="40" w:after="40"/>
            </w:pPr>
            <w:r>
              <w:rPr>
                <w:i/>
                <w:color w:val="6E6E6E"/>
                <w:sz w:val="19"/>
              </w:rPr>
              <w:t xml:space="preserve">[ Type Street Address, City, State, </w:t>
            </w:r>
            <w:proofErr w:type="gramStart"/>
            <w:r>
              <w:rPr>
                <w:i/>
                <w:color w:val="6E6E6E"/>
                <w:sz w:val="19"/>
              </w:rPr>
              <w:t>Zip ]</w:t>
            </w:r>
            <w:proofErr w:type="gramEnd"/>
          </w:p>
        </w:tc>
        <w:tc>
          <w:tcPr>
            <w:tcW w:w="1728" w:type="dxa"/>
            <w:shd w:val="clear" w:color="auto" w:fill="FFFFFF"/>
            <w:tcMar>
              <w:top w:w="70" w:type="dxa"/>
              <w:left w:w="100" w:type="dxa"/>
              <w:bottom w:w="70" w:type="dxa"/>
              <w:right w:w="100" w:type="dxa"/>
            </w:tcMar>
          </w:tcPr>
          <w:p w14:paraId="0671B5E3" w14:textId="77777777" w:rsidR="00AA3848" w:rsidRDefault="00407892">
            <w:pPr>
              <w:spacing w:before="40" w:after="40"/>
            </w:pPr>
            <w:r>
              <w:rPr>
                <w:color w:val="141414"/>
                <w:sz w:val="19"/>
              </w:rPr>
              <w:t>Employer Phone:</w:t>
            </w:r>
          </w:p>
        </w:tc>
        <w:tc>
          <w:tcPr>
            <w:tcW w:w="2592" w:type="dxa"/>
            <w:shd w:val="clear" w:color="auto" w:fill="FFFFFF"/>
            <w:tcMar>
              <w:top w:w="70" w:type="dxa"/>
              <w:left w:w="100" w:type="dxa"/>
              <w:bottom w:w="70" w:type="dxa"/>
              <w:right w:w="100" w:type="dxa"/>
            </w:tcMar>
          </w:tcPr>
          <w:p w14:paraId="535B7591" w14:textId="77777777" w:rsidR="00AA3848" w:rsidRDefault="00407892">
            <w:pPr>
              <w:spacing w:before="40" w:after="40"/>
            </w:pPr>
            <w:r>
              <w:rPr>
                <w:i/>
                <w:color w:val="6E6E6E"/>
                <w:sz w:val="19"/>
              </w:rPr>
              <w:t xml:space="preserve">[ Type Employer </w:t>
            </w:r>
            <w:proofErr w:type="gramStart"/>
            <w:r>
              <w:rPr>
                <w:i/>
                <w:color w:val="6E6E6E"/>
                <w:sz w:val="19"/>
              </w:rPr>
              <w:t>Phone ]</w:t>
            </w:r>
            <w:proofErr w:type="gramEnd"/>
          </w:p>
        </w:tc>
      </w:tr>
      <w:tr w:rsidR="00AA3848" w14:paraId="6094E0D4" w14:textId="77777777">
        <w:trPr>
          <w:jc w:val="center"/>
        </w:trPr>
        <w:tc>
          <w:tcPr>
            <w:tcW w:w="2160" w:type="dxa"/>
            <w:shd w:val="clear" w:color="auto" w:fill="F9FBFD"/>
            <w:tcMar>
              <w:top w:w="70" w:type="dxa"/>
              <w:left w:w="100" w:type="dxa"/>
              <w:bottom w:w="70" w:type="dxa"/>
              <w:right w:w="100" w:type="dxa"/>
            </w:tcMar>
          </w:tcPr>
          <w:p w14:paraId="5F5ED204" w14:textId="77777777" w:rsidR="00AA3848" w:rsidRDefault="00407892">
            <w:pPr>
              <w:spacing w:before="40" w:after="40"/>
            </w:pPr>
            <w:r>
              <w:rPr>
                <w:color w:val="141414"/>
                <w:sz w:val="19"/>
              </w:rPr>
              <w:t>Employer &amp; Address:</w:t>
            </w:r>
          </w:p>
        </w:tc>
        <w:tc>
          <w:tcPr>
            <w:tcW w:w="3600" w:type="dxa"/>
            <w:shd w:val="clear" w:color="auto" w:fill="F9FBFD"/>
            <w:tcMar>
              <w:top w:w="70" w:type="dxa"/>
              <w:left w:w="100" w:type="dxa"/>
              <w:bottom w:w="70" w:type="dxa"/>
              <w:right w:w="100" w:type="dxa"/>
            </w:tcMar>
          </w:tcPr>
          <w:p w14:paraId="53ABC72F" w14:textId="77777777" w:rsidR="00AA3848" w:rsidRDefault="00407892">
            <w:pPr>
              <w:spacing w:before="40" w:after="40"/>
            </w:pPr>
            <w:r>
              <w:rPr>
                <w:i/>
                <w:color w:val="6E6E6E"/>
                <w:sz w:val="19"/>
              </w:rPr>
              <w:t xml:space="preserve">[ Type Employer Name &amp; </w:t>
            </w:r>
            <w:proofErr w:type="gramStart"/>
            <w:r>
              <w:rPr>
                <w:i/>
                <w:color w:val="6E6E6E"/>
                <w:sz w:val="19"/>
              </w:rPr>
              <w:t>Address ]</w:t>
            </w:r>
            <w:proofErr w:type="gramEnd"/>
          </w:p>
        </w:tc>
        <w:tc>
          <w:tcPr>
            <w:tcW w:w="1728" w:type="dxa"/>
            <w:shd w:val="clear" w:color="auto" w:fill="F9FBFD"/>
            <w:tcMar>
              <w:top w:w="70" w:type="dxa"/>
              <w:left w:w="100" w:type="dxa"/>
              <w:bottom w:w="70" w:type="dxa"/>
              <w:right w:w="100" w:type="dxa"/>
            </w:tcMar>
          </w:tcPr>
          <w:p w14:paraId="000526DA" w14:textId="77777777" w:rsidR="00AA3848" w:rsidRDefault="00407892">
            <w:pPr>
              <w:spacing w:before="40" w:after="40"/>
            </w:pPr>
            <w:r>
              <w:rPr>
                <w:color w:val="141414"/>
                <w:sz w:val="19"/>
              </w:rPr>
              <w:t>Best Contact Time:</w:t>
            </w:r>
          </w:p>
        </w:tc>
        <w:tc>
          <w:tcPr>
            <w:tcW w:w="2592" w:type="dxa"/>
            <w:shd w:val="clear" w:color="auto" w:fill="F9FBFD"/>
            <w:tcMar>
              <w:top w:w="70" w:type="dxa"/>
              <w:left w:w="100" w:type="dxa"/>
              <w:bottom w:w="70" w:type="dxa"/>
              <w:right w:w="100" w:type="dxa"/>
            </w:tcMar>
          </w:tcPr>
          <w:p w14:paraId="60B02554" w14:textId="77777777" w:rsidR="00AA3848" w:rsidRDefault="00407892">
            <w:pPr>
              <w:spacing w:before="40" w:after="40"/>
            </w:pPr>
            <w:r>
              <w:rPr>
                <w:i/>
                <w:color w:val="6E6E6E"/>
                <w:sz w:val="19"/>
              </w:rPr>
              <w:t xml:space="preserve">[ Type Best Day / </w:t>
            </w:r>
            <w:proofErr w:type="gramStart"/>
            <w:r>
              <w:rPr>
                <w:i/>
                <w:color w:val="6E6E6E"/>
                <w:sz w:val="19"/>
              </w:rPr>
              <w:t>Time ]</w:t>
            </w:r>
            <w:proofErr w:type="gramEnd"/>
          </w:p>
        </w:tc>
      </w:tr>
    </w:tbl>
    <w:p w14:paraId="4A82207F" w14:textId="77777777" w:rsidR="00AA3848" w:rsidRDefault="00AA3848">
      <w:pPr>
        <w:spacing w:after="12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7A9FE6AC" w14:textId="77777777">
        <w:trPr>
          <w:jc w:val="center"/>
        </w:trPr>
        <w:tc>
          <w:tcPr>
            <w:tcW w:w="2160" w:type="dxa"/>
            <w:shd w:val="clear" w:color="auto" w:fill="1B365D"/>
            <w:tcMar>
              <w:top w:w="70" w:type="dxa"/>
              <w:left w:w="100" w:type="dxa"/>
              <w:bottom w:w="70" w:type="dxa"/>
              <w:right w:w="100" w:type="dxa"/>
            </w:tcMar>
          </w:tcPr>
          <w:p w14:paraId="7D258F29" w14:textId="77777777" w:rsidR="00AA3848" w:rsidRDefault="00407892">
            <w:pPr>
              <w:spacing w:before="40" w:after="40"/>
            </w:pPr>
            <w:r>
              <w:rPr>
                <w:b/>
                <w:color w:val="FFFFFF"/>
                <w:sz w:val="19"/>
              </w:rPr>
              <w:t>Reference #3 Name:</w:t>
            </w:r>
          </w:p>
        </w:tc>
        <w:tc>
          <w:tcPr>
            <w:tcW w:w="3600" w:type="dxa"/>
            <w:shd w:val="clear" w:color="auto" w:fill="1B365D"/>
            <w:tcMar>
              <w:top w:w="70" w:type="dxa"/>
              <w:left w:w="100" w:type="dxa"/>
              <w:bottom w:w="70" w:type="dxa"/>
              <w:right w:w="100" w:type="dxa"/>
            </w:tcMar>
          </w:tcPr>
          <w:p w14:paraId="24F20EBC" w14:textId="77777777" w:rsidR="00AA3848" w:rsidRDefault="00407892">
            <w:pPr>
              <w:spacing w:before="40" w:after="40"/>
            </w:pPr>
            <w:r>
              <w:rPr>
                <w:b/>
                <w:color w:val="FFFFFF"/>
                <w:sz w:val="19"/>
              </w:rPr>
              <w:t xml:space="preserve">[ Type Full </w:t>
            </w:r>
            <w:proofErr w:type="gramStart"/>
            <w:r>
              <w:rPr>
                <w:b/>
                <w:color w:val="FFFFFF"/>
                <w:sz w:val="19"/>
              </w:rPr>
              <w:t>Name ]</w:t>
            </w:r>
            <w:proofErr w:type="gramEnd"/>
          </w:p>
        </w:tc>
        <w:tc>
          <w:tcPr>
            <w:tcW w:w="1728" w:type="dxa"/>
            <w:shd w:val="clear" w:color="auto" w:fill="1B365D"/>
            <w:tcMar>
              <w:top w:w="70" w:type="dxa"/>
              <w:left w:w="100" w:type="dxa"/>
              <w:bottom w:w="70" w:type="dxa"/>
              <w:right w:w="100" w:type="dxa"/>
            </w:tcMar>
          </w:tcPr>
          <w:p w14:paraId="752BF911"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32FEF8EA" w14:textId="77777777" w:rsidR="00AA3848" w:rsidRDefault="00407892">
            <w:pPr>
              <w:spacing w:before="40" w:after="40"/>
            </w:pPr>
            <w:r>
              <w:rPr>
                <w:b/>
                <w:color w:val="FFFFFF"/>
                <w:sz w:val="19"/>
              </w:rPr>
              <w:t xml:space="preserve">[ Type </w:t>
            </w:r>
            <w:proofErr w:type="gramStart"/>
            <w:r>
              <w:rPr>
                <w:b/>
                <w:color w:val="FFFFFF"/>
                <w:sz w:val="19"/>
              </w:rPr>
              <w:t>Phone ]</w:t>
            </w:r>
            <w:proofErr w:type="gramEnd"/>
          </w:p>
        </w:tc>
      </w:tr>
      <w:tr w:rsidR="00AA3848" w14:paraId="1E7A4F7C" w14:textId="77777777">
        <w:trPr>
          <w:jc w:val="center"/>
        </w:trPr>
        <w:tc>
          <w:tcPr>
            <w:tcW w:w="2160" w:type="dxa"/>
            <w:shd w:val="clear" w:color="auto" w:fill="FFFFFF"/>
            <w:tcMar>
              <w:top w:w="70" w:type="dxa"/>
              <w:left w:w="100" w:type="dxa"/>
              <w:bottom w:w="70" w:type="dxa"/>
              <w:right w:w="100" w:type="dxa"/>
            </w:tcMar>
          </w:tcPr>
          <w:p w14:paraId="63614121" w14:textId="77777777" w:rsidR="00AA3848" w:rsidRDefault="00407892">
            <w:pPr>
              <w:spacing w:before="40" w:after="40"/>
            </w:pPr>
            <w:r>
              <w:rPr>
                <w:color w:val="141414"/>
                <w:sz w:val="19"/>
              </w:rPr>
              <w:t>Residence Address:</w:t>
            </w:r>
          </w:p>
        </w:tc>
        <w:tc>
          <w:tcPr>
            <w:tcW w:w="3600" w:type="dxa"/>
            <w:shd w:val="clear" w:color="auto" w:fill="FFFFFF"/>
            <w:tcMar>
              <w:top w:w="70" w:type="dxa"/>
              <w:left w:w="100" w:type="dxa"/>
              <w:bottom w:w="70" w:type="dxa"/>
              <w:right w:w="100" w:type="dxa"/>
            </w:tcMar>
          </w:tcPr>
          <w:p w14:paraId="250C7784" w14:textId="77777777" w:rsidR="00AA3848" w:rsidRDefault="00407892">
            <w:pPr>
              <w:spacing w:before="40" w:after="40"/>
            </w:pPr>
            <w:r>
              <w:rPr>
                <w:i/>
                <w:color w:val="6E6E6E"/>
                <w:sz w:val="19"/>
              </w:rPr>
              <w:t xml:space="preserve">[ Type Street Address, City, State, </w:t>
            </w:r>
            <w:proofErr w:type="gramStart"/>
            <w:r>
              <w:rPr>
                <w:i/>
                <w:color w:val="6E6E6E"/>
                <w:sz w:val="19"/>
              </w:rPr>
              <w:t>Zip ]</w:t>
            </w:r>
            <w:proofErr w:type="gramEnd"/>
          </w:p>
        </w:tc>
        <w:tc>
          <w:tcPr>
            <w:tcW w:w="1728" w:type="dxa"/>
            <w:shd w:val="clear" w:color="auto" w:fill="FFFFFF"/>
            <w:tcMar>
              <w:top w:w="70" w:type="dxa"/>
              <w:left w:w="100" w:type="dxa"/>
              <w:bottom w:w="70" w:type="dxa"/>
              <w:right w:w="100" w:type="dxa"/>
            </w:tcMar>
          </w:tcPr>
          <w:p w14:paraId="6A51C556" w14:textId="77777777" w:rsidR="00AA3848" w:rsidRDefault="00407892">
            <w:pPr>
              <w:spacing w:before="40" w:after="40"/>
            </w:pPr>
            <w:r>
              <w:rPr>
                <w:color w:val="141414"/>
                <w:sz w:val="19"/>
              </w:rPr>
              <w:t>Employer Phone:</w:t>
            </w:r>
          </w:p>
        </w:tc>
        <w:tc>
          <w:tcPr>
            <w:tcW w:w="2592" w:type="dxa"/>
            <w:shd w:val="clear" w:color="auto" w:fill="FFFFFF"/>
            <w:tcMar>
              <w:top w:w="70" w:type="dxa"/>
              <w:left w:w="100" w:type="dxa"/>
              <w:bottom w:w="70" w:type="dxa"/>
              <w:right w:w="100" w:type="dxa"/>
            </w:tcMar>
          </w:tcPr>
          <w:p w14:paraId="5E0C71E5" w14:textId="77777777" w:rsidR="00AA3848" w:rsidRDefault="00407892">
            <w:pPr>
              <w:spacing w:before="40" w:after="40"/>
            </w:pPr>
            <w:r>
              <w:rPr>
                <w:i/>
                <w:color w:val="6E6E6E"/>
                <w:sz w:val="19"/>
              </w:rPr>
              <w:t xml:space="preserve">[ Type Employer </w:t>
            </w:r>
            <w:proofErr w:type="gramStart"/>
            <w:r>
              <w:rPr>
                <w:i/>
                <w:color w:val="6E6E6E"/>
                <w:sz w:val="19"/>
              </w:rPr>
              <w:t>Phone ]</w:t>
            </w:r>
            <w:proofErr w:type="gramEnd"/>
          </w:p>
        </w:tc>
      </w:tr>
      <w:tr w:rsidR="00AA3848" w14:paraId="781F8220" w14:textId="77777777">
        <w:trPr>
          <w:jc w:val="center"/>
        </w:trPr>
        <w:tc>
          <w:tcPr>
            <w:tcW w:w="2160" w:type="dxa"/>
            <w:shd w:val="clear" w:color="auto" w:fill="F9FBFD"/>
            <w:tcMar>
              <w:top w:w="70" w:type="dxa"/>
              <w:left w:w="100" w:type="dxa"/>
              <w:bottom w:w="70" w:type="dxa"/>
              <w:right w:w="100" w:type="dxa"/>
            </w:tcMar>
          </w:tcPr>
          <w:p w14:paraId="55481419" w14:textId="77777777" w:rsidR="00AA3848" w:rsidRDefault="00407892">
            <w:pPr>
              <w:spacing w:before="40" w:after="40"/>
            </w:pPr>
            <w:r>
              <w:rPr>
                <w:color w:val="141414"/>
                <w:sz w:val="19"/>
              </w:rPr>
              <w:t>Employer &amp; Address:</w:t>
            </w:r>
          </w:p>
        </w:tc>
        <w:tc>
          <w:tcPr>
            <w:tcW w:w="3600" w:type="dxa"/>
            <w:shd w:val="clear" w:color="auto" w:fill="F9FBFD"/>
            <w:tcMar>
              <w:top w:w="70" w:type="dxa"/>
              <w:left w:w="100" w:type="dxa"/>
              <w:bottom w:w="70" w:type="dxa"/>
              <w:right w:w="100" w:type="dxa"/>
            </w:tcMar>
          </w:tcPr>
          <w:p w14:paraId="4937EAEF" w14:textId="77777777" w:rsidR="00AA3848" w:rsidRDefault="00407892">
            <w:pPr>
              <w:spacing w:before="40" w:after="40"/>
            </w:pPr>
            <w:r>
              <w:rPr>
                <w:i/>
                <w:color w:val="6E6E6E"/>
                <w:sz w:val="19"/>
              </w:rPr>
              <w:t xml:space="preserve">[ Type Employer Name &amp; </w:t>
            </w:r>
            <w:proofErr w:type="gramStart"/>
            <w:r>
              <w:rPr>
                <w:i/>
                <w:color w:val="6E6E6E"/>
                <w:sz w:val="19"/>
              </w:rPr>
              <w:t>Address ]</w:t>
            </w:r>
            <w:proofErr w:type="gramEnd"/>
          </w:p>
        </w:tc>
        <w:tc>
          <w:tcPr>
            <w:tcW w:w="1728" w:type="dxa"/>
            <w:shd w:val="clear" w:color="auto" w:fill="F9FBFD"/>
            <w:tcMar>
              <w:top w:w="70" w:type="dxa"/>
              <w:left w:w="100" w:type="dxa"/>
              <w:bottom w:w="70" w:type="dxa"/>
              <w:right w:w="100" w:type="dxa"/>
            </w:tcMar>
          </w:tcPr>
          <w:p w14:paraId="013CA33A" w14:textId="77777777" w:rsidR="00AA3848" w:rsidRDefault="00407892">
            <w:pPr>
              <w:spacing w:before="40" w:after="40"/>
            </w:pPr>
            <w:r>
              <w:rPr>
                <w:color w:val="141414"/>
                <w:sz w:val="19"/>
              </w:rPr>
              <w:t>Best Contact Time:</w:t>
            </w:r>
          </w:p>
        </w:tc>
        <w:tc>
          <w:tcPr>
            <w:tcW w:w="2592" w:type="dxa"/>
            <w:shd w:val="clear" w:color="auto" w:fill="F9FBFD"/>
            <w:tcMar>
              <w:top w:w="70" w:type="dxa"/>
              <w:left w:w="100" w:type="dxa"/>
              <w:bottom w:w="70" w:type="dxa"/>
              <w:right w:w="100" w:type="dxa"/>
            </w:tcMar>
          </w:tcPr>
          <w:p w14:paraId="0E4E97BA" w14:textId="77777777" w:rsidR="00AA3848" w:rsidRDefault="00407892">
            <w:pPr>
              <w:spacing w:before="40" w:after="40"/>
            </w:pPr>
            <w:r>
              <w:rPr>
                <w:i/>
                <w:color w:val="6E6E6E"/>
                <w:sz w:val="19"/>
              </w:rPr>
              <w:t xml:space="preserve">[ Type Best Day / </w:t>
            </w:r>
            <w:proofErr w:type="gramStart"/>
            <w:r>
              <w:rPr>
                <w:i/>
                <w:color w:val="6E6E6E"/>
                <w:sz w:val="19"/>
              </w:rPr>
              <w:t>Time ]</w:t>
            </w:r>
            <w:proofErr w:type="gramEnd"/>
          </w:p>
        </w:tc>
      </w:tr>
    </w:tbl>
    <w:p w14:paraId="6BCFFCDF" w14:textId="77777777" w:rsidR="00AA3848" w:rsidRDefault="00AA3848">
      <w:pPr>
        <w:spacing w:after="120"/>
      </w:pPr>
    </w:p>
    <w:p w14:paraId="2524E72E" w14:textId="56CB6303" w:rsidR="00AA3848" w:rsidRDefault="007E38F8">
      <w:r>
        <w:t xml:space="preserve">16.2.1 </w:t>
      </w:r>
      <w:r w:rsidR="00407892">
        <w:t>List two (2) relatives (other than those residing in your home):</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65A82076" w14:textId="77777777">
        <w:trPr>
          <w:jc w:val="center"/>
        </w:trPr>
        <w:tc>
          <w:tcPr>
            <w:tcW w:w="2160" w:type="dxa"/>
            <w:shd w:val="clear" w:color="auto" w:fill="1B365D"/>
            <w:tcMar>
              <w:top w:w="70" w:type="dxa"/>
              <w:left w:w="100" w:type="dxa"/>
              <w:bottom w:w="70" w:type="dxa"/>
              <w:right w:w="100" w:type="dxa"/>
            </w:tcMar>
          </w:tcPr>
          <w:p w14:paraId="13C5A668" w14:textId="77777777" w:rsidR="00AA3848" w:rsidRDefault="00407892">
            <w:pPr>
              <w:spacing w:before="40" w:after="40"/>
            </w:pPr>
            <w:r>
              <w:rPr>
                <w:b/>
                <w:color w:val="FFFFFF"/>
                <w:sz w:val="19"/>
              </w:rPr>
              <w:t>Relative #1 Name:</w:t>
            </w:r>
          </w:p>
        </w:tc>
        <w:tc>
          <w:tcPr>
            <w:tcW w:w="3600" w:type="dxa"/>
            <w:shd w:val="clear" w:color="auto" w:fill="1B365D"/>
            <w:tcMar>
              <w:top w:w="70" w:type="dxa"/>
              <w:left w:w="100" w:type="dxa"/>
              <w:bottom w:w="70" w:type="dxa"/>
              <w:right w:w="100" w:type="dxa"/>
            </w:tcMar>
          </w:tcPr>
          <w:p w14:paraId="208D9D54" w14:textId="77777777" w:rsidR="00AA3848" w:rsidRDefault="00407892">
            <w:pPr>
              <w:spacing w:before="40" w:after="40"/>
            </w:pPr>
            <w:r>
              <w:rPr>
                <w:b/>
                <w:color w:val="FFFFFF"/>
                <w:sz w:val="19"/>
              </w:rPr>
              <w:t xml:space="preserve">[ Type Full </w:t>
            </w:r>
            <w:proofErr w:type="gramStart"/>
            <w:r>
              <w:rPr>
                <w:b/>
                <w:color w:val="FFFFFF"/>
                <w:sz w:val="19"/>
              </w:rPr>
              <w:t>Name ]</w:t>
            </w:r>
            <w:proofErr w:type="gramEnd"/>
          </w:p>
        </w:tc>
        <w:tc>
          <w:tcPr>
            <w:tcW w:w="1728" w:type="dxa"/>
            <w:shd w:val="clear" w:color="auto" w:fill="1B365D"/>
            <w:tcMar>
              <w:top w:w="70" w:type="dxa"/>
              <w:left w:w="100" w:type="dxa"/>
              <w:bottom w:w="70" w:type="dxa"/>
              <w:right w:w="100" w:type="dxa"/>
            </w:tcMar>
          </w:tcPr>
          <w:p w14:paraId="73D9662C"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76318AD6" w14:textId="77777777" w:rsidR="00AA3848" w:rsidRDefault="00407892">
            <w:pPr>
              <w:spacing w:before="40" w:after="40"/>
            </w:pPr>
            <w:r>
              <w:rPr>
                <w:b/>
                <w:color w:val="FFFFFF"/>
                <w:sz w:val="19"/>
              </w:rPr>
              <w:t xml:space="preserve">[ Type </w:t>
            </w:r>
            <w:proofErr w:type="gramStart"/>
            <w:r>
              <w:rPr>
                <w:b/>
                <w:color w:val="FFFFFF"/>
                <w:sz w:val="19"/>
              </w:rPr>
              <w:t>Phone ]</w:t>
            </w:r>
            <w:proofErr w:type="gramEnd"/>
          </w:p>
        </w:tc>
      </w:tr>
      <w:tr w:rsidR="00AA3848" w14:paraId="1C077BAC" w14:textId="77777777">
        <w:trPr>
          <w:jc w:val="center"/>
        </w:trPr>
        <w:tc>
          <w:tcPr>
            <w:tcW w:w="2160" w:type="dxa"/>
            <w:shd w:val="clear" w:color="auto" w:fill="FFFFFF"/>
            <w:tcMar>
              <w:top w:w="70" w:type="dxa"/>
              <w:left w:w="100" w:type="dxa"/>
              <w:bottom w:w="70" w:type="dxa"/>
              <w:right w:w="100" w:type="dxa"/>
            </w:tcMar>
          </w:tcPr>
          <w:p w14:paraId="7DF23E48" w14:textId="77777777" w:rsidR="00AA3848" w:rsidRDefault="00407892">
            <w:pPr>
              <w:spacing w:before="40" w:after="40"/>
            </w:pPr>
            <w:r>
              <w:rPr>
                <w:color w:val="141414"/>
                <w:sz w:val="19"/>
              </w:rPr>
              <w:t>Residence Address:</w:t>
            </w:r>
          </w:p>
        </w:tc>
        <w:tc>
          <w:tcPr>
            <w:tcW w:w="3600" w:type="dxa"/>
            <w:shd w:val="clear" w:color="auto" w:fill="FFFFFF"/>
            <w:tcMar>
              <w:top w:w="70" w:type="dxa"/>
              <w:left w:w="100" w:type="dxa"/>
              <w:bottom w:w="70" w:type="dxa"/>
              <w:right w:w="100" w:type="dxa"/>
            </w:tcMar>
          </w:tcPr>
          <w:p w14:paraId="514C542E" w14:textId="77777777" w:rsidR="00AA3848" w:rsidRDefault="00407892">
            <w:pPr>
              <w:spacing w:before="40" w:after="40"/>
            </w:pPr>
            <w:r>
              <w:rPr>
                <w:i/>
                <w:color w:val="6E6E6E"/>
                <w:sz w:val="19"/>
              </w:rPr>
              <w:t xml:space="preserve">[ Type Street Address, City, State, </w:t>
            </w:r>
            <w:proofErr w:type="gramStart"/>
            <w:r>
              <w:rPr>
                <w:i/>
                <w:color w:val="6E6E6E"/>
                <w:sz w:val="19"/>
              </w:rPr>
              <w:t>Zip ]</w:t>
            </w:r>
            <w:proofErr w:type="gramEnd"/>
          </w:p>
        </w:tc>
        <w:tc>
          <w:tcPr>
            <w:tcW w:w="1728" w:type="dxa"/>
            <w:shd w:val="clear" w:color="auto" w:fill="FFFFFF"/>
            <w:tcMar>
              <w:top w:w="70" w:type="dxa"/>
              <w:left w:w="100" w:type="dxa"/>
              <w:bottom w:w="70" w:type="dxa"/>
              <w:right w:w="100" w:type="dxa"/>
            </w:tcMar>
          </w:tcPr>
          <w:p w14:paraId="784644A5" w14:textId="77777777" w:rsidR="00AA3848" w:rsidRDefault="00407892">
            <w:pPr>
              <w:spacing w:before="40" w:after="40"/>
            </w:pPr>
            <w:r>
              <w:rPr>
                <w:color w:val="141414"/>
                <w:sz w:val="19"/>
              </w:rPr>
              <w:t>Employer &amp; Address:</w:t>
            </w:r>
          </w:p>
        </w:tc>
        <w:tc>
          <w:tcPr>
            <w:tcW w:w="2592" w:type="dxa"/>
            <w:shd w:val="clear" w:color="auto" w:fill="FFFFFF"/>
            <w:tcMar>
              <w:top w:w="70" w:type="dxa"/>
              <w:left w:w="100" w:type="dxa"/>
              <w:bottom w:w="70" w:type="dxa"/>
              <w:right w:w="100" w:type="dxa"/>
            </w:tcMar>
          </w:tcPr>
          <w:p w14:paraId="3AC46946" w14:textId="77777777" w:rsidR="00AA3848" w:rsidRDefault="00407892">
            <w:pPr>
              <w:spacing w:before="40" w:after="40"/>
            </w:pPr>
            <w:r>
              <w:rPr>
                <w:i/>
                <w:color w:val="6E6E6E"/>
                <w:sz w:val="19"/>
              </w:rPr>
              <w:t xml:space="preserve">[ Type Employer Name &amp; </w:t>
            </w:r>
            <w:proofErr w:type="gramStart"/>
            <w:r>
              <w:rPr>
                <w:i/>
                <w:color w:val="6E6E6E"/>
                <w:sz w:val="19"/>
              </w:rPr>
              <w:t>Address ]</w:t>
            </w:r>
            <w:proofErr w:type="gramEnd"/>
          </w:p>
        </w:tc>
      </w:tr>
    </w:tbl>
    <w:p w14:paraId="662035C5" w14:textId="77777777" w:rsidR="00AA3848" w:rsidRDefault="00AA3848">
      <w:pPr>
        <w:spacing w:after="12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30B939E6" w14:textId="77777777">
        <w:trPr>
          <w:jc w:val="center"/>
        </w:trPr>
        <w:tc>
          <w:tcPr>
            <w:tcW w:w="2160" w:type="dxa"/>
            <w:shd w:val="clear" w:color="auto" w:fill="1B365D"/>
            <w:tcMar>
              <w:top w:w="70" w:type="dxa"/>
              <w:left w:w="100" w:type="dxa"/>
              <w:bottom w:w="70" w:type="dxa"/>
              <w:right w:w="100" w:type="dxa"/>
            </w:tcMar>
          </w:tcPr>
          <w:p w14:paraId="7CBBC0EC" w14:textId="77777777" w:rsidR="00AA3848" w:rsidRDefault="00407892">
            <w:pPr>
              <w:spacing w:before="40" w:after="40"/>
            </w:pPr>
            <w:r>
              <w:rPr>
                <w:b/>
                <w:color w:val="FFFFFF"/>
                <w:sz w:val="19"/>
              </w:rPr>
              <w:t>Relative #2 Name:</w:t>
            </w:r>
          </w:p>
        </w:tc>
        <w:tc>
          <w:tcPr>
            <w:tcW w:w="3600" w:type="dxa"/>
            <w:shd w:val="clear" w:color="auto" w:fill="1B365D"/>
            <w:tcMar>
              <w:top w:w="70" w:type="dxa"/>
              <w:left w:w="100" w:type="dxa"/>
              <w:bottom w:w="70" w:type="dxa"/>
              <w:right w:w="100" w:type="dxa"/>
            </w:tcMar>
          </w:tcPr>
          <w:p w14:paraId="49E50F53" w14:textId="77777777" w:rsidR="00AA3848" w:rsidRDefault="00407892">
            <w:pPr>
              <w:spacing w:before="40" w:after="40"/>
            </w:pPr>
            <w:r>
              <w:rPr>
                <w:b/>
                <w:color w:val="FFFFFF"/>
                <w:sz w:val="19"/>
              </w:rPr>
              <w:t xml:space="preserve">[ Type Full </w:t>
            </w:r>
            <w:proofErr w:type="gramStart"/>
            <w:r>
              <w:rPr>
                <w:b/>
                <w:color w:val="FFFFFF"/>
                <w:sz w:val="19"/>
              </w:rPr>
              <w:t>Name ]</w:t>
            </w:r>
            <w:proofErr w:type="gramEnd"/>
          </w:p>
        </w:tc>
        <w:tc>
          <w:tcPr>
            <w:tcW w:w="1728" w:type="dxa"/>
            <w:shd w:val="clear" w:color="auto" w:fill="1B365D"/>
            <w:tcMar>
              <w:top w:w="70" w:type="dxa"/>
              <w:left w:w="100" w:type="dxa"/>
              <w:bottom w:w="70" w:type="dxa"/>
              <w:right w:w="100" w:type="dxa"/>
            </w:tcMar>
          </w:tcPr>
          <w:p w14:paraId="7389CB13"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084095A3" w14:textId="77777777" w:rsidR="00AA3848" w:rsidRDefault="00407892">
            <w:pPr>
              <w:spacing w:before="40" w:after="40"/>
            </w:pPr>
            <w:r>
              <w:rPr>
                <w:b/>
                <w:color w:val="FFFFFF"/>
                <w:sz w:val="19"/>
              </w:rPr>
              <w:t xml:space="preserve">[ Type </w:t>
            </w:r>
            <w:proofErr w:type="gramStart"/>
            <w:r>
              <w:rPr>
                <w:b/>
                <w:color w:val="FFFFFF"/>
                <w:sz w:val="19"/>
              </w:rPr>
              <w:t>Phone ]</w:t>
            </w:r>
            <w:proofErr w:type="gramEnd"/>
          </w:p>
        </w:tc>
      </w:tr>
      <w:tr w:rsidR="00AA3848" w14:paraId="32DE9399" w14:textId="77777777">
        <w:trPr>
          <w:jc w:val="center"/>
        </w:trPr>
        <w:tc>
          <w:tcPr>
            <w:tcW w:w="2160" w:type="dxa"/>
            <w:shd w:val="clear" w:color="auto" w:fill="FFFFFF"/>
            <w:tcMar>
              <w:top w:w="70" w:type="dxa"/>
              <w:left w:w="100" w:type="dxa"/>
              <w:bottom w:w="70" w:type="dxa"/>
              <w:right w:w="100" w:type="dxa"/>
            </w:tcMar>
          </w:tcPr>
          <w:p w14:paraId="4CEF026C" w14:textId="77777777" w:rsidR="00AA3848" w:rsidRDefault="00407892">
            <w:pPr>
              <w:spacing w:before="40" w:after="40"/>
            </w:pPr>
            <w:r>
              <w:rPr>
                <w:color w:val="141414"/>
                <w:sz w:val="19"/>
              </w:rPr>
              <w:t>Residence Address:</w:t>
            </w:r>
          </w:p>
        </w:tc>
        <w:tc>
          <w:tcPr>
            <w:tcW w:w="3600" w:type="dxa"/>
            <w:shd w:val="clear" w:color="auto" w:fill="FFFFFF"/>
            <w:tcMar>
              <w:top w:w="70" w:type="dxa"/>
              <w:left w:w="100" w:type="dxa"/>
              <w:bottom w:w="70" w:type="dxa"/>
              <w:right w:w="100" w:type="dxa"/>
            </w:tcMar>
          </w:tcPr>
          <w:p w14:paraId="083CC939" w14:textId="77777777" w:rsidR="00AA3848" w:rsidRDefault="00407892">
            <w:pPr>
              <w:spacing w:before="40" w:after="40"/>
            </w:pPr>
            <w:r>
              <w:rPr>
                <w:i/>
                <w:color w:val="6E6E6E"/>
                <w:sz w:val="19"/>
              </w:rPr>
              <w:t xml:space="preserve">[ Type Street Address, City, State, </w:t>
            </w:r>
            <w:proofErr w:type="gramStart"/>
            <w:r>
              <w:rPr>
                <w:i/>
                <w:color w:val="6E6E6E"/>
                <w:sz w:val="19"/>
              </w:rPr>
              <w:t>Zip ]</w:t>
            </w:r>
            <w:proofErr w:type="gramEnd"/>
          </w:p>
        </w:tc>
        <w:tc>
          <w:tcPr>
            <w:tcW w:w="1728" w:type="dxa"/>
            <w:shd w:val="clear" w:color="auto" w:fill="FFFFFF"/>
            <w:tcMar>
              <w:top w:w="70" w:type="dxa"/>
              <w:left w:w="100" w:type="dxa"/>
              <w:bottom w:w="70" w:type="dxa"/>
              <w:right w:w="100" w:type="dxa"/>
            </w:tcMar>
          </w:tcPr>
          <w:p w14:paraId="1F0036F9" w14:textId="77777777" w:rsidR="00AA3848" w:rsidRDefault="00407892">
            <w:pPr>
              <w:spacing w:before="40" w:after="40"/>
            </w:pPr>
            <w:r>
              <w:rPr>
                <w:color w:val="141414"/>
                <w:sz w:val="19"/>
              </w:rPr>
              <w:t>Employer &amp; Address:</w:t>
            </w:r>
          </w:p>
        </w:tc>
        <w:tc>
          <w:tcPr>
            <w:tcW w:w="2592" w:type="dxa"/>
            <w:shd w:val="clear" w:color="auto" w:fill="FFFFFF"/>
            <w:tcMar>
              <w:top w:w="70" w:type="dxa"/>
              <w:left w:w="100" w:type="dxa"/>
              <w:bottom w:w="70" w:type="dxa"/>
              <w:right w:w="100" w:type="dxa"/>
            </w:tcMar>
          </w:tcPr>
          <w:p w14:paraId="6649A8D3" w14:textId="77777777" w:rsidR="00AA3848" w:rsidRDefault="00407892">
            <w:pPr>
              <w:spacing w:before="40" w:after="40"/>
            </w:pPr>
            <w:r>
              <w:rPr>
                <w:i/>
                <w:color w:val="6E6E6E"/>
                <w:sz w:val="19"/>
              </w:rPr>
              <w:t xml:space="preserve">[ Type Employer Name &amp; </w:t>
            </w:r>
            <w:proofErr w:type="gramStart"/>
            <w:r>
              <w:rPr>
                <w:i/>
                <w:color w:val="6E6E6E"/>
                <w:sz w:val="19"/>
              </w:rPr>
              <w:t>Address ]</w:t>
            </w:r>
            <w:proofErr w:type="gramEnd"/>
          </w:p>
        </w:tc>
      </w:tr>
    </w:tbl>
    <w:p w14:paraId="1FD13278" w14:textId="77777777" w:rsidR="00AA3848" w:rsidRDefault="00AA3848">
      <w:pPr>
        <w:spacing w:after="120"/>
      </w:pPr>
    </w:p>
    <w:p w14:paraId="2066942B" w14:textId="77777777" w:rsidR="007E38F8" w:rsidRDefault="007E38F8">
      <w:r>
        <w:br w:type="page"/>
      </w:r>
    </w:p>
    <w:p w14:paraId="4B276825" w14:textId="763C43C1" w:rsidR="007E38F8" w:rsidRDefault="007E38F8" w:rsidP="007E38F8">
      <w:pPr>
        <w:keepNext/>
        <w:spacing w:before="280" w:after="120"/>
      </w:pPr>
      <w:r>
        <w:rPr>
          <w:b/>
          <w:color w:val="1B365D"/>
          <w:sz w:val="26"/>
        </w:rPr>
        <w:lastRenderedPageBreak/>
        <w:t>SECTION 16: REFERENCES (continued)</w:t>
      </w:r>
    </w:p>
    <w:p w14:paraId="3789EFEC" w14:textId="6513FEEB" w:rsidR="00AA3848" w:rsidRDefault="007E38F8">
      <w:r>
        <w:t xml:space="preserve">16.3.1 </w:t>
      </w:r>
      <w:r w:rsidR="00407892">
        <w:t>List three (3) closest friends (other than those listed above):</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6174D922" w14:textId="77777777">
        <w:trPr>
          <w:jc w:val="center"/>
        </w:trPr>
        <w:tc>
          <w:tcPr>
            <w:tcW w:w="2160" w:type="dxa"/>
            <w:shd w:val="clear" w:color="auto" w:fill="1B365D"/>
            <w:tcMar>
              <w:top w:w="70" w:type="dxa"/>
              <w:left w:w="100" w:type="dxa"/>
              <w:bottom w:w="70" w:type="dxa"/>
              <w:right w:w="100" w:type="dxa"/>
            </w:tcMar>
          </w:tcPr>
          <w:p w14:paraId="41C611C4" w14:textId="77777777" w:rsidR="00AA3848" w:rsidRDefault="00407892">
            <w:pPr>
              <w:spacing w:before="40" w:after="40"/>
            </w:pPr>
            <w:r>
              <w:rPr>
                <w:b/>
                <w:color w:val="FFFFFF"/>
                <w:sz w:val="19"/>
              </w:rPr>
              <w:t>Friend #1 Name:</w:t>
            </w:r>
          </w:p>
        </w:tc>
        <w:tc>
          <w:tcPr>
            <w:tcW w:w="3600" w:type="dxa"/>
            <w:shd w:val="clear" w:color="auto" w:fill="1B365D"/>
            <w:tcMar>
              <w:top w:w="70" w:type="dxa"/>
              <w:left w:w="100" w:type="dxa"/>
              <w:bottom w:w="70" w:type="dxa"/>
              <w:right w:w="100" w:type="dxa"/>
            </w:tcMar>
          </w:tcPr>
          <w:p w14:paraId="66A46EA8" w14:textId="77777777" w:rsidR="00AA3848" w:rsidRDefault="00407892">
            <w:pPr>
              <w:spacing w:before="40" w:after="40"/>
            </w:pPr>
            <w:r>
              <w:rPr>
                <w:b/>
                <w:color w:val="FFFFFF"/>
                <w:sz w:val="19"/>
              </w:rPr>
              <w:t xml:space="preserve">[ Type Full </w:t>
            </w:r>
            <w:proofErr w:type="gramStart"/>
            <w:r>
              <w:rPr>
                <w:b/>
                <w:color w:val="FFFFFF"/>
                <w:sz w:val="19"/>
              </w:rPr>
              <w:t>Name ]</w:t>
            </w:r>
            <w:proofErr w:type="gramEnd"/>
          </w:p>
        </w:tc>
        <w:tc>
          <w:tcPr>
            <w:tcW w:w="1728" w:type="dxa"/>
            <w:shd w:val="clear" w:color="auto" w:fill="1B365D"/>
            <w:tcMar>
              <w:top w:w="70" w:type="dxa"/>
              <w:left w:w="100" w:type="dxa"/>
              <w:bottom w:w="70" w:type="dxa"/>
              <w:right w:w="100" w:type="dxa"/>
            </w:tcMar>
          </w:tcPr>
          <w:p w14:paraId="4D3616CC"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2F155BF0" w14:textId="77777777" w:rsidR="00AA3848" w:rsidRDefault="00407892">
            <w:pPr>
              <w:spacing w:before="40" w:after="40"/>
            </w:pPr>
            <w:r>
              <w:rPr>
                <w:b/>
                <w:color w:val="FFFFFF"/>
                <w:sz w:val="19"/>
              </w:rPr>
              <w:t xml:space="preserve">[ Type </w:t>
            </w:r>
            <w:proofErr w:type="gramStart"/>
            <w:r>
              <w:rPr>
                <w:b/>
                <w:color w:val="FFFFFF"/>
                <w:sz w:val="19"/>
              </w:rPr>
              <w:t>Phone ]</w:t>
            </w:r>
            <w:proofErr w:type="gramEnd"/>
          </w:p>
        </w:tc>
      </w:tr>
      <w:tr w:rsidR="00AA3848" w14:paraId="72167417" w14:textId="77777777">
        <w:trPr>
          <w:jc w:val="center"/>
        </w:trPr>
        <w:tc>
          <w:tcPr>
            <w:tcW w:w="2160" w:type="dxa"/>
            <w:shd w:val="clear" w:color="auto" w:fill="FFFFFF"/>
            <w:tcMar>
              <w:top w:w="70" w:type="dxa"/>
              <w:left w:w="100" w:type="dxa"/>
              <w:bottom w:w="70" w:type="dxa"/>
              <w:right w:w="100" w:type="dxa"/>
            </w:tcMar>
          </w:tcPr>
          <w:p w14:paraId="5ABACA1D" w14:textId="77777777" w:rsidR="00AA3848" w:rsidRDefault="00407892">
            <w:pPr>
              <w:spacing w:before="40" w:after="40"/>
            </w:pPr>
            <w:r>
              <w:rPr>
                <w:color w:val="141414"/>
                <w:sz w:val="19"/>
              </w:rPr>
              <w:t>Residence Address:</w:t>
            </w:r>
          </w:p>
        </w:tc>
        <w:tc>
          <w:tcPr>
            <w:tcW w:w="3600" w:type="dxa"/>
            <w:shd w:val="clear" w:color="auto" w:fill="FFFFFF"/>
            <w:tcMar>
              <w:top w:w="70" w:type="dxa"/>
              <w:left w:w="100" w:type="dxa"/>
              <w:bottom w:w="70" w:type="dxa"/>
              <w:right w:w="100" w:type="dxa"/>
            </w:tcMar>
          </w:tcPr>
          <w:p w14:paraId="4AE88F6E" w14:textId="77777777" w:rsidR="00AA3848" w:rsidRDefault="00407892">
            <w:pPr>
              <w:spacing w:before="40" w:after="40"/>
            </w:pPr>
            <w:r>
              <w:rPr>
                <w:i/>
                <w:color w:val="6E6E6E"/>
                <w:sz w:val="19"/>
              </w:rPr>
              <w:t xml:space="preserve">[ Type Street Address, City, State, </w:t>
            </w:r>
            <w:proofErr w:type="gramStart"/>
            <w:r>
              <w:rPr>
                <w:i/>
                <w:color w:val="6E6E6E"/>
                <w:sz w:val="19"/>
              </w:rPr>
              <w:t>Zip ]</w:t>
            </w:r>
            <w:proofErr w:type="gramEnd"/>
          </w:p>
        </w:tc>
        <w:tc>
          <w:tcPr>
            <w:tcW w:w="1728" w:type="dxa"/>
            <w:shd w:val="clear" w:color="auto" w:fill="FFFFFF"/>
            <w:tcMar>
              <w:top w:w="70" w:type="dxa"/>
              <w:left w:w="100" w:type="dxa"/>
              <w:bottom w:w="70" w:type="dxa"/>
              <w:right w:w="100" w:type="dxa"/>
            </w:tcMar>
          </w:tcPr>
          <w:p w14:paraId="56D34115" w14:textId="77777777" w:rsidR="00AA3848" w:rsidRDefault="00407892">
            <w:pPr>
              <w:spacing w:before="40" w:after="40"/>
            </w:pPr>
            <w:r>
              <w:rPr>
                <w:color w:val="141414"/>
                <w:sz w:val="19"/>
              </w:rPr>
              <w:t>Employer &amp; Address:</w:t>
            </w:r>
          </w:p>
        </w:tc>
        <w:tc>
          <w:tcPr>
            <w:tcW w:w="2592" w:type="dxa"/>
            <w:shd w:val="clear" w:color="auto" w:fill="FFFFFF"/>
            <w:tcMar>
              <w:top w:w="70" w:type="dxa"/>
              <w:left w:w="100" w:type="dxa"/>
              <w:bottom w:w="70" w:type="dxa"/>
              <w:right w:w="100" w:type="dxa"/>
            </w:tcMar>
          </w:tcPr>
          <w:p w14:paraId="01749F78" w14:textId="77777777" w:rsidR="00AA3848" w:rsidRDefault="00407892">
            <w:pPr>
              <w:spacing w:before="40" w:after="40"/>
            </w:pPr>
            <w:r>
              <w:rPr>
                <w:i/>
                <w:color w:val="6E6E6E"/>
                <w:sz w:val="19"/>
              </w:rPr>
              <w:t xml:space="preserve">[ Type Employer Name &amp; </w:t>
            </w:r>
            <w:proofErr w:type="gramStart"/>
            <w:r>
              <w:rPr>
                <w:i/>
                <w:color w:val="6E6E6E"/>
                <w:sz w:val="19"/>
              </w:rPr>
              <w:t>Address ]</w:t>
            </w:r>
            <w:proofErr w:type="gramEnd"/>
          </w:p>
        </w:tc>
      </w:tr>
    </w:tbl>
    <w:p w14:paraId="62708AB8" w14:textId="77777777" w:rsidR="00AA3848" w:rsidRDefault="00AA3848">
      <w:pPr>
        <w:spacing w:after="12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269F765F" w14:textId="77777777">
        <w:trPr>
          <w:jc w:val="center"/>
        </w:trPr>
        <w:tc>
          <w:tcPr>
            <w:tcW w:w="2160" w:type="dxa"/>
            <w:shd w:val="clear" w:color="auto" w:fill="1B365D"/>
            <w:tcMar>
              <w:top w:w="70" w:type="dxa"/>
              <w:left w:w="100" w:type="dxa"/>
              <w:bottom w:w="70" w:type="dxa"/>
              <w:right w:w="100" w:type="dxa"/>
            </w:tcMar>
          </w:tcPr>
          <w:p w14:paraId="12869DAC" w14:textId="77777777" w:rsidR="00AA3848" w:rsidRDefault="00407892">
            <w:pPr>
              <w:spacing w:before="40" w:after="40"/>
            </w:pPr>
            <w:r>
              <w:rPr>
                <w:b/>
                <w:color w:val="FFFFFF"/>
                <w:sz w:val="19"/>
              </w:rPr>
              <w:t>Friend #2 Name:</w:t>
            </w:r>
          </w:p>
        </w:tc>
        <w:tc>
          <w:tcPr>
            <w:tcW w:w="3600" w:type="dxa"/>
            <w:shd w:val="clear" w:color="auto" w:fill="1B365D"/>
            <w:tcMar>
              <w:top w:w="70" w:type="dxa"/>
              <w:left w:w="100" w:type="dxa"/>
              <w:bottom w:w="70" w:type="dxa"/>
              <w:right w:w="100" w:type="dxa"/>
            </w:tcMar>
          </w:tcPr>
          <w:p w14:paraId="515B8761" w14:textId="77777777" w:rsidR="00AA3848" w:rsidRDefault="00407892">
            <w:pPr>
              <w:spacing w:before="40" w:after="40"/>
            </w:pPr>
            <w:r>
              <w:rPr>
                <w:b/>
                <w:color w:val="FFFFFF"/>
                <w:sz w:val="19"/>
              </w:rPr>
              <w:t xml:space="preserve">[ Type Full </w:t>
            </w:r>
            <w:proofErr w:type="gramStart"/>
            <w:r>
              <w:rPr>
                <w:b/>
                <w:color w:val="FFFFFF"/>
                <w:sz w:val="19"/>
              </w:rPr>
              <w:t>Name ]</w:t>
            </w:r>
            <w:proofErr w:type="gramEnd"/>
          </w:p>
        </w:tc>
        <w:tc>
          <w:tcPr>
            <w:tcW w:w="1728" w:type="dxa"/>
            <w:shd w:val="clear" w:color="auto" w:fill="1B365D"/>
            <w:tcMar>
              <w:top w:w="70" w:type="dxa"/>
              <w:left w:w="100" w:type="dxa"/>
              <w:bottom w:w="70" w:type="dxa"/>
              <w:right w:w="100" w:type="dxa"/>
            </w:tcMar>
          </w:tcPr>
          <w:p w14:paraId="3F658169"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34226593" w14:textId="77777777" w:rsidR="00AA3848" w:rsidRDefault="00407892">
            <w:pPr>
              <w:spacing w:before="40" w:after="40"/>
            </w:pPr>
            <w:r>
              <w:rPr>
                <w:b/>
                <w:color w:val="FFFFFF"/>
                <w:sz w:val="19"/>
              </w:rPr>
              <w:t xml:space="preserve">[ Type </w:t>
            </w:r>
            <w:proofErr w:type="gramStart"/>
            <w:r>
              <w:rPr>
                <w:b/>
                <w:color w:val="FFFFFF"/>
                <w:sz w:val="19"/>
              </w:rPr>
              <w:t>Phone ]</w:t>
            </w:r>
            <w:proofErr w:type="gramEnd"/>
          </w:p>
        </w:tc>
      </w:tr>
      <w:tr w:rsidR="00AA3848" w14:paraId="3E06A735" w14:textId="77777777">
        <w:trPr>
          <w:jc w:val="center"/>
        </w:trPr>
        <w:tc>
          <w:tcPr>
            <w:tcW w:w="2160" w:type="dxa"/>
            <w:shd w:val="clear" w:color="auto" w:fill="FFFFFF"/>
            <w:tcMar>
              <w:top w:w="70" w:type="dxa"/>
              <w:left w:w="100" w:type="dxa"/>
              <w:bottom w:w="70" w:type="dxa"/>
              <w:right w:w="100" w:type="dxa"/>
            </w:tcMar>
          </w:tcPr>
          <w:p w14:paraId="4E8CD64E" w14:textId="77777777" w:rsidR="00AA3848" w:rsidRDefault="00407892">
            <w:pPr>
              <w:spacing w:before="40" w:after="40"/>
            </w:pPr>
            <w:r>
              <w:rPr>
                <w:color w:val="141414"/>
                <w:sz w:val="19"/>
              </w:rPr>
              <w:t>Residence Address:</w:t>
            </w:r>
          </w:p>
        </w:tc>
        <w:tc>
          <w:tcPr>
            <w:tcW w:w="3600" w:type="dxa"/>
            <w:shd w:val="clear" w:color="auto" w:fill="FFFFFF"/>
            <w:tcMar>
              <w:top w:w="70" w:type="dxa"/>
              <w:left w:w="100" w:type="dxa"/>
              <w:bottom w:w="70" w:type="dxa"/>
              <w:right w:w="100" w:type="dxa"/>
            </w:tcMar>
          </w:tcPr>
          <w:p w14:paraId="0C06463B" w14:textId="77777777" w:rsidR="00AA3848" w:rsidRDefault="00407892">
            <w:pPr>
              <w:spacing w:before="40" w:after="40"/>
            </w:pPr>
            <w:r>
              <w:rPr>
                <w:i/>
                <w:color w:val="6E6E6E"/>
                <w:sz w:val="19"/>
              </w:rPr>
              <w:t xml:space="preserve">[ Type Street Address, City, State, </w:t>
            </w:r>
            <w:proofErr w:type="gramStart"/>
            <w:r>
              <w:rPr>
                <w:i/>
                <w:color w:val="6E6E6E"/>
                <w:sz w:val="19"/>
              </w:rPr>
              <w:t>Zip ]</w:t>
            </w:r>
            <w:proofErr w:type="gramEnd"/>
          </w:p>
        </w:tc>
        <w:tc>
          <w:tcPr>
            <w:tcW w:w="1728" w:type="dxa"/>
            <w:shd w:val="clear" w:color="auto" w:fill="FFFFFF"/>
            <w:tcMar>
              <w:top w:w="70" w:type="dxa"/>
              <w:left w:w="100" w:type="dxa"/>
              <w:bottom w:w="70" w:type="dxa"/>
              <w:right w:w="100" w:type="dxa"/>
            </w:tcMar>
          </w:tcPr>
          <w:p w14:paraId="67C0FB61" w14:textId="77777777" w:rsidR="00AA3848" w:rsidRDefault="00407892">
            <w:pPr>
              <w:spacing w:before="40" w:after="40"/>
            </w:pPr>
            <w:r>
              <w:rPr>
                <w:color w:val="141414"/>
                <w:sz w:val="19"/>
              </w:rPr>
              <w:t>Employer &amp; Address:</w:t>
            </w:r>
          </w:p>
        </w:tc>
        <w:tc>
          <w:tcPr>
            <w:tcW w:w="2592" w:type="dxa"/>
            <w:shd w:val="clear" w:color="auto" w:fill="FFFFFF"/>
            <w:tcMar>
              <w:top w:w="70" w:type="dxa"/>
              <w:left w:w="100" w:type="dxa"/>
              <w:bottom w:w="70" w:type="dxa"/>
              <w:right w:w="100" w:type="dxa"/>
            </w:tcMar>
          </w:tcPr>
          <w:p w14:paraId="7178B00C" w14:textId="77777777" w:rsidR="00AA3848" w:rsidRDefault="00407892">
            <w:pPr>
              <w:spacing w:before="40" w:after="40"/>
            </w:pPr>
            <w:r>
              <w:rPr>
                <w:i/>
                <w:color w:val="6E6E6E"/>
                <w:sz w:val="19"/>
              </w:rPr>
              <w:t xml:space="preserve">[ Type Employer Name &amp; </w:t>
            </w:r>
            <w:proofErr w:type="gramStart"/>
            <w:r>
              <w:rPr>
                <w:i/>
                <w:color w:val="6E6E6E"/>
                <w:sz w:val="19"/>
              </w:rPr>
              <w:t>Address ]</w:t>
            </w:r>
            <w:proofErr w:type="gramEnd"/>
          </w:p>
        </w:tc>
      </w:tr>
    </w:tbl>
    <w:p w14:paraId="204976FF" w14:textId="77777777" w:rsidR="00AA3848" w:rsidRDefault="00AA3848">
      <w:pPr>
        <w:spacing w:after="12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75330C2C" w14:textId="77777777">
        <w:trPr>
          <w:jc w:val="center"/>
        </w:trPr>
        <w:tc>
          <w:tcPr>
            <w:tcW w:w="2160" w:type="dxa"/>
            <w:shd w:val="clear" w:color="auto" w:fill="1B365D"/>
            <w:tcMar>
              <w:top w:w="70" w:type="dxa"/>
              <w:left w:w="100" w:type="dxa"/>
              <w:bottom w:w="70" w:type="dxa"/>
              <w:right w:w="100" w:type="dxa"/>
            </w:tcMar>
          </w:tcPr>
          <w:p w14:paraId="3D66C6D7" w14:textId="77777777" w:rsidR="00AA3848" w:rsidRDefault="00407892">
            <w:pPr>
              <w:spacing w:before="40" w:after="40"/>
            </w:pPr>
            <w:r>
              <w:rPr>
                <w:b/>
                <w:color w:val="FFFFFF"/>
                <w:sz w:val="19"/>
              </w:rPr>
              <w:t>Friend #3 Name:</w:t>
            </w:r>
          </w:p>
        </w:tc>
        <w:tc>
          <w:tcPr>
            <w:tcW w:w="3600" w:type="dxa"/>
            <w:shd w:val="clear" w:color="auto" w:fill="1B365D"/>
            <w:tcMar>
              <w:top w:w="70" w:type="dxa"/>
              <w:left w:w="100" w:type="dxa"/>
              <w:bottom w:w="70" w:type="dxa"/>
              <w:right w:w="100" w:type="dxa"/>
            </w:tcMar>
          </w:tcPr>
          <w:p w14:paraId="2AE6F468" w14:textId="77777777" w:rsidR="00AA3848" w:rsidRDefault="00407892">
            <w:pPr>
              <w:spacing w:before="40" w:after="40"/>
            </w:pPr>
            <w:r>
              <w:rPr>
                <w:b/>
                <w:color w:val="FFFFFF"/>
                <w:sz w:val="19"/>
              </w:rPr>
              <w:t xml:space="preserve">[ Type Full </w:t>
            </w:r>
            <w:proofErr w:type="gramStart"/>
            <w:r>
              <w:rPr>
                <w:b/>
                <w:color w:val="FFFFFF"/>
                <w:sz w:val="19"/>
              </w:rPr>
              <w:t>Name ]</w:t>
            </w:r>
            <w:proofErr w:type="gramEnd"/>
          </w:p>
        </w:tc>
        <w:tc>
          <w:tcPr>
            <w:tcW w:w="1728" w:type="dxa"/>
            <w:shd w:val="clear" w:color="auto" w:fill="1B365D"/>
            <w:tcMar>
              <w:top w:w="70" w:type="dxa"/>
              <w:left w:w="100" w:type="dxa"/>
              <w:bottom w:w="70" w:type="dxa"/>
              <w:right w:w="100" w:type="dxa"/>
            </w:tcMar>
          </w:tcPr>
          <w:p w14:paraId="793B0C80"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695B78B8" w14:textId="77777777" w:rsidR="00AA3848" w:rsidRDefault="00407892">
            <w:pPr>
              <w:spacing w:before="40" w:after="40"/>
            </w:pPr>
            <w:r>
              <w:rPr>
                <w:b/>
                <w:color w:val="FFFFFF"/>
                <w:sz w:val="19"/>
              </w:rPr>
              <w:t xml:space="preserve">[ Type </w:t>
            </w:r>
            <w:proofErr w:type="gramStart"/>
            <w:r>
              <w:rPr>
                <w:b/>
                <w:color w:val="FFFFFF"/>
                <w:sz w:val="19"/>
              </w:rPr>
              <w:t>Phone ]</w:t>
            </w:r>
            <w:proofErr w:type="gramEnd"/>
          </w:p>
        </w:tc>
      </w:tr>
      <w:tr w:rsidR="00AA3848" w14:paraId="4184A912" w14:textId="77777777">
        <w:trPr>
          <w:jc w:val="center"/>
        </w:trPr>
        <w:tc>
          <w:tcPr>
            <w:tcW w:w="2160" w:type="dxa"/>
            <w:shd w:val="clear" w:color="auto" w:fill="FFFFFF"/>
            <w:tcMar>
              <w:top w:w="70" w:type="dxa"/>
              <w:left w:w="100" w:type="dxa"/>
              <w:bottom w:w="70" w:type="dxa"/>
              <w:right w:w="100" w:type="dxa"/>
            </w:tcMar>
          </w:tcPr>
          <w:p w14:paraId="4266F250" w14:textId="77777777" w:rsidR="00AA3848" w:rsidRDefault="00407892">
            <w:pPr>
              <w:spacing w:before="40" w:after="40"/>
            </w:pPr>
            <w:r>
              <w:rPr>
                <w:color w:val="141414"/>
                <w:sz w:val="19"/>
              </w:rPr>
              <w:t>Residence Address:</w:t>
            </w:r>
          </w:p>
        </w:tc>
        <w:tc>
          <w:tcPr>
            <w:tcW w:w="3600" w:type="dxa"/>
            <w:shd w:val="clear" w:color="auto" w:fill="FFFFFF"/>
            <w:tcMar>
              <w:top w:w="70" w:type="dxa"/>
              <w:left w:w="100" w:type="dxa"/>
              <w:bottom w:w="70" w:type="dxa"/>
              <w:right w:w="100" w:type="dxa"/>
            </w:tcMar>
          </w:tcPr>
          <w:p w14:paraId="026ACA7F" w14:textId="77777777" w:rsidR="00AA3848" w:rsidRDefault="00407892">
            <w:pPr>
              <w:spacing w:before="40" w:after="40"/>
            </w:pPr>
            <w:r>
              <w:rPr>
                <w:i/>
                <w:color w:val="6E6E6E"/>
                <w:sz w:val="19"/>
              </w:rPr>
              <w:t xml:space="preserve">[ Type Street Address, City, State, </w:t>
            </w:r>
            <w:proofErr w:type="gramStart"/>
            <w:r>
              <w:rPr>
                <w:i/>
                <w:color w:val="6E6E6E"/>
                <w:sz w:val="19"/>
              </w:rPr>
              <w:t>Zip ]</w:t>
            </w:r>
            <w:proofErr w:type="gramEnd"/>
          </w:p>
        </w:tc>
        <w:tc>
          <w:tcPr>
            <w:tcW w:w="1728" w:type="dxa"/>
            <w:shd w:val="clear" w:color="auto" w:fill="FFFFFF"/>
            <w:tcMar>
              <w:top w:w="70" w:type="dxa"/>
              <w:left w:w="100" w:type="dxa"/>
              <w:bottom w:w="70" w:type="dxa"/>
              <w:right w:w="100" w:type="dxa"/>
            </w:tcMar>
          </w:tcPr>
          <w:p w14:paraId="55E71F09" w14:textId="77777777" w:rsidR="00AA3848" w:rsidRDefault="00407892">
            <w:pPr>
              <w:spacing w:before="40" w:after="40"/>
            </w:pPr>
            <w:r>
              <w:rPr>
                <w:color w:val="141414"/>
                <w:sz w:val="19"/>
              </w:rPr>
              <w:t>Employer &amp; Address:</w:t>
            </w:r>
          </w:p>
        </w:tc>
        <w:tc>
          <w:tcPr>
            <w:tcW w:w="2592" w:type="dxa"/>
            <w:shd w:val="clear" w:color="auto" w:fill="FFFFFF"/>
            <w:tcMar>
              <w:top w:w="70" w:type="dxa"/>
              <w:left w:w="100" w:type="dxa"/>
              <w:bottom w:w="70" w:type="dxa"/>
              <w:right w:w="100" w:type="dxa"/>
            </w:tcMar>
          </w:tcPr>
          <w:p w14:paraId="1E9E7F41" w14:textId="77777777" w:rsidR="00AA3848" w:rsidRDefault="00407892">
            <w:pPr>
              <w:spacing w:before="40" w:after="40"/>
            </w:pPr>
            <w:r>
              <w:rPr>
                <w:i/>
                <w:color w:val="6E6E6E"/>
                <w:sz w:val="19"/>
              </w:rPr>
              <w:t xml:space="preserve">[ Type Employer Name &amp; </w:t>
            </w:r>
            <w:proofErr w:type="gramStart"/>
            <w:r>
              <w:rPr>
                <w:i/>
                <w:color w:val="6E6E6E"/>
                <w:sz w:val="19"/>
              </w:rPr>
              <w:t>Address ]</w:t>
            </w:r>
            <w:proofErr w:type="gramEnd"/>
          </w:p>
        </w:tc>
      </w:tr>
    </w:tbl>
    <w:p w14:paraId="1956E3D2" w14:textId="77777777" w:rsidR="00AA3848" w:rsidRDefault="00AA3848">
      <w:pPr>
        <w:spacing w:after="120"/>
      </w:pPr>
    </w:p>
    <w:p w14:paraId="356E9F52" w14:textId="77777777" w:rsidR="00AA3848" w:rsidRDefault="00407892">
      <w:pPr>
        <w:keepNext/>
        <w:spacing w:before="280" w:after="120"/>
      </w:pPr>
      <w:r>
        <w:rPr>
          <w:b/>
          <w:color w:val="1B365D"/>
          <w:sz w:val="26"/>
        </w:rPr>
        <w:t>SECTION 17: ADDITIONAL NARRATIVE PAGE</w:t>
      </w:r>
    </w:p>
    <w:p w14:paraId="6FE2D0D2" w14:textId="26272530" w:rsidR="00AA3848" w:rsidRDefault="00F715B3">
      <w:r>
        <w:t xml:space="preserve">17.1.1 </w:t>
      </w:r>
      <w:r w:rsidR="00407892">
        <w:t>Use this section to expand upon any answers in previous sections. Reference the Section and Question number:</w:t>
      </w:r>
    </w:p>
    <w:tbl>
      <w:tblPr>
        <w:tblW w:w="10105"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5"/>
        <w:gridCol w:w="1127"/>
        <w:gridCol w:w="1152"/>
        <w:gridCol w:w="7776"/>
        <w:gridCol w:w="25"/>
      </w:tblGrid>
      <w:tr w:rsidR="00AA3848" w14:paraId="6571D885" w14:textId="77777777" w:rsidTr="00F715B3">
        <w:trPr>
          <w:gridAfter w:val="1"/>
          <w:wAfter w:w="25" w:type="dxa"/>
          <w:jc w:val="center"/>
        </w:trPr>
        <w:tc>
          <w:tcPr>
            <w:tcW w:w="1152" w:type="dxa"/>
            <w:gridSpan w:val="2"/>
            <w:shd w:val="clear" w:color="auto" w:fill="1B365D"/>
            <w:tcMar>
              <w:top w:w="70" w:type="dxa"/>
              <w:left w:w="100" w:type="dxa"/>
              <w:bottom w:w="70" w:type="dxa"/>
              <w:right w:w="100" w:type="dxa"/>
            </w:tcMar>
          </w:tcPr>
          <w:p w14:paraId="6B7205CB" w14:textId="77777777" w:rsidR="00AA3848" w:rsidRDefault="00407892">
            <w:pPr>
              <w:spacing w:before="40" w:after="40"/>
            </w:pPr>
            <w:r>
              <w:rPr>
                <w:b/>
                <w:color w:val="FFFFFF"/>
                <w:sz w:val="19"/>
              </w:rPr>
              <w:t>Section #</w:t>
            </w:r>
          </w:p>
        </w:tc>
        <w:tc>
          <w:tcPr>
            <w:tcW w:w="1152" w:type="dxa"/>
            <w:shd w:val="clear" w:color="auto" w:fill="1B365D"/>
            <w:tcMar>
              <w:top w:w="70" w:type="dxa"/>
              <w:left w:w="100" w:type="dxa"/>
              <w:bottom w:w="70" w:type="dxa"/>
              <w:right w:w="100" w:type="dxa"/>
            </w:tcMar>
          </w:tcPr>
          <w:p w14:paraId="1055202E" w14:textId="77777777" w:rsidR="00AA3848" w:rsidRDefault="00407892">
            <w:pPr>
              <w:spacing w:before="40" w:after="40"/>
            </w:pPr>
            <w:r>
              <w:rPr>
                <w:b/>
                <w:color w:val="FFFFFF"/>
                <w:sz w:val="19"/>
              </w:rPr>
              <w:t>Question #</w:t>
            </w:r>
          </w:p>
        </w:tc>
        <w:tc>
          <w:tcPr>
            <w:tcW w:w="7776" w:type="dxa"/>
            <w:shd w:val="clear" w:color="auto" w:fill="1B365D"/>
            <w:tcMar>
              <w:top w:w="70" w:type="dxa"/>
              <w:left w:w="100" w:type="dxa"/>
              <w:bottom w:w="70" w:type="dxa"/>
              <w:right w:w="100" w:type="dxa"/>
            </w:tcMar>
          </w:tcPr>
          <w:p w14:paraId="2CC039B0" w14:textId="77777777" w:rsidR="00AA3848" w:rsidRDefault="00407892">
            <w:pPr>
              <w:spacing w:before="40" w:after="40"/>
            </w:pPr>
            <w:r>
              <w:rPr>
                <w:b/>
                <w:color w:val="FFFFFF"/>
                <w:sz w:val="19"/>
              </w:rPr>
              <w:t>Expanded Explanation / Additional Details</w:t>
            </w:r>
          </w:p>
        </w:tc>
      </w:tr>
      <w:tr w:rsidR="00AA3848" w14:paraId="7D307391" w14:textId="77777777" w:rsidTr="00F715B3">
        <w:trPr>
          <w:gridAfter w:val="1"/>
          <w:wAfter w:w="25" w:type="dxa"/>
          <w:jc w:val="center"/>
        </w:trPr>
        <w:tc>
          <w:tcPr>
            <w:tcW w:w="1152" w:type="dxa"/>
            <w:gridSpan w:val="2"/>
            <w:shd w:val="clear" w:color="auto" w:fill="FFFFFF"/>
            <w:tcMar>
              <w:top w:w="70" w:type="dxa"/>
              <w:left w:w="100" w:type="dxa"/>
              <w:bottom w:w="70" w:type="dxa"/>
              <w:right w:w="100" w:type="dxa"/>
            </w:tcMar>
          </w:tcPr>
          <w:p w14:paraId="5B8C6060" w14:textId="77777777" w:rsidR="00AA3848" w:rsidRDefault="00407892">
            <w:pPr>
              <w:spacing w:before="40" w:after="40"/>
            </w:pPr>
            <w:r>
              <w:rPr>
                <w:color w:val="141414"/>
                <w:sz w:val="19"/>
              </w:rPr>
              <w:t xml:space="preserve">[ Sec </w:t>
            </w:r>
            <w:proofErr w:type="gramStart"/>
            <w:r>
              <w:rPr>
                <w:color w:val="141414"/>
                <w:sz w:val="19"/>
              </w:rPr>
              <w:t># ]</w:t>
            </w:r>
            <w:proofErr w:type="gramEnd"/>
          </w:p>
        </w:tc>
        <w:tc>
          <w:tcPr>
            <w:tcW w:w="1152" w:type="dxa"/>
            <w:shd w:val="clear" w:color="auto" w:fill="FFFFFF"/>
            <w:tcMar>
              <w:top w:w="70" w:type="dxa"/>
              <w:left w:w="100" w:type="dxa"/>
              <w:bottom w:w="70" w:type="dxa"/>
              <w:right w:w="100" w:type="dxa"/>
            </w:tcMar>
          </w:tcPr>
          <w:p w14:paraId="335A1898" w14:textId="77777777" w:rsidR="00AA3848" w:rsidRDefault="00407892">
            <w:pPr>
              <w:spacing w:before="40" w:after="40"/>
            </w:pPr>
            <w:r>
              <w:rPr>
                <w:color w:val="141414"/>
                <w:sz w:val="19"/>
              </w:rPr>
              <w:t xml:space="preserve">[ Q </w:t>
            </w:r>
            <w:proofErr w:type="gramStart"/>
            <w:r>
              <w:rPr>
                <w:color w:val="141414"/>
                <w:sz w:val="19"/>
              </w:rPr>
              <w:t># ]</w:t>
            </w:r>
            <w:proofErr w:type="gramEnd"/>
          </w:p>
        </w:tc>
        <w:tc>
          <w:tcPr>
            <w:tcW w:w="7776" w:type="dxa"/>
            <w:shd w:val="clear" w:color="auto" w:fill="FFFFFF"/>
            <w:tcMar>
              <w:top w:w="70" w:type="dxa"/>
              <w:left w:w="100" w:type="dxa"/>
              <w:bottom w:w="70" w:type="dxa"/>
              <w:right w:w="100" w:type="dxa"/>
            </w:tcMar>
          </w:tcPr>
          <w:p w14:paraId="226E5144" w14:textId="77777777" w:rsidR="00AA3848" w:rsidRDefault="00407892">
            <w:pPr>
              <w:spacing w:before="40" w:after="40"/>
            </w:pPr>
            <w:r>
              <w:rPr>
                <w:i/>
                <w:color w:val="6E6E6E"/>
                <w:sz w:val="19"/>
              </w:rPr>
              <w:t xml:space="preserve">[ Click / Type Expanded Explanation </w:t>
            </w:r>
            <w:proofErr w:type="gramStart"/>
            <w:r>
              <w:rPr>
                <w:i/>
                <w:color w:val="6E6E6E"/>
                <w:sz w:val="19"/>
              </w:rPr>
              <w:t>Here ]</w:t>
            </w:r>
            <w:proofErr w:type="gramEnd"/>
          </w:p>
        </w:tc>
      </w:tr>
      <w:tr w:rsidR="00AA3848" w14:paraId="22D8A784" w14:textId="77777777" w:rsidTr="00F715B3">
        <w:trPr>
          <w:gridAfter w:val="1"/>
          <w:wAfter w:w="25" w:type="dxa"/>
          <w:jc w:val="center"/>
        </w:trPr>
        <w:tc>
          <w:tcPr>
            <w:tcW w:w="1152" w:type="dxa"/>
            <w:gridSpan w:val="2"/>
            <w:shd w:val="clear" w:color="auto" w:fill="F9FBFD"/>
            <w:tcMar>
              <w:top w:w="70" w:type="dxa"/>
              <w:left w:w="100" w:type="dxa"/>
              <w:bottom w:w="70" w:type="dxa"/>
              <w:right w:w="100" w:type="dxa"/>
            </w:tcMar>
          </w:tcPr>
          <w:p w14:paraId="46CE8806" w14:textId="77777777" w:rsidR="00AA3848" w:rsidRDefault="00407892">
            <w:pPr>
              <w:spacing w:before="40" w:after="40"/>
            </w:pPr>
            <w:r>
              <w:rPr>
                <w:color w:val="141414"/>
                <w:sz w:val="19"/>
              </w:rPr>
              <w:t xml:space="preserve">[ Sec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7C451BE1" w14:textId="77777777" w:rsidR="00AA3848" w:rsidRDefault="00407892">
            <w:pPr>
              <w:spacing w:before="40" w:after="40"/>
            </w:pPr>
            <w:r>
              <w:rPr>
                <w:color w:val="141414"/>
                <w:sz w:val="19"/>
              </w:rPr>
              <w:t xml:space="preserve">[ Q </w:t>
            </w:r>
            <w:proofErr w:type="gramStart"/>
            <w:r>
              <w:rPr>
                <w:color w:val="141414"/>
                <w:sz w:val="19"/>
              </w:rPr>
              <w:t># ]</w:t>
            </w:r>
            <w:proofErr w:type="gramEnd"/>
          </w:p>
        </w:tc>
        <w:tc>
          <w:tcPr>
            <w:tcW w:w="7776" w:type="dxa"/>
            <w:shd w:val="clear" w:color="auto" w:fill="F9FBFD"/>
            <w:tcMar>
              <w:top w:w="70" w:type="dxa"/>
              <w:left w:w="100" w:type="dxa"/>
              <w:bottom w:w="70" w:type="dxa"/>
              <w:right w:w="100" w:type="dxa"/>
            </w:tcMar>
          </w:tcPr>
          <w:p w14:paraId="024B6E71" w14:textId="77777777" w:rsidR="00AA3848" w:rsidRDefault="00407892">
            <w:pPr>
              <w:spacing w:before="40" w:after="40"/>
            </w:pPr>
            <w:r>
              <w:rPr>
                <w:i/>
                <w:color w:val="6E6E6E"/>
                <w:sz w:val="19"/>
              </w:rPr>
              <w:t xml:space="preserve">[ Click / Type Expanded Explanation </w:t>
            </w:r>
            <w:proofErr w:type="gramStart"/>
            <w:r>
              <w:rPr>
                <w:i/>
                <w:color w:val="6E6E6E"/>
                <w:sz w:val="19"/>
              </w:rPr>
              <w:t>Here ]</w:t>
            </w:r>
            <w:proofErr w:type="gramEnd"/>
          </w:p>
        </w:tc>
      </w:tr>
      <w:tr w:rsidR="00AA3848" w14:paraId="21006426" w14:textId="77777777" w:rsidTr="00F715B3">
        <w:trPr>
          <w:gridAfter w:val="1"/>
          <w:wAfter w:w="25" w:type="dxa"/>
          <w:jc w:val="center"/>
        </w:trPr>
        <w:tc>
          <w:tcPr>
            <w:tcW w:w="1152" w:type="dxa"/>
            <w:gridSpan w:val="2"/>
            <w:shd w:val="clear" w:color="auto" w:fill="FFFFFF"/>
            <w:tcMar>
              <w:top w:w="70" w:type="dxa"/>
              <w:left w:w="100" w:type="dxa"/>
              <w:bottom w:w="70" w:type="dxa"/>
              <w:right w:w="100" w:type="dxa"/>
            </w:tcMar>
          </w:tcPr>
          <w:p w14:paraId="6C9F2AD9" w14:textId="77777777" w:rsidR="00AA3848" w:rsidRDefault="00407892">
            <w:pPr>
              <w:spacing w:before="40" w:after="40"/>
            </w:pPr>
            <w:r>
              <w:rPr>
                <w:color w:val="141414"/>
                <w:sz w:val="19"/>
              </w:rPr>
              <w:t xml:space="preserve">[ Sec </w:t>
            </w:r>
            <w:proofErr w:type="gramStart"/>
            <w:r>
              <w:rPr>
                <w:color w:val="141414"/>
                <w:sz w:val="19"/>
              </w:rPr>
              <w:t># ]</w:t>
            </w:r>
            <w:proofErr w:type="gramEnd"/>
          </w:p>
        </w:tc>
        <w:tc>
          <w:tcPr>
            <w:tcW w:w="1152" w:type="dxa"/>
            <w:shd w:val="clear" w:color="auto" w:fill="FFFFFF"/>
            <w:tcMar>
              <w:top w:w="70" w:type="dxa"/>
              <w:left w:w="100" w:type="dxa"/>
              <w:bottom w:w="70" w:type="dxa"/>
              <w:right w:w="100" w:type="dxa"/>
            </w:tcMar>
          </w:tcPr>
          <w:p w14:paraId="313BCB02" w14:textId="77777777" w:rsidR="00AA3848" w:rsidRDefault="00407892">
            <w:pPr>
              <w:spacing w:before="40" w:after="40"/>
            </w:pPr>
            <w:r>
              <w:rPr>
                <w:color w:val="141414"/>
                <w:sz w:val="19"/>
              </w:rPr>
              <w:t xml:space="preserve">[ Q </w:t>
            </w:r>
            <w:proofErr w:type="gramStart"/>
            <w:r>
              <w:rPr>
                <w:color w:val="141414"/>
                <w:sz w:val="19"/>
              </w:rPr>
              <w:t># ]</w:t>
            </w:r>
            <w:proofErr w:type="gramEnd"/>
          </w:p>
        </w:tc>
        <w:tc>
          <w:tcPr>
            <w:tcW w:w="7776" w:type="dxa"/>
            <w:shd w:val="clear" w:color="auto" w:fill="FFFFFF"/>
            <w:tcMar>
              <w:top w:w="70" w:type="dxa"/>
              <w:left w:w="100" w:type="dxa"/>
              <w:bottom w:w="70" w:type="dxa"/>
              <w:right w:w="100" w:type="dxa"/>
            </w:tcMar>
          </w:tcPr>
          <w:p w14:paraId="5DE7CF16" w14:textId="77777777" w:rsidR="00AA3848" w:rsidRDefault="00407892">
            <w:pPr>
              <w:spacing w:before="40" w:after="40"/>
            </w:pPr>
            <w:r>
              <w:rPr>
                <w:i/>
                <w:color w:val="6E6E6E"/>
                <w:sz w:val="19"/>
              </w:rPr>
              <w:t xml:space="preserve">[ Click / Type Expanded Explanation </w:t>
            </w:r>
            <w:proofErr w:type="gramStart"/>
            <w:r>
              <w:rPr>
                <w:i/>
                <w:color w:val="6E6E6E"/>
                <w:sz w:val="19"/>
              </w:rPr>
              <w:t>Here ]</w:t>
            </w:r>
            <w:proofErr w:type="gramEnd"/>
          </w:p>
        </w:tc>
      </w:tr>
      <w:tr w:rsidR="00AA3848" w14:paraId="1B599063" w14:textId="77777777" w:rsidTr="00F715B3">
        <w:trPr>
          <w:gridAfter w:val="1"/>
          <w:wAfter w:w="25" w:type="dxa"/>
          <w:jc w:val="center"/>
        </w:trPr>
        <w:tc>
          <w:tcPr>
            <w:tcW w:w="1152" w:type="dxa"/>
            <w:gridSpan w:val="2"/>
            <w:shd w:val="clear" w:color="auto" w:fill="F9FBFD"/>
            <w:tcMar>
              <w:top w:w="70" w:type="dxa"/>
              <w:left w:w="100" w:type="dxa"/>
              <w:bottom w:w="70" w:type="dxa"/>
              <w:right w:w="100" w:type="dxa"/>
            </w:tcMar>
          </w:tcPr>
          <w:p w14:paraId="270EC186" w14:textId="77777777" w:rsidR="00AA3848" w:rsidRDefault="00407892">
            <w:pPr>
              <w:spacing w:before="40" w:after="40"/>
            </w:pPr>
            <w:r>
              <w:rPr>
                <w:color w:val="141414"/>
                <w:sz w:val="19"/>
              </w:rPr>
              <w:t xml:space="preserve">[ Sec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7C230299" w14:textId="77777777" w:rsidR="00AA3848" w:rsidRDefault="00407892">
            <w:pPr>
              <w:spacing w:before="40" w:after="40"/>
            </w:pPr>
            <w:r>
              <w:rPr>
                <w:color w:val="141414"/>
                <w:sz w:val="19"/>
              </w:rPr>
              <w:t xml:space="preserve">[ Q </w:t>
            </w:r>
            <w:proofErr w:type="gramStart"/>
            <w:r>
              <w:rPr>
                <w:color w:val="141414"/>
                <w:sz w:val="19"/>
              </w:rPr>
              <w:t># ]</w:t>
            </w:r>
            <w:proofErr w:type="gramEnd"/>
          </w:p>
        </w:tc>
        <w:tc>
          <w:tcPr>
            <w:tcW w:w="7776" w:type="dxa"/>
            <w:shd w:val="clear" w:color="auto" w:fill="F9FBFD"/>
            <w:tcMar>
              <w:top w:w="70" w:type="dxa"/>
              <w:left w:w="100" w:type="dxa"/>
              <w:bottom w:w="70" w:type="dxa"/>
              <w:right w:w="100" w:type="dxa"/>
            </w:tcMar>
          </w:tcPr>
          <w:p w14:paraId="6627AE60" w14:textId="77777777" w:rsidR="00AA3848" w:rsidRDefault="00407892">
            <w:pPr>
              <w:spacing w:before="40" w:after="40"/>
            </w:pPr>
            <w:r>
              <w:rPr>
                <w:i/>
                <w:color w:val="6E6E6E"/>
                <w:sz w:val="19"/>
              </w:rPr>
              <w:t xml:space="preserve">[ Click / Type Expanded Explanation </w:t>
            </w:r>
            <w:proofErr w:type="gramStart"/>
            <w:r>
              <w:rPr>
                <w:i/>
                <w:color w:val="6E6E6E"/>
                <w:sz w:val="19"/>
              </w:rPr>
              <w:t>Here ]</w:t>
            </w:r>
            <w:proofErr w:type="gramEnd"/>
          </w:p>
        </w:tc>
      </w:tr>
      <w:tr w:rsidR="00F715B3" w14:paraId="595ED6A1" w14:textId="77777777" w:rsidTr="00F715B3">
        <w:trPr>
          <w:gridAfter w:val="1"/>
          <w:wAfter w:w="25" w:type="dxa"/>
          <w:jc w:val="center"/>
        </w:trPr>
        <w:tc>
          <w:tcPr>
            <w:tcW w:w="1152" w:type="dxa"/>
            <w:gridSpan w:val="2"/>
            <w:shd w:val="clear" w:color="auto" w:fill="F9FBFD"/>
            <w:tcMar>
              <w:top w:w="70" w:type="dxa"/>
              <w:left w:w="100" w:type="dxa"/>
              <w:bottom w:w="70" w:type="dxa"/>
              <w:right w:w="100" w:type="dxa"/>
            </w:tcMar>
          </w:tcPr>
          <w:p w14:paraId="4A9703A3" w14:textId="4CF2BBB8" w:rsidR="00F715B3" w:rsidRDefault="00F715B3" w:rsidP="00F715B3">
            <w:pPr>
              <w:spacing w:before="40" w:after="40"/>
              <w:rPr>
                <w:color w:val="141414"/>
                <w:sz w:val="19"/>
              </w:rPr>
            </w:pPr>
            <w:r>
              <w:rPr>
                <w:color w:val="141414"/>
                <w:sz w:val="19"/>
              </w:rPr>
              <w:t xml:space="preserve">[ Sec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1E735D88" w14:textId="17185B89" w:rsidR="00F715B3" w:rsidRDefault="00F715B3" w:rsidP="00F715B3">
            <w:pPr>
              <w:spacing w:before="40" w:after="40"/>
              <w:rPr>
                <w:color w:val="141414"/>
                <w:sz w:val="19"/>
              </w:rPr>
            </w:pPr>
            <w:r>
              <w:rPr>
                <w:color w:val="141414"/>
                <w:sz w:val="19"/>
              </w:rPr>
              <w:t xml:space="preserve">[ Q </w:t>
            </w:r>
            <w:proofErr w:type="gramStart"/>
            <w:r>
              <w:rPr>
                <w:color w:val="141414"/>
                <w:sz w:val="19"/>
              </w:rPr>
              <w:t># ]</w:t>
            </w:r>
            <w:proofErr w:type="gramEnd"/>
          </w:p>
        </w:tc>
        <w:tc>
          <w:tcPr>
            <w:tcW w:w="7776" w:type="dxa"/>
            <w:shd w:val="clear" w:color="auto" w:fill="F9FBFD"/>
            <w:tcMar>
              <w:top w:w="70" w:type="dxa"/>
              <w:left w:w="100" w:type="dxa"/>
              <w:bottom w:w="70" w:type="dxa"/>
              <w:right w:w="100" w:type="dxa"/>
            </w:tcMar>
          </w:tcPr>
          <w:p w14:paraId="4AD7F1AA" w14:textId="1C7C5A82" w:rsidR="00F715B3" w:rsidRDefault="00F715B3" w:rsidP="00F715B3">
            <w:pPr>
              <w:spacing w:before="40" w:after="40"/>
              <w:rPr>
                <w:i/>
                <w:color w:val="6E6E6E"/>
                <w:sz w:val="19"/>
              </w:rPr>
            </w:pPr>
            <w:r>
              <w:rPr>
                <w:i/>
                <w:color w:val="6E6E6E"/>
                <w:sz w:val="19"/>
              </w:rPr>
              <w:t xml:space="preserve">[ Click / Type Expanded Explanation </w:t>
            </w:r>
            <w:proofErr w:type="gramStart"/>
            <w:r>
              <w:rPr>
                <w:i/>
                <w:color w:val="6E6E6E"/>
                <w:sz w:val="19"/>
              </w:rPr>
              <w:t>Here ]</w:t>
            </w:r>
            <w:proofErr w:type="gramEnd"/>
          </w:p>
        </w:tc>
      </w:tr>
      <w:tr w:rsidR="00F715B3" w14:paraId="6BDAD74B" w14:textId="77777777" w:rsidTr="00F715B3">
        <w:trPr>
          <w:gridAfter w:val="1"/>
          <w:wAfter w:w="25" w:type="dxa"/>
          <w:jc w:val="center"/>
        </w:trPr>
        <w:tc>
          <w:tcPr>
            <w:tcW w:w="1152" w:type="dxa"/>
            <w:gridSpan w:val="2"/>
            <w:shd w:val="clear" w:color="auto" w:fill="F9FBFD"/>
            <w:tcMar>
              <w:top w:w="70" w:type="dxa"/>
              <w:left w:w="100" w:type="dxa"/>
              <w:bottom w:w="70" w:type="dxa"/>
              <w:right w:w="100" w:type="dxa"/>
            </w:tcMar>
          </w:tcPr>
          <w:p w14:paraId="511D3EC7" w14:textId="5773AC06" w:rsidR="00F715B3" w:rsidRDefault="00F715B3" w:rsidP="00F715B3">
            <w:pPr>
              <w:spacing w:before="40" w:after="40"/>
              <w:rPr>
                <w:color w:val="141414"/>
                <w:sz w:val="19"/>
              </w:rPr>
            </w:pPr>
            <w:r>
              <w:rPr>
                <w:color w:val="141414"/>
                <w:sz w:val="19"/>
              </w:rPr>
              <w:t xml:space="preserve">[ Sec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69FE42C4" w14:textId="0B9B59EB" w:rsidR="00F715B3" w:rsidRDefault="00F715B3" w:rsidP="00F715B3">
            <w:pPr>
              <w:spacing w:before="40" w:after="40"/>
              <w:rPr>
                <w:color w:val="141414"/>
                <w:sz w:val="19"/>
              </w:rPr>
            </w:pPr>
            <w:r>
              <w:rPr>
                <w:color w:val="141414"/>
                <w:sz w:val="19"/>
              </w:rPr>
              <w:t xml:space="preserve">[ Q </w:t>
            </w:r>
            <w:proofErr w:type="gramStart"/>
            <w:r>
              <w:rPr>
                <w:color w:val="141414"/>
                <w:sz w:val="19"/>
              </w:rPr>
              <w:t># ]</w:t>
            </w:r>
            <w:proofErr w:type="gramEnd"/>
          </w:p>
        </w:tc>
        <w:tc>
          <w:tcPr>
            <w:tcW w:w="7776" w:type="dxa"/>
            <w:shd w:val="clear" w:color="auto" w:fill="F9FBFD"/>
            <w:tcMar>
              <w:top w:w="70" w:type="dxa"/>
              <w:left w:w="100" w:type="dxa"/>
              <w:bottom w:w="70" w:type="dxa"/>
              <w:right w:w="100" w:type="dxa"/>
            </w:tcMar>
          </w:tcPr>
          <w:p w14:paraId="5A543750" w14:textId="61D549E3" w:rsidR="00F715B3" w:rsidRDefault="00F715B3" w:rsidP="00F715B3">
            <w:pPr>
              <w:spacing w:before="40" w:after="40"/>
              <w:rPr>
                <w:i/>
                <w:color w:val="6E6E6E"/>
                <w:sz w:val="19"/>
              </w:rPr>
            </w:pPr>
            <w:r>
              <w:rPr>
                <w:i/>
                <w:color w:val="6E6E6E"/>
                <w:sz w:val="19"/>
              </w:rPr>
              <w:t xml:space="preserve">[ Click / Type Expanded Explanation </w:t>
            </w:r>
            <w:proofErr w:type="gramStart"/>
            <w:r>
              <w:rPr>
                <w:i/>
                <w:color w:val="6E6E6E"/>
                <w:sz w:val="19"/>
              </w:rPr>
              <w:t>Here ]</w:t>
            </w:r>
            <w:proofErr w:type="gramEnd"/>
          </w:p>
        </w:tc>
      </w:tr>
      <w:tr w:rsidR="00F715B3" w14:paraId="4EF66ADE" w14:textId="77777777" w:rsidTr="00F715B3">
        <w:trPr>
          <w:gridAfter w:val="1"/>
          <w:wAfter w:w="25" w:type="dxa"/>
          <w:jc w:val="center"/>
        </w:trPr>
        <w:tc>
          <w:tcPr>
            <w:tcW w:w="1152" w:type="dxa"/>
            <w:gridSpan w:val="2"/>
            <w:shd w:val="clear" w:color="auto" w:fill="F9FBFD"/>
            <w:tcMar>
              <w:top w:w="70" w:type="dxa"/>
              <w:left w:w="100" w:type="dxa"/>
              <w:bottom w:w="70" w:type="dxa"/>
              <w:right w:w="100" w:type="dxa"/>
            </w:tcMar>
          </w:tcPr>
          <w:p w14:paraId="2FEABB9C" w14:textId="6EB0725C" w:rsidR="00F715B3" w:rsidRDefault="00F715B3" w:rsidP="00F715B3">
            <w:pPr>
              <w:spacing w:before="40" w:after="40"/>
              <w:rPr>
                <w:color w:val="141414"/>
                <w:sz w:val="19"/>
              </w:rPr>
            </w:pPr>
            <w:r>
              <w:rPr>
                <w:color w:val="141414"/>
                <w:sz w:val="19"/>
              </w:rPr>
              <w:t xml:space="preserve">[ Sec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5B2C25FD" w14:textId="02202923" w:rsidR="00F715B3" w:rsidRDefault="00F715B3" w:rsidP="00F715B3">
            <w:pPr>
              <w:spacing w:before="40" w:after="40"/>
              <w:rPr>
                <w:color w:val="141414"/>
                <w:sz w:val="19"/>
              </w:rPr>
            </w:pPr>
            <w:r>
              <w:rPr>
                <w:color w:val="141414"/>
                <w:sz w:val="19"/>
              </w:rPr>
              <w:t xml:space="preserve">[ Q </w:t>
            </w:r>
            <w:proofErr w:type="gramStart"/>
            <w:r>
              <w:rPr>
                <w:color w:val="141414"/>
                <w:sz w:val="19"/>
              </w:rPr>
              <w:t># ]</w:t>
            </w:r>
            <w:proofErr w:type="gramEnd"/>
          </w:p>
        </w:tc>
        <w:tc>
          <w:tcPr>
            <w:tcW w:w="7776" w:type="dxa"/>
            <w:shd w:val="clear" w:color="auto" w:fill="F9FBFD"/>
            <w:tcMar>
              <w:top w:w="70" w:type="dxa"/>
              <w:left w:w="100" w:type="dxa"/>
              <w:bottom w:w="70" w:type="dxa"/>
              <w:right w:w="100" w:type="dxa"/>
            </w:tcMar>
          </w:tcPr>
          <w:p w14:paraId="47BA3E57" w14:textId="26D6E4FB" w:rsidR="00F715B3" w:rsidRDefault="00F715B3" w:rsidP="00F715B3">
            <w:pPr>
              <w:spacing w:before="40" w:after="40"/>
              <w:rPr>
                <w:i/>
                <w:color w:val="6E6E6E"/>
                <w:sz w:val="19"/>
              </w:rPr>
            </w:pPr>
            <w:r>
              <w:rPr>
                <w:i/>
                <w:color w:val="6E6E6E"/>
                <w:sz w:val="19"/>
              </w:rPr>
              <w:t xml:space="preserve">[ Click / Type Expanded Explanation </w:t>
            </w:r>
            <w:proofErr w:type="gramStart"/>
            <w:r>
              <w:rPr>
                <w:i/>
                <w:color w:val="6E6E6E"/>
                <w:sz w:val="19"/>
              </w:rPr>
              <w:t>Here ]</w:t>
            </w:r>
            <w:proofErr w:type="gramEnd"/>
          </w:p>
        </w:tc>
      </w:tr>
      <w:tr w:rsidR="00F715B3" w14:paraId="4141767B" w14:textId="77777777" w:rsidTr="00F715B3">
        <w:trPr>
          <w:gridAfter w:val="1"/>
          <w:wAfter w:w="25" w:type="dxa"/>
          <w:jc w:val="center"/>
        </w:trPr>
        <w:tc>
          <w:tcPr>
            <w:tcW w:w="1152" w:type="dxa"/>
            <w:gridSpan w:val="2"/>
            <w:shd w:val="clear" w:color="auto" w:fill="F9FBFD"/>
            <w:tcMar>
              <w:top w:w="70" w:type="dxa"/>
              <w:left w:w="100" w:type="dxa"/>
              <w:bottom w:w="70" w:type="dxa"/>
              <w:right w:w="100" w:type="dxa"/>
            </w:tcMar>
          </w:tcPr>
          <w:p w14:paraId="0C7E2DCA" w14:textId="4A9B6E8D" w:rsidR="00F715B3" w:rsidRDefault="00F715B3" w:rsidP="00F715B3">
            <w:pPr>
              <w:spacing w:before="40" w:after="40"/>
              <w:rPr>
                <w:color w:val="141414"/>
                <w:sz w:val="19"/>
              </w:rPr>
            </w:pPr>
            <w:r>
              <w:rPr>
                <w:color w:val="141414"/>
                <w:sz w:val="19"/>
              </w:rPr>
              <w:t xml:space="preserve">[ Sec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5FAF4C76" w14:textId="47ECFE79" w:rsidR="00F715B3" w:rsidRDefault="00F715B3" w:rsidP="00F715B3">
            <w:pPr>
              <w:spacing w:before="40" w:after="40"/>
              <w:rPr>
                <w:color w:val="141414"/>
                <w:sz w:val="19"/>
              </w:rPr>
            </w:pPr>
            <w:r>
              <w:rPr>
                <w:color w:val="141414"/>
                <w:sz w:val="19"/>
              </w:rPr>
              <w:t xml:space="preserve">[ Q </w:t>
            </w:r>
            <w:proofErr w:type="gramStart"/>
            <w:r>
              <w:rPr>
                <w:color w:val="141414"/>
                <w:sz w:val="19"/>
              </w:rPr>
              <w:t># ]</w:t>
            </w:r>
            <w:proofErr w:type="gramEnd"/>
          </w:p>
        </w:tc>
        <w:tc>
          <w:tcPr>
            <w:tcW w:w="7776" w:type="dxa"/>
            <w:shd w:val="clear" w:color="auto" w:fill="F9FBFD"/>
            <w:tcMar>
              <w:top w:w="70" w:type="dxa"/>
              <w:left w:w="100" w:type="dxa"/>
              <w:bottom w:w="70" w:type="dxa"/>
              <w:right w:w="100" w:type="dxa"/>
            </w:tcMar>
          </w:tcPr>
          <w:p w14:paraId="63153FE7" w14:textId="69EB4D55" w:rsidR="00F715B3" w:rsidRDefault="00F715B3" w:rsidP="00F715B3">
            <w:pPr>
              <w:spacing w:before="40" w:after="40"/>
              <w:rPr>
                <w:i/>
                <w:color w:val="6E6E6E"/>
                <w:sz w:val="19"/>
              </w:rPr>
            </w:pPr>
            <w:r>
              <w:rPr>
                <w:i/>
                <w:color w:val="6E6E6E"/>
                <w:sz w:val="19"/>
              </w:rPr>
              <w:t xml:space="preserve">[ Click / Type Expanded Explanation </w:t>
            </w:r>
            <w:proofErr w:type="gramStart"/>
            <w:r>
              <w:rPr>
                <w:i/>
                <w:color w:val="6E6E6E"/>
                <w:sz w:val="19"/>
              </w:rPr>
              <w:t>Here ]</w:t>
            </w:r>
            <w:proofErr w:type="gramEnd"/>
          </w:p>
        </w:tc>
      </w:tr>
      <w:tr w:rsidR="00F715B3" w14:paraId="0B94E4A2" w14:textId="77777777" w:rsidTr="00F715B3">
        <w:trPr>
          <w:gridAfter w:val="1"/>
          <w:wAfter w:w="25" w:type="dxa"/>
          <w:jc w:val="center"/>
        </w:trPr>
        <w:tc>
          <w:tcPr>
            <w:tcW w:w="1152" w:type="dxa"/>
            <w:gridSpan w:val="2"/>
            <w:shd w:val="clear" w:color="auto" w:fill="F9FBFD"/>
            <w:tcMar>
              <w:top w:w="70" w:type="dxa"/>
              <w:left w:w="100" w:type="dxa"/>
              <w:bottom w:w="70" w:type="dxa"/>
              <w:right w:w="100" w:type="dxa"/>
            </w:tcMar>
          </w:tcPr>
          <w:p w14:paraId="23954917" w14:textId="461866C1" w:rsidR="00F715B3" w:rsidRDefault="00F715B3" w:rsidP="00F715B3">
            <w:pPr>
              <w:spacing w:before="40" w:after="40"/>
              <w:rPr>
                <w:color w:val="141414"/>
                <w:sz w:val="19"/>
              </w:rPr>
            </w:pPr>
            <w:r>
              <w:rPr>
                <w:color w:val="141414"/>
                <w:sz w:val="19"/>
              </w:rPr>
              <w:t xml:space="preserve">[ Sec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3121ADE8" w14:textId="312AC977" w:rsidR="00F715B3" w:rsidRDefault="00F715B3" w:rsidP="00F715B3">
            <w:pPr>
              <w:spacing w:before="40" w:after="40"/>
              <w:rPr>
                <w:color w:val="141414"/>
                <w:sz w:val="19"/>
              </w:rPr>
            </w:pPr>
            <w:r>
              <w:rPr>
                <w:color w:val="141414"/>
                <w:sz w:val="19"/>
              </w:rPr>
              <w:t xml:space="preserve">[ Q </w:t>
            </w:r>
            <w:proofErr w:type="gramStart"/>
            <w:r>
              <w:rPr>
                <w:color w:val="141414"/>
                <w:sz w:val="19"/>
              </w:rPr>
              <w:t># ]</w:t>
            </w:r>
            <w:proofErr w:type="gramEnd"/>
          </w:p>
        </w:tc>
        <w:tc>
          <w:tcPr>
            <w:tcW w:w="7776" w:type="dxa"/>
            <w:shd w:val="clear" w:color="auto" w:fill="F9FBFD"/>
            <w:tcMar>
              <w:top w:w="70" w:type="dxa"/>
              <w:left w:w="100" w:type="dxa"/>
              <w:bottom w:w="70" w:type="dxa"/>
              <w:right w:w="100" w:type="dxa"/>
            </w:tcMar>
          </w:tcPr>
          <w:p w14:paraId="741959BF" w14:textId="517F9B6B" w:rsidR="00F715B3" w:rsidRDefault="00F715B3" w:rsidP="00F715B3">
            <w:pPr>
              <w:spacing w:before="40" w:after="40"/>
              <w:rPr>
                <w:i/>
                <w:color w:val="6E6E6E"/>
                <w:sz w:val="19"/>
              </w:rPr>
            </w:pPr>
            <w:r>
              <w:rPr>
                <w:i/>
                <w:color w:val="6E6E6E"/>
                <w:sz w:val="19"/>
              </w:rPr>
              <w:t xml:space="preserve">[ Click / Type Expanded Explanation </w:t>
            </w:r>
            <w:proofErr w:type="gramStart"/>
            <w:r>
              <w:rPr>
                <w:i/>
                <w:color w:val="6E6E6E"/>
                <w:sz w:val="19"/>
              </w:rPr>
              <w:t>Here ]</w:t>
            </w:r>
            <w:proofErr w:type="gramEnd"/>
          </w:p>
        </w:tc>
      </w:tr>
      <w:tr w:rsidR="00F715B3" w14:paraId="4A44B6C9" w14:textId="77777777" w:rsidTr="00F715B3">
        <w:trPr>
          <w:gridAfter w:val="1"/>
          <w:wAfter w:w="25" w:type="dxa"/>
          <w:jc w:val="center"/>
        </w:trPr>
        <w:tc>
          <w:tcPr>
            <w:tcW w:w="1152" w:type="dxa"/>
            <w:gridSpan w:val="2"/>
            <w:shd w:val="clear" w:color="auto" w:fill="F9FBFD"/>
            <w:tcMar>
              <w:top w:w="70" w:type="dxa"/>
              <w:left w:w="100" w:type="dxa"/>
              <w:bottom w:w="70" w:type="dxa"/>
              <w:right w:w="100" w:type="dxa"/>
            </w:tcMar>
          </w:tcPr>
          <w:p w14:paraId="5E0E2345" w14:textId="03A2E574" w:rsidR="00F715B3" w:rsidRDefault="00F715B3" w:rsidP="00F715B3">
            <w:pPr>
              <w:spacing w:before="40" w:after="40"/>
              <w:rPr>
                <w:color w:val="141414"/>
                <w:sz w:val="19"/>
              </w:rPr>
            </w:pPr>
            <w:r>
              <w:rPr>
                <w:color w:val="141414"/>
                <w:sz w:val="19"/>
              </w:rPr>
              <w:t xml:space="preserve">[ Sec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5F6BF517" w14:textId="1B494B31" w:rsidR="00F715B3" w:rsidRDefault="00F715B3" w:rsidP="00F715B3">
            <w:pPr>
              <w:spacing w:before="40" w:after="40"/>
              <w:rPr>
                <w:color w:val="141414"/>
                <w:sz w:val="19"/>
              </w:rPr>
            </w:pPr>
            <w:r>
              <w:rPr>
                <w:color w:val="141414"/>
                <w:sz w:val="19"/>
              </w:rPr>
              <w:t xml:space="preserve">[ Q </w:t>
            </w:r>
            <w:proofErr w:type="gramStart"/>
            <w:r>
              <w:rPr>
                <w:color w:val="141414"/>
                <w:sz w:val="19"/>
              </w:rPr>
              <w:t># ]</w:t>
            </w:r>
            <w:proofErr w:type="gramEnd"/>
          </w:p>
        </w:tc>
        <w:tc>
          <w:tcPr>
            <w:tcW w:w="7776" w:type="dxa"/>
            <w:shd w:val="clear" w:color="auto" w:fill="F9FBFD"/>
            <w:tcMar>
              <w:top w:w="70" w:type="dxa"/>
              <w:left w:w="100" w:type="dxa"/>
              <w:bottom w:w="70" w:type="dxa"/>
              <w:right w:w="100" w:type="dxa"/>
            </w:tcMar>
          </w:tcPr>
          <w:p w14:paraId="4BA66A31" w14:textId="65D6452E" w:rsidR="00F715B3" w:rsidRDefault="00F715B3" w:rsidP="00F715B3">
            <w:pPr>
              <w:spacing w:before="40" w:after="40"/>
              <w:rPr>
                <w:i/>
                <w:color w:val="6E6E6E"/>
                <w:sz w:val="19"/>
              </w:rPr>
            </w:pPr>
            <w:r>
              <w:rPr>
                <w:i/>
                <w:color w:val="6E6E6E"/>
                <w:sz w:val="19"/>
              </w:rPr>
              <w:t xml:space="preserve">[ Click / Type Expanded Explanation </w:t>
            </w:r>
            <w:proofErr w:type="gramStart"/>
            <w:r>
              <w:rPr>
                <w:i/>
                <w:color w:val="6E6E6E"/>
                <w:sz w:val="19"/>
              </w:rPr>
              <w:t>Here ]</w:t>
            </w:r>
            <w:proofErr w:type="gramEnd"/>
          </w:p>
        </w:tc>
      </w:tr>
      <w:tr w:rsidR="00F715B3" w14:paraId="41403708" w14:textId="77777777" w:rsidTr="00F715B3">
        <w:trPr>
          <w:gridAfter w:val="1"/>
          <w:wAfter w:w="25" w:type="dxa"/>
          <w:jc w:val="center"/>
        </w:trPr>
        <w:tc>
          <w:tcPr>
            <w:tcW w:w="1152" w:type="dxa"/>
            <w:gridSpan w:val="2"/>
            <w:shd w:val="clear" w:color="auto" w:fill="F9FBFD"/>
            <w:tcMar>
              <w:top w:w="70" w:type="dxa"/>
              <w:left w:w="100" w:type="dxa"/>
              <w:bottom w:w="70" w:type="dxa"/>
              <w:right w:w="100" w:type="dxa"/>
            </w:tcMar>
          </w:tcPr>
          <w:p w14:paraId="21EB8221" w14:textId="4B632E1A" w:rsidR="00F715B3" w:rsidRDefault="00F715B3" w:rsidP="00F715B3">
            <w:pPr>
              <w:spacing w:before="40" w:after="40"/>
              <w:rPr>
                <w:color w:val="141414"/>
                <w:sz w:val="19"/>
              </w:rPr>
            </w:pPr>
            <w:r>
              <w:rPr>
                <w:color w:val="141414"/>
                <w:sz w:val="19"/>
              </w:rPr>
              <w:t xml:space="preserve">[ Sec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62EBEB4D" w14:textId="36EC66F9" w:rsidR="00F715B3" w:rsidRDefault="00F715B3" w:rsidP="00F715B3">
            <w:pPr>
              <w:spacing w:before="40" w:after="40"/>
              <w:rPr>
                <w:color w:val="141414"/>
                <w:sz w:val="19"/>
              </w:rPr>
            </w:pPr>
            <w:r>
              <w:rPr>
                <w:color w:val="141414"/>
                <w:sz w:val="19"/>
              </w:rPr>
              <w:t xml:space="preserve">[ Q </w:t>
            </w:r>
            <w:proofErr w:type="gramStart"/>
            <w:r>
              <w:rPr>
                <w:color w:val="141414"/>
                <w:sz w:val="19"/>
              </w:rPr>
              <w:t># ]</w:t>
            </w:r>
            <w:proofErr w:type="gramEnd"/>
          </w:p>
        </w:tc>
        <w:tc>
          <w:tcPr>
            <w:tcW w:w="7776" w:type="dxa"/>
            <w:shd w:val="clear" w:color="auto" w:fill="F9FBFD"/>
            <w:tcMar>
              <w:top w:w="70" w:type="dxa"/>
              <w:left w:w="100" w:type="dxa"/>
              <w:bottom w:w="70" w:type="dxa"/>
              <w:right w:w="100" w:type="dxa"/>
            </w:tcMar>
          </w:tcPr>
          <w:p w14:paraId="0FAED579" w14:textId="26373BE5" w:rsidR="00F715B3" w:rsidRDefault="00F715B3" w:rsidP="00F715B3">
            <w:pPr>
              <w:spacing w:before="40" w:after="40"/>
              <w:rPr>
                <w:i/>
                <w:color w:val="6E6E6E"/>
                <w:sz w:val="19"/>
              </w:rPr>
            </w:pPr>
            <w:r>
              <w:rPr>
                <w:i/>
                <w:color w:val="6E6E6E"/>
                <w:sz w:val="19"/>
              </w:rPr>
              <w:t xml:space="preserve">[ Click / Type Expanded Explanation </w:t>
            </w:r>
            <w:proofErr w:type="gramStart"/>
            <w:r>
              <w:rPr>
                <w:i/>
                <w:color w:val="6E6E6E"/>
                <w:sz w:val="19"/>
              </w:rPr>
              <w:t>Here ]</w:t>
            </w:r>
            <w:proofErr w:type="gramEnd"/>
          </w:p>
        </w:tc>
      </w:tr>
      <w:tr w:rsidR="00F715B3" w14:paraId="7447804A" w14:textId="77777777" w:rsidTr="00F715B3">
        <w:trPr>
          <w:gridAfter w:val="1"/>
          <w:wAfter w:w="25" w:type="dxa"/>
          <w:jc w:val="center"/>
        </w:trPr>
        <w:tc>
          <w:tcPr>
            <w:tcW w:w="1152" w:type="dxa"/>
            <w:gridSpan w:val="2"/>
            <w:shd w:val="clear" w:color="auto" w:fill="F9FBFD"/>
            <w:tcMar>
              <w:top w:w="70" w:type="dxa"/>
              <w:left w:w="100" w:type="dxa"/>
              <w:bottom w:w="70" w:type="dxa"/>
              <w:right w:w="100" w:type="dxa"/>
            </w:tcMar>
          </w:tcPr>
          <w:p w14:paraId="0274EF7F" w14:textId="6EA76EDF" w:rsidR="00F715B3" w:rsidRDefault="00F715B3" w:rsidP="00F715B3">
            <w:pPr>
              <w:spacing w:before="40" w:after="40"/>
              <w:rPr>
                <w:color w:val="141414"/>
                <w:sz w:val="19"/>
              </w:rPr>
            </w:pPr>
            <w:r>
              <w:rPr>
                <w:color w:val="141414"/>
                <w:sz w:val="19"/>
              </w:rPr>
              <w:t xml:space="preserve">[ Sec </w:t>
            </w:r>
            <w:proofErr w:type="gramStart"/>
            <w:r>
              <w:rPr>
                <w:color w:val="141414"/>
                <w:sz w:val="19"/>
              </w:rPr>
              <w:t># ]</w:t>
            </w:r>
            <w:proofErr w:type="gramEnd"/>
          </w:p>
        </w:tc>
        <w:tc>
          <w:tcPr>
            <w:tcW w:w="1152" w:type="dxa"/>
            <w:shd w:val="clear" w:color="auto" w:fill="F9FBFD"/>
            <w:tcMar>
              <w:top w:w="70" w:type="dxa"/>
              <w:left w:w="100" w:type="dxa"/>
              <w:bottom w:w="70" w:type="dxa"/>
              <w:right w:w="100" w:type="dxa"/>
            </w:tcMar>
          </w:tcPr>
          <w:p w14:paraId="5B14997A" w14:textId="28554F15" w:rsidR="00F715B3" w:rsidRDefault="00F715B3" w:rsidP="00F715B3">
            <w:pPr>
              <w:spacing w:before="40" w:after="40"/>
              <w:rPr>
                <w:color w:val="141414"/>
                <w:sz w:val="19"/>
              </w:rPr>
            </w:pPr>
            <w:r>
              <w:rPr>
                <w:color w:val="141414"/>
                <w:sz w:val="19"/>
              </w:rPr>
              <w:t xml:space="preserve">[ Q </w:t>
            </w:r>
            <w:proofErr w:type="gramStart"/>
            <w:r>
              <w:rPr>
                <w:color w:val="141414"/>
                <w:sz w:val="19"/>
              </w:rPr>
              <w:t># ]</w:t>
            </w:r>
            <w:proofErr w:type="gramEnd"/>
          </w:p>
        </w:tc>
        <w:tc>
          <w:tcPr>
            <w:tcW w:w="7776" w:type="dxa"/>
            <w:shd w:val="clear" w:color="auto" w:fill="F9FBFD"/>
            <w:tcMar>
              <w:top w:w="70" w:type="dxa"/>
              <w:left w:w="100" w:type="dxa"/>
              <w:bottom w:w="70" w:type="dxa"/>
              <w:right w:w="100" w:type="dxa"/>
            </w:tcMar>
          </w:tcPr>
          <w:p w14:paraId="4050BBF5" w14:textId="6BC7AC06" w:rsidR="00F715B3" w:rsidRDefault="00F715B3" w:rsidP="00F715B3">
            <w:pPr>
              <w:spacing w:before="40" w:after="40"/>
              <w:rPr>
                <w:i/>
                <w:color w:val="6E6E6E"/>
                <w:sz w:val="19"/>
              </w:rPr>
            </w:pPr>
            <w:r>
              <w:rPr>
                <w:i/>
                <w:color w:val="6E6E6E"/>
                <w:sz w:val="19"/>
              </w:rPr>
              <w:t xml:space="preserve">[ Click / Type Expanded Explanation </w:t>
            </w:r>
            <w:proofErr w:type="gramStart"/>
            <w:r>
              <w:rPr>
                <w:i/>
                <w:color w:val="6E6E6E"/>
                <w:sz w:val="19"/>
              </w:rPr>
              <w:t>Here ]</w:t>
            </w:r>
            <w:proofErr w:type="gramEnd"/>
          </w:p>
        </w:tc>
      </w:tr>
      <w:tr w:rsidR="00AA3848" w14:paraId="55F30927" w14:textId="77777777" w:rsidTr="00F715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5" w:type="dxa"/>
          <w:jc w:val="center"/>
        </w:trPr>
        <w:tc>
          <w:tcPr>
            <w:tcW w:w="10080" w:type="dxa"/>
            <w:gridSpan w:val="4"/>
            <w:tcBorders>
              <w:top w:val="single" w:sz="4" w:space="0" w:color="721C24"/>
              <w:left w:val="single" w:sz="24" w:space="0" w:color="721C24"/>
              <w:bottom w:val="single" w:sz="4" w:space="0" w:color="721C24"/>
              <w:right w:val="single" w:sz="4" w:space="0" w:color="721C24"/>
            </w:tcBorders>
            <w:shd w:val="clear" w:color="auto" w:fill="F8D7DA"/>
            <w:tcMar>
              <w:top w:w="120" w:type="dxa"/>
              <w:left w:w="180" w:type="dxa"/>
              <w:bottom w:w="120" w:type="dxa"/>
              <w:right w:w="180" w:type="dxa"/>
            </w:tcMar>
          </w:tcPr>
          <w:p w14:paraId="7B6C8177" w14:textId="77777777" w:rsidR="00AA3848" w:rsidRPr="00F715B3" w:rsidRDefault="00407892">
            <w:pPr>
              <w:spacing w:before="40" w:after="80"/>
              <w:rPr>
                <w:sz w:val="16"/>
                <w:szCs w:val="16"/>
              </w:rPr>
            </w:pPr>
            <w:r>
              <w:rPr>
                <w:b/>
                <w:color w:val="721C24"/>
                <w:sz w:val="22"/>
              </w:rPr>
              <w:lastRenderedPageBreak/>
              <w:t>🛑 MANDATORY NOTARY PAGE #2 OF 2 — DO NOT SIGN ELECTRONICALLY</w:t>
            </w:r>
            <w:r>
              <w:rPr>
                <w:b/>
                <w:color w:val="721C24"/>
                <w:sz w:val="22"/>
              </w:rPr>
              <w:br/>
            </w:r>
            <w:r w:rsidRPr="00F715B3">
              <w:rPr>
                <w:sz w:val="16"/>
                <w:szCs w:val="16"/>
              </w:rPr>
              <w:t>NOTICE TO APPLICANT: This final verification and legal affirmation MUST be signed in physical WET INK before a commissioned Notary Public.</w:t>
            </w:r>
          </w:p>
          <w:p w14:paraId="0CAFBD3A" w14:textId="77777777" w:rsidR="00AA3848" w:rsidRPr="00F715B3" w:rsidRDefault="00407892">
            <w:pPr>
              <w:spacing w:before="40" w:after="40"/>
              <w:rPr>
                <w:sz w:val="16"/>
                <w:szCs w:val="16"/>
              </w:rPr>
            </w:pPr>
            <w:r w:rsidRPr="00F715B3">
              <w:rPr>
                <w:sz w:val="16"/>
                <w:szCs w:val="16"/>
              </w:rPr>
              <w:t>• DO NOT sign or type your signature on this page electronically.</w:t>
            </w:r>
          </w:p>
          <w:p w14:paraId="4CFB0B73" w14:textId="77777777" w:rsidR="00AA3848" w:rsidRDefault="00407892">
            <w:pPr>
              <w:spacing w:before="40" w:after="40"/>
            </w:pPr>
            <w:r w:rsidRPr="00F715B3">
              <w:rPr>
                <w:sz w:val="16"/>
                <w:szCs w:val="16"/>
              </w:rPr>
              <w:t>• Print this standalone page, complete the questions below, sign in wet ink in the presence of a Notary Public, and obtain the Notary's seal and signature.</w:t>
            </w:r>
          </w:p>
        </w:tc>
      </w:tr>
    </w:tbl>
    <w:p w14:paraId="57B519A8" w14:textId="77777777" w:rsidR="00AA3848" w:rsidRDefault="00407892">
      <w:pPr>
        <w:keepNext/>
        <w:spacing w:before="280" w:after="120"/>
      </w:pPr>
      <w:r>
        <w:rPr>
          <w:b/>
          <w:color w:val="1B365D"/>
          <w:sz w:val="26"/>
        </w:rPr>
        <w:t>SECTION 18: PRE-EMPLOYMENT APPLICATION VERIFICATION</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4320"/>
        <w:gridCol w:w="5760"/>
      </w:tblGrid>
      <w:tr w:rsidR="00AA3848" w14:paraId="4ED01698" w14:textId="77777777">
        <w:trPr>
          <w:jc w:val="center"/>
        </w:trPr>
        <w:tc>
          <w:tcPr>
            <w:tcW w:w="4320" w:type="dxa"/>
            <w:shd w:val="clear" w:color="auto" w:fill="1B365D"/>
            <w:tcMar>
              <w:top w:w="70" w:type="dxa"/>
              <w:left w:w="100" w:type="dxa"/>
              <w:bottom w:w="70" w:type="dxa"/>
              <w:right w:w="100" w:type="dxa"/>
            </w:tcMar>
          </w:tcPr>
          <w:p w14:paraId="59A623A9" w14:textId="77777777" w:rsidR="00AA3848" w:rsidRDefault="00407892">
            <w:pPr>
              <w:spacing w:before="40" w:after="40"/>
            </w:pPr>
            <w:r>
              <w:rPr>
                <w:b/>
                <w:color w:val="FFFFFF"/>
                <w:sz w:val="19"/>
              </w:rPr>
              <w:t>Verification Question</w:t>
            </w:r>
          </w:p>
        </w:tc>
        <w:tc>
          <w:tcPr>
            <w:tcW w:w="5760" w:type="dxa"/>
            <w:shd w:val="clear" w:color="auto" w:fill="1B365D"/>
            <w:tcMar>
              <w:top w:w="70" w:type="dxa"/>
              <w:left w:w="100" w:type="dxa"/>
              <w:bottom w:w="70" w:type="dxa"/>
              <w:right w:w="100" w:type="dxa"/>
            </w:tcMar>
          </w:tcPr>
          <w:p w14:paraId="55B2FE3C" w14:textId="77777777" w:rsidR="00AA3848" w:rsidRDefault="00407892">
            <w:pPr>
              <w:spacing w:before="40" w:after="40"/>
            </w:pPr>
            <w:r>
              <w:rPr>
                <w:b/>
                <w:color w:val="FFFFFF"/>
                <w:sz w:val="19"/>
              </w:rPr>
              <w:t>Response &amp; Details</w:t>
            </w:r>
          </w:p>
        </w:tc>
      </w:tr>
      <w:tr w:rsidR="00AA3848" w14:paraId="52B8B4B9" w14:textId="77777777">
        <w:trPr>
          <w:jc w:val="center"/>
        </w:trPr>
        <w:tc>
          <w:tcPr>
            <w:tcW w:w="4320" w:type="dxa"/>
            <w:shd w:val="clear" w:color="auto" w:fill="FFFFFF"/>
            <w:tcMar>
              <w:top w:w="70" w:type="dxa"/>
              <w:left w:w="100" w:type="dxa"/>
              <w:bottom w:w="70" w:type="dxa"/>
              <w:right w:w="100" w:type="dxa"/>
            </w:tcMar>
          </w:tcPr>
          <w:p w14:paraId="1FFF940C" w14:textId="1BE2A778" w:rsidR="00AA3848" w:rsidRDefault="00F715B3">
            <w:pPr>
              <w:spacing w:before="40" w:after="40"/>
            </w:pPr>
            <w:r>
              <w:rPr>
                <w:color w:val="141414"/>
                <w:sz w:val="19"/>
              </w:rPr>
              <w:t xml:space="preserve">18.1.1 </w:t>
            </w:r>
            <w:r w:rsidR="00407892">
              <w:rPr>
                <w:color w:val="141414"/>
                <w:sz w:val="19"/>
              </w:rPr>
              <w:t>Have you intentionally falsified any part of this application?</w:t>
            </w:r>
          </w:p>
        </w:tc>
        <w:tc>
          <w:tcPr>
            <w:tcW w:w="5760" w:type="dxa"/>
            <w:shd w:val="clear" w:color="auto" w:fill="FFFFFF"/>
            <w:tcMar>
              <w:top w:w="70" w:type="dxa"/>
              <w:left w:w="100" w:type="dxa"/>
              <w:bottom w:w="70" w:type="dxa"/>
              <w:right w:w="100" w:type="dxa"/>
            </w:tcMar>
          </w:tcPr>
          <w:p w14:paraId="2ADF4722" w14:textId="77777777" w:rsidR="00AA3848" w:rsidRDefault="00407892">
            <w:pPr>
              <w:spacing w:before="40" w:after="40"/>
            </w:pPr>
            <w:proofErr w:type="gramStart"/>
            <w:r>
              <w:rPr>
                <w:i/>
                <w:color w:val="6E6E6E"/>
                <w:sz w:val="19"/>
              </w:rPr>
              <w:t>[  ]</w:t>
            </w:r>
            <w:proofErr w:type="gramEnd"/>
            <w:r>
              <w:rPr>
                <w:i/>
                <w:color w:val="6E6E6E"/>
                <w:sz w:val="19"/>
              </w:rPr>
              <w:t xml:space="preserve"> YES    [  ] NO</w:t>
            </w:r>
            <w:r>
              <w:rPr>
                <w:i/>
                <w:color w:val="6E6E6E"/>
                <w:sz w:val="19"/>
              </w:rPr>
              <w:br/>
              <w:t>If YES, explain: [ Type Explanation ]</w:t>
            </w:r>
          </w:p>
        </w:tc>
      </w:tr>
      <w:tr w:rsidR="00AA3848" w14:paraId="0E4ACEA6" w14:textId="77777777">
        <w:trPr>
          <w:jc w:val="center"/>
        </w:trPr>
        <w:tc>
          <w:tcPr>
            <w:tcW w:w="4320" w:type="dxa"/>
            <w:shd w:val="clear" w:color="auto" w:fill="F9FBFD"/>
            <w:tcMar>
              <w:top w:w="70" w:type="dxa"/>
              <w:left w:w="100" w:type="dxa"/>
              <w:bottom w:w="70" w:type="dxa"/>
              <w:right w:w="100" w:type="dxa"/>
            </w:tcMar>
          </w:tcPr>
          <w:p w14:paraId="12FA0117" w14:textId="419BC6DC" w:rsidR="00AA3848" w:rsidRDefault="00F715B3">
            <w:pPr>
              <w:spacing w:before="40" w:after="40"/>
            </w:pPr>
            <w:r>
              <w:rPr>
                <w:color w:val="141414"/>
                <w:sz w:val="19"/>
              </w:rPr>
              <w:t xml:space="preserve">18.2.1 </w:t>
            </w:r>
            <w:r w:rsidR="00407892">
              <w:rPr>
                <w:color w:val="141414"/>
                <w:sz w:val="19"/>
              </w:rPr>
              <w:t>Have you intentionally omitted any information to any question?</w:t>
            </w:r>
          </w:p>
        </w:tc>
        <w:tc>
          <w:tcPr>
            <w:tcW w:w="5760" w:type="dxa"/>
            <w:shd w:val="clear" w:color="auto" w:fill="F9FBFD"/>
            <w:tcMar>
              <w:top w:w="70" w:type="dxa"/>
              <w:left w:w="100" w:type="dxa"/>
              <w:bottom w:w="70" w:type="dxa"/>
              <w:right w:w="100" w:type="dxa"/>
            </w:tcMar>
          </w:tcPr>
          <w:p w14:paraId="1C0887B4" w14:textId="77777777" w:rsidR="00AA3848" w:rsidRDefault="00407892">
            <w:pPr>
              <w:spacing w:before="40" w:after="40"/>
            </w:pPr>
            <w:proofErr w:type="gramStart"/>
            <w:r>
              <w:rPr>
                <w:i/>
                <w:color w:val="6E6E6E"/>
                <w:sz w:val="19"/>
              </w:rPr>
              <w:t>[  ]</w:t>
            </w:r>
            <w:proofErr w:type="gramEnd"/>
            <w:r>
              <w:rPr>
                <w:i/>
                <w:color w:val="6E6E6E"/>
                <w:sz w:val="19"/>
              </w:rPr>
              <w:t xml:space="preserve"> YES    [  ] NO</w:t>
            </w:r>
            <w:r>
              <w:rPr>
                <w:i/>
                <w:color w:val="6E6E6E"/>
                <w:sz w:val="19"/>
              </w:rPr>
              <w:br/>
              <w:t>If YES, explain: [ Type Explanation ]</w:t>
            </w:r>
          </w:p>
        </w:tc>
      </w:tr>
    </w:tbl>
    <w:p w14:paraId="0434B8EE" w14:textId="77777777" w:rsidR="00F715B3" w:rsidRDefault="00F715B3">
      <w:pPr>
        <w:jc w:val="center"/>
        <w:rPr>
          <w:b/>
          <w:color w:val="B40000"/>
        </w:rPr>
      </w:pPr>
    </w:p>
    <w:p w14:paraId="307D8EF1" w14:textId="72E632B8" w:rsidR="00AA3848" w:rsidRDefault="00407892">
      <w:pPr>
        <w:jc w:val="center"/>
      </w:pPr>
      <w:r>
        <w:rPr>
          <w:b/>
          <w:color w:val="B40000"/>
        </w:rPr>
        <w:t>*** SIGN ONLY IN THE PRESENCE OF A NOTARY PUBLIC ***</w:t>
      </w:r>
    </w:p>
    <w:p w14:paraId="5BE18093" w14:textId="77777777" w:rsidR="00AA3848" w:rsidRDefault="00407892">
      <w:pPr>
        <w:spacing w:before="80" w:after="120"/>
      </w:pPr>
      <w:r>
        <w:t>I affirm that this application contains no misrepresentation, falsification, omission, or concealment of material fact, and that the information given by me is true and complete to the best of my knowledge and belief. I am aware that statements made by me on this application are subject to later investigation. I am further aware that should any investigation disclose any such misrepresentation, falsification, omission, or concealment of material fact, my application may be rejected and my name removed from the eligible list. If already appointed, I may be dismissed from employment.</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7200"/>
        <w:gridCol w:w="2880"/>
      </w:tblGrid>
      <w:tr w:rsidR="00AA3848" w14:paraId="5D7D8C07" w14:textId="77777777">
        <w:trPr>
          <w:jc w:val="center"/>
        </w:trPr>
        <w:tc>
          <w:tcPr>
            <w:tcW w:w="7200" w:type="dxa"/>
            <w:shd w:val="clear" w:color="auto" w:fill="1B365D"/>
            <w:tcMar>
              <w:top w:w="70" w:type="dxa"/>
              <w:left w:w="100" w:type="dxa"/>
              <w:bottom w:w="70" w:type="dxa"/>
              <w:right w:w="100" w:type="dxa"/>
            </w:tcMar>
          </w:tcPr>
          <w:p w14:paraId="750E7D1D" w14:textId="77777777" w:rsidR="00AA3848" w:rsidRDefault="00407892">
            <w:pPr>
              <w:spacing w:before="40" w:after="40"/>
            </w:pPr>
            <w:r>
              <w:rPr>
                <w:b/>
                <w:color w:val="FFFFFF"/>
                <w:sz w:val="19"/>
              </w:rPr>
              <w:t>Applicant Verification Signature</w:t>
            </w:r>
          </w:p>
        </w:tc>
        <w:tc>
          <w:tcPr>
            <w:tcW w:w="2880" w:type="dxa"/>
            <w:shd w:val="clear" w:color="auto" w:fill="1B365D"/>
            <w:tcMar>
              <w:top w:w="70" w:type="dxa"/>
              <w:left w:w="100" w:type="dxa"/>
              <w:bottom w:w="70" w:type="dxa"/>
              <w:right w:w="100" w:type="dxa"/>
            </w:tcMar>
          </w:tcPr>
          <w:p w14:paraId="47E2A916" w14:textId="77777777" w:rsidR="00AA3848" w:rsidRDefault="00407892">
            <w:pPr>
              <w:spacing w:before="40" w:after="40"/>
            </w:pPr>
            <w:r>
              <w:rPr>
                <w:b/>
                <w:color w:val="FFFFFF"/>
                <w:sz w:val="19"/>
              </w:rPr>
              <w:t>Date</w:t>
            </w:r>
          </w:p>
        </w:tc>
      </w:tr>
      <w:tr w:rsidR="00AA3848" w14:paraId="5C6B5D01" w14:textId="77777777">
        <w:trPr>
          <w:jc w:val="center"/>
        </w:trPr>
        <w:tc>
          <w:tcPr>
            <w:tcW w:w="7200" w:type="dxa"/>
            <w:shd w:val="clear" w:color="auto" w:fill="FFFFFF"/>
            <w:tcMar>
              <w:top w:w="70" w:type="dxa"/>
              <w:left w:w="100" w:type="dxa"/>
              <w:bottom w:w="70" w:type="dxa"/>
              <w:right w:w="100" w:type="dxa"/>
            </w:tcMar>
          </w:tcPr>
          <w:p w14:paraId="3471DCFC" w14:textId="77777777" w:rsidR="00AA3848" w:rsidRDefault="00407892">
            <w:pPr>
              <w:spacing w:before="40" w:after="40"/>
            </w:pPr>
            <w:r>
              <w:rPr>
                <w:color w:val="141414"/>
                <w:sz w:val="19"/>
              </w:rPr>
              <w:t>Signature of Applicant: ____________________________________</w:t>
            </w:r>
            <w:r>
              <w:rPr>
                <w:color w:val="141414"/>
                <w:sz w:val="19"/>
              </w:rPr>
              <w:br/>
              <w:t xml:space="preserve">[ MUST BE PHYSICAL WET-INK SIGNATURE BEFORE </w:t>
            </w:r>
            <w:proofErr w:type="gramStart"/>
            <w:r>
              <w:rPr>
                <w:color w:val="141414"/>
                <w:sz w:val="19"/>
              </w:rPr>
              <w:t>NOTARY ]</w:t>
            </w:r>
            <w:proofErr w:type="gramEnd"/>
          </w:p>
        </w:tc>
        <w:tc>
          <w:tcPr>
            <w:tcW w:w="2880" w:type="dxa"/>
            <w:shd w:val="clear" w:color="auto" w:fill="FFFFFF"/>
            <w:tcMar>
              <w:top w:w="70" w:type="dxa"/>
              <w:left w:w="100" w:type="dxa"/>
              <w:bottom w:w="70" w:type="dxa"/>
              <w:right w:w="100" w:type="dxa"/>
            </w:tcMar>
          </w:tcPr>
          <w:p w14:paraId="0F376D5E" w14:textId="77777777" w:rsidR="00AA3848" w:rsidRDefault="00407892">
            <w:pPr>
              <w:spacing w:before="40" w:after="40"/>
            </w:pPr>
            <w:r>
              <w:rPr>
                <w:color w:val="141414"/>
                <w:sz w:val="19"/>
              </w:rPr>
              <w:t>Date: __________________</w:t>
            </w:r>
            <w:r>
              <w:rPr>
                <w:color w:val="141414"/>
                <w:sz w:val="19"/>
              </w:rPr>
              <w:br/>
              <w:t>[ MM/DD/</w:t>
            </w:r>
            <w:proofErr w:type="spellStart"/>
            <w:proofErr w:type="gramStart"/>
            <w:r>
              <w:rPr>
                <w:color w:val="141414"/>
                <w:sz w:val="19"/>
              </w:rPr>
              <w:t>YYYY</w:t>
            </w:r>
            <w:proofErr w:type="spellEnd"/>
            <w:r>
              <w:rPr>
                <w:color w:val="141414"/>
                <w:sz w:val="19"/>
              </w:rPr>
              <w:t xml:space="preserve"> ]</w:t>
            </w:r>
            <w:proofErr w:type="gramEnd"/>
          </w:p>
        </w:tc>
      </w:tr>
    </w:tbl>
    <w:p w14:paraId="1DDBCF80" w14:textId="77777777" w:rsidR="00AA3848" w:rsidRDefault="00AA3848">
      <w:pPr>
        <w:spacing w:after="120"/>
      </w:pPr>
    </w:p>
    <w:p w14:paraId="14B416B4" w14:textId="77777777" w:rsidR="00AA3848" w:rsidRDefault="00407892">
      <w:pPr>
        <w:spacing w:before="160"/>
      </w:pPr>
      <w:r>
        <w:t xml:space="preserve">STATE OF </w:t>
      </w:r>
      <w:proofErr w:type="gramStart"/>
      <w:r>
        <w:t>ALABAMA  |</w:t>
      </w:r>
      <w:proofErr w:type="gramEnd"/>
      <w:r>
        <w:t xml:space="preserve">  CALHOUN COUNTY  |  CITY OF ANNISTON</w:t>
      </w:r>
    </w:p>
    <w:p w14:paraId="5BD7A984" w14:textId="77777777" w:rsidR="00AA3848" w:rsidRDefault="00407892">
      <w:pPr>
        <w:spacing w:before="80" w:after="120"/>
      </w:pPr>
      <w:r>
        <w:t>Sworn to and subscribed before me this _____ day of ____________________, 20____.</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6480"/>
        <w:gridCol w:w="3600"/>
      </w:tblGrid>
      <w:tr w:rsidR="00AA3848" w14:paraId="207D5E5D" w14:textId="77777777">
        <w:trPr>
          <w:jc w:val="center"/>
        </w:trPr>
        <w:tc>
          <w:tcPr>
            <w:tcW w:w="6480" w:type="dxa"/>
            <w:shd w:val="clear" w:color="auto" w:fill="1B365D"/>
            <w:tcMar>
              <w:top w:w="70" w:type="dxa"/>
              <w:left w:w="100" w:type="dxa"/>
              <w:bottom w:w="70" w:type="dxa"/>
              <w:right w:w="100" w:type="dxa"/>
            </w:tcMar>
          </w:tcPr>
          <w:p w14:paraId="7B8F1AA5" w14:textId="77777777" w:rsidR="00AA3848" w:rsidRDefault="00407892">
            <w:pPr>
              <w:spacing w:before="40" w:after="40"/>
            </w:pPr>
            <w:r>
              <w:rPr>
                <w:b/>
                <w:color w:val="FFFFFF"/>
                <w:sz w:val="19"/>
              </w:rPr>
              <w:t>Notary Public Official Verification Block</w:t>
            </w:r>
          </w:p>
        </w:tc>
        <w:tc>
          <w:tcPr>
            <w:tcW w:w="3600" w:type="dxa"/>
            <w:shd w:val="clear" w:color="auto" w:fill="1B365D"/>
            <w:tcMar>
              <w:top w:w="70" w:type="dxa"/>
              <w:left w:w="100" w:type="dxa"/>
              <w:bottom w:w="70" w:type="dxa"/>
              <w:right w:w="100" w:type="dxa"/>
            </w:tcMar>
          </w:tcPr>
          <w:p w14:paraId="3BFE2926" w14:textId="77777777" w:rsidR="00AA3848" w:rsidRDefault="00407892">
            <w:pPr>
              <w:spacing w:before="40" w:after="40"/>
            </w:pPr>
            <w:r>
              <w:rPr>
                <w:b/>
                <w:color w:val="FFFFFF"/>
                <w:sz w:val="19"/>
              </w:rPr>
              <w:t>Official Seal Space</w:t>
            </w:r>
          </w:p>
        </w:tc>
      </w:tr>
      <w:tr w:rsidR="00AA3848" w14:paraId="67E3E558" w14:textId="77777777">
        <w:trPr>
          <w:jc w:val="center"/>
        </w:trPr>
        <w:tc>
          <w:tcPr>
            <w:tcW w:w="6480" w:type="dxa"/>
            <w:shd w:val="clear" w:color="auto" w:fill="FFFFFF"/>
            <w:tcMar>
              <w:top w:w="70" w:type="dxa"/>
              <w:left w:w="100" w:type="dxa"/>
              <w:bottom w:w="70" w:type="dxa"/>
              <w:right w:w="100" w:type="dxa"/>
            </w:tcMar>
          </w:tcPr>
          <w:p w14:paraId="0499DB2C" w14:textId="77777777" w:rsidR="00AA3848" w:rsidRDefault="00407892">
            <w:pPr>
              <w:spacing w:before="40" w:after="40"/>
            </w:pPr>
            <w:r>
              <w:rPr>
                <w:color w:val="141414"/>
                <w:sz w:val="19"/>
              </w:rPr>
              <w:t>Notary Public Signature: ____________________________________</w:t>
            </w:r>
            <w:r>
              <w:rPr>
                <w:color w:val="141414"/>
                <w:sz w:val="19"/>
              </w:rPr>
              <w:br/>
              <w:t>Printed Notary Name: ____________________________________</w:t>
            </w:r>
            <w:r>
              <w:rPr>
                <w:color w:val="141414"/>
                <w:sz w:val="19"/>
              </w:rPr>
              <w:br/>
              <w:t>My Commission Expires: __________________________________</w:t>
            </w:r>
          </w:p>
        </w:tc>
        <w:tc>
          <w:tcPr>
            <w:tcW w:w="3600" w:type="dxa"/>
            <w:shd w:val="clear" w:color="auto" w:fill="FFFFFF"/>
            <w:tcMar>
              <w:top w:w="70" w:type="dxa"/>
              <w:left w:w="100" w:type="dxa"/>
              <w:bottom w:w="70" w:type="dxa"/>
              <w:right w:w="100" w:type="dxa"/>
            </w:tcMar>
          </w:tcPr>
          <w:p w14:paraId="1D79E21B" w14:textId="77777777" w:rsidR="00AA3848" w:rsidRDefault="00407892">
            <w:pPr>
              <w:spacing w:before="40" w:after="40"/>
            </w:pPr>
            <w:r>
              <w:rPr>
                <w:color w:val="141414"/>
                <w:sz w:val="19"/>
              </w:rPr>
              <w:br/>
              <w:t xml:space="preserve">[ AFFIX OFFICIAL NOTARY SEAL / STAMP </w:t>
            </w:r>
            <w:proofErr w:type="gramStart"/>
            <w:r>
              <w:rPr>
                <w:color w:val="141414"/>
                <w:sz w:val="19"/>
              </w:rPr>
              <w:t>HERE ]</w:t>
            </w:r>
            <w:proofErr w:type="gramEnd"/>
            <w:r>
              <w:rPr>
                <w:color w:val="141414"/>
                <w:sz w:val="19"/>
              </w:rPr>
              <w:br/>
            </w:r>
          </w:p>
        </w:tc>
      </w:tr>
    </w:tbl>
    <w:p w14:paraId="2CE2625F" w14:textId="77777777" w:rsidR="00AA3848" w:rsidRDefault="00AA3848">
      <w:pPr>
        <w:spacing w:after="120"/>
      </w:pPr>
    </w:p>
    <w:sectPr w:rsidR="00AA3848" w:rsidSect="00034616">
      <w:headerReference w:type="default" r:id="rId10"/>
      <w:footerReference w:type="default" r:id="rId11"/>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1412D" w14:textId="77777777" w:rsidR="005A3EF6" w:rsidRDefault="005A3EF6">
      <w:pPr>
        <w:spacing w:after="0" w:line="240" w:lineRule="auto"/>
      </w:pPr>
      <w:r>
        <w:separator/>
      </w:r>
    </w:p>
  </w:endnote>
  <w:endnote w:type="continuationSeparator" w:id="0">
    <w:p w14:paraId="522516CB" w14:textId="77777777" w:rsidR="005A3EF6" w:rsidRDefault="005A3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C37F2" w14:textId="77777777" w:rsidR="00AA3848" w:rsidRDefault="00407892">
    <w:pPr>
      <w:pStyle w:val="Footer"/>
      <w:jc w:val="center"/>
    </w:pPr>
    <w:r>
      <w:rPr>
        <w:color w:val="787878"/>
        <w:sz w:val="18"/>
      </w:rPr>
      <w:t xml:space="preserve">Confidential Law Enforcement </w:t>
    </w:r>
    <w:proofErr w:type="gramStart"/>
    <w:r>
      <w:rPr>
        <w:color w:val="787878"/>
        <w:sz w:val="18"/>
      </w:rPr>
      <w:t>Document  •</w:t>
    </w:r>
    <w:proofErr w:type="gramEnd"/>
    <w:r>
      <w:rPr>
        <w:color w:val="787878"/>
        <w:sz w:val="18"/>
      </w:rPr>
      <w:t xml:space="preserve">  Page </w:t>
    </w:r>
    <w:r>
      <w:fldChar w:fldCharType="begin"/>
    </w:r>
    <w:r>
      <w:instrText>PAGE</w:instrText>
    </w:r>
    <w:r>
      <w:fldChar w:fldCharType="separate"/>
    </w:r>
    <w:r w:rsidR="001859C4">
      <w:rPr>
        <w:noProof/>
      </w:rPr>
      <w:t>1</w:t>
    </w:r>
    <w:r>
      <w:fldChar w:fldCharType="end"/>
    </w:r>
    <w:r>
      <w:rPr>
        <w:color w:val="787878"/>
        <w:sz w:val="18"/>
      </w:rPr>
      <w:t xml:space="preserve"> of </w:t>
    </w:r>
    <w:r>
      <w:fldChar w:fldCharType="begin"/>
    </w:r>
    <w:r>
      <w:instrText>NUMPAGES</w:instrText>
    </w:r>
    <w:r>
      <w:fldChar w:fldCharType="separate"/>
    </w:r>
    <w:r w:rsidR="001859C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E17AD" w14:textId="77777777" w:rsidR="005A3EF6" w:rsidRDefault="005A3EF6">
      <w:pPr>
        <w:spacing w:after="0" w:line="240" w:lineRule="auto"/>
      </w:pPr>
      <w:r>
        <w:separator/>
      </w:r>
    </w:p>
  </w:footnote>
  <w:footnote w:type="continuationSeparator" w:id="0">
    <w:p w14:paraId="3B10DAA3" w14:textId="77777777" w:rsidR="005A3EF6" w:rsidRDefault="005A3E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B8623" w14:textId="77777777" w:rsidR="00AA3848" w:rsidRDefault="00407892">
    <w:pPr>
      <w:pStyle w:val="Header"/>
      <w:jc w:val="right"/>
    </w:pPr>
    <w:r>
      <w:rPr>
        <w:color w:val="646464"/>
        <w:sz w:val="17"/>
      </w:rPr>
      <w:t xml:space="preserve">ANNISTON POLICE </w:t>
    </w:r>
    <w:proofErr w:type="gramStart"/>
    <w:r>
      <w:rPr>
        <w:color w:val="646464"/>
        <w:sz w:val="17"/>
      </w:rPr>
      <w:t>DEPARTMENT  •</w:t>
    </w:r>
    <w:proofErr w:type="gramEnd"/>
    <w:r>
      <w:rPr>
        <w:color w:val="646464"/>
        <w:sz w:val="17"/>
      </w:rPr>
      <w:t xml:space="preserve">  PRE-EMPLOYMENT BACKGROUND PACKET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B635526"/>
    <w:multiLevelType w:val="multilevel"/>
    <w:tmpl w:val="93024488"/>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22B4"/>
    <w:rsid w:val="0015074B"/>
    <w:rsid w:val="001859C4"/>
    <w:rsid w:val="001D2B1D"/>
    <w:rsid w:val="002108D0"/>
    <w:rsid w:val="0029639D"/>
    <w:rsid w:val="002F2A57"/>
    <w:rsid w:val="00326F90"/>
    <w:rsid w:val="00407892"/>
    <w:rsid w:val="00567519"/>
    <w:rsid w:val="0058787D"/>
    <w:rsid w:val="005A3EF6"/>
    <w:rsid w:val="005E157F"/>
    <w:rsid w:val="007E38F8"/>
    <w:rsid w:val="007E5B5A"/>
    <w:rsid w:val="008426B4"/>
    <w:rsid w:val="00926AAD"/>
    <w:rsid w:val="00AA1D8D"/>
    <w:rsid w:val="00AA3848"/>
    <w:rsid w:val="00AD4725"/>
    <w:rsid w:val="00B47730"/>
    <w:rsid w:val="00B70587"/>
    <w:rsid w:val="00BE0273"/>
    <w:rsid w:val="00BF4AF2"/>
    <w:rsid w:val="00C1299E"/>
    <w:rsid w:val="00C57855"/>
    <w:rsid w:val="00CB0664"/>
    <w:rsid w:val="00D02900"/>
    <w:rsid w:val="00D42C93"/>
    <w:rsid w:val="00D533D7"/>
    <w:rsid w:val="00D90BC6"/>
    <w:rsid w:val="00DA1A98"/>
    <w:rsid w:val="00E377E9"/>
    <w:rsid w:val="00F715B3"/>
    <w:rsid w:val="00FA3D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315789"/>
  <w14:defaultImageDpi w14:val="300"/>
  <w15:docId w15:val="{1D026079-39B2-44E0-87FF-0E24A481F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1E1E1E"/>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27</Pages>
  <Words>6493</Words>
  <Characters>37012</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43419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Bruce Dunnagan</cp:lastModifiedBy>
  <cp:revision>15</cp:revision>
  <dcterms:created xsi:type="dcterms:W3CDTF">2026-09-24T16:16:00Z</dcterms:created>
  <dcterms:modified xsi:type="dcterms:W3CDTF">2026-09-25T15:55:00Z</dcterms:modified>
  <cp:category/>
</cp:coreProperties>
</file>